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087F8C"/>
          <w:sz w:val="54"/>
        </w:rPr>
        <w:t>CHAPTER 1</w:t>
      </w:r>
    </w:p>
    <w:p>
      <w:pPr>
        <w:jc w:val="center"/>
      </w:pPr>
      <w:r>
        <w:rPr>
          <w:rFonts w:ascii="Georgia" w:hAnsi="Georgia"/>
          <w:b/>
          <w:color w:val="17324D"/>
          <w:sz w:val="78"/>
        </w:rPr>
        <w:t>NUMBER SYSTEM</w:t>
      </w:r>
    </w:p>
    <w:p>
      <w:pPr>
        <w:jc w:val="center"/>
      </w:pPr>
      <w:r>
        <w:rPr>
          <w:rFonts w:ascii="Georgia" w:hAnsi="Georgia"/>
          <w:b/>
          <w:color w:val="6B4E9B"/>
          <w:sz w:val="40"/>
        </w:rPr>
        <w:t>ADVANCED PRACTICE WORKSHEET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WORKSHEET COVERAGE</w:t>
              <w:br/>
            </w:r>
            <w:r>
              <w:rPr>
                <w:sz w:val="20"/>
              </w:rPr>
              <w:t>30 advanced MCQs • Number sets • Recurring decimals • Irrational numbers • Prime numbers • Absolute value • Factorials • Digits • Powers • Remainders • HCF/LCM • Mixed concepts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B7791F"/>
                <w:sz w:val="22"/>
              </w:rPr>
              <w:t>INSTRUCTIONS</w:t>
              <w:br/>
            </w:r>
            <w:r>
              <w:rPr>
                <w:sz w:val="20"/>
              </w:rPr>
              <w:t>Attempt all 30 questions independently. Check the answer key only after completing the worksheet. Detailed step-by-step explanations are provided at the end.</w:t>
            </w:r>
          </w:p>
        </w:tc>
      </w:tr>
    </w:tbl>
    <w:p/>
    <w:p>
      <w:r>
        <w:br w:type="page"/>
      </w:r>
    </w:p>
    <w:p>
      <w:r>
        <w:rPr>
          <w:b/>
          <w:color w:val="17324D"/>
        </w:rPr>
        <w:t xml:space="preserve">Q1. </w:t>
      </w:r>
      <w:r>
        <w:t>Which of the following statements is/are correct?</w:t>
        <w:br/>
        <w:t>1. Every terminating decimal is a rational number.</w:t>
        <w:br/>
        <w:t>2. The product of two irrational numbers is always irrational.</w:t>
        <w:br/>
        <w:t>3. The square root of every prime number is irrational.</w:t>
        <w:br/>
        <w:t>Select the correct answer using the code given below:</w:t>
      </w:r>
    </w:p>
    <w:p>
      <w:pPr>
        <w:spacing w:after="20"/>
        <w:ind w:left="360"/>
      </w:pPr>
      <w:r>
        <w:rPr>
          <w:sz w:val="20"/>
        </w:rPr>
        <w:t>(a) 1 and 2 only</w:t>
      </w:r>
    </w:p>
    <w:p>
      <w:pPr>
        <w:spacing w:after="20"/>
        <w:ind w:left="360"/>
      </w:pPr>
      <w:r>
        <w:rPr>
          <w:sz w:val="20"/>
        </w:rPr>
        <w:t>(b) 1 and 3 only</w:t>
      </w:r>
    </w:p>
    <w:p>
      <w:pPr>
        <w:spacing w:after="20"/>
        <w:ind w:left="360"/>
      </w:pPr>
      <w:r>
        <w:rPr>
          <w:sz w:val="20"/>
        </w:rPr>
        <w:t>(c) 2 and 3 only</w:t>
      </w:r>
    </w:p>
    <w:p>
      <w:pPr>
        <w:spacing w:after="20"/>
        <w:ind w:left="360"/>
      </w:pPr>
      <w:r>
        <w:rPr>
          <w:sz w:val="20"/>
        </w:rPr>
        <w:t>(d) 1, 2, and 3</w:t>
      </w:r>
    </w:p>
    <w:p>
      <w:r>
        <w:rPr>
          <w:b/>
          <w:color w:val="17324D"/>
        </w:rPr>
        <w:t xml:space="preserve">Q2. </w:t>
      </w:r>
      <w:r>
        <w:t>Consider the number N = 10^100 − 1. Which statements are correct?</w:t>
        <w:br/>
        <w:t>1. N is divisible by 9.</w:t>
        <w:br/>
        <w:t>2. The sum of the digits of N is 900.</w:t>
        <w:br/>
        <w:t>3. N is divisible by 11.</w:t>
      </w:r>
    </w:p>
    <w:p>
      <w:pPr>
        <w:spacing w:after="20"/>
        <w:ind w:left="360"/>
      </w:pPr>
      <w:r>
        <w:rPr>
          <w:sz w:val="20"/>
        </w:rPr>
        <w:t>(a) 1 and 2 only</w:t>
      </w:r>
    </w:p>
    <w:p>
      <w:pPr>
        <w:spacing w:after="20"/>
        <w:ind w:left="360"/>
      </w:pPr>
      <w:r>
        <w:rPr>
          <w:sz w:val="20"/>
        </w:rPr>
        <w:t>(b) 2 and 3 only</w:t>
      </w:r>
    </w:p>
    <w:p>
      <w:pPr>
        <w:spacing w:after="20"/>
        <w:ind w:left="360"/>
      </w:pPr>
      <w:r>
        <w:rPr>
          <w:sz w:val="20"/>
        </w:rPr>
        <w:t>(c) 1 and 3 only</w:t>
      </w:r>
    </w:p>
    <w:p>
      <w:pPr>
        <w:spacing w:after="20"/>
        <w:ind w:left="360"/>
      </w:pPr>
      <w:r>
        <w:rPr>
          <w:sz w:val="20"/>
        </w:rPr>
        <w:t>(d) 1, 2, and 3</w:t>
      </w:r>
    </w:p>
    <w:p>
      <w:r>
        <w:rPr>
          <w:b/>
          <w:color w:val="17324D"/>
        </w:rPr>
        <w:t xml:space="preserve">Q3. </w:t>
      </w:r>
      <w:r>
        <w:t>If x = 0.3̅56, then x, in irreducible fractional form, is:</w:t>
      </w:r>
    </w:p>
    <w:p>
      <w:pPr>
        <w:spacing w:after="20"/>
        <w:ind w:left="360"/>
      </w:pPr>
      <w:r>
        <w:rPr>
          <w:sz w:val="20"/>
        </w:rPr>
        <w:t>(a) 353/990</w:t>
      </w:r>
    </w:p>
    <w:p>
      <w:pPr>
        <w:spacing w:after="20"/>
        <w:ind w:left="360"/>
      </w:pPr>
      <w:r>
        <w:rPr>
          <w:sz w:val="20"/>
        </w:rPr>
        <w:t>(b) 356/990</w:t>
      </w:r>
    </w:p>
    <w:p>
      <w:pPr>
        <w:spacing w:after="20"/>
        <w:ind w:left="360"/>
      </w:pPr>
      <w:r>
        <w:rPr>
          <w:sz w:val="20"/>
        </w:rPr>
        <w:t>(c) 353/999</w:t>
      </w:r>
    </w:p>
    <w:p>
      <w:pPr>
        <w:spacing w:after="20"/>
        <w:ind w:left="360"/>
      </w:pPr>
      <w:r>
        <w:rPr>
          <w:sz w:val="20"/>
        </w:rPr>
        <w:t>(d) 178/495</w:t>
      </w:r>
    </w:p>
    <w:p>
      <w:r>
        <w:rPr>
          <w:b/>
          <w:color w:val="17324D"/>
        </w:rPr>
        <w:t xml:space="preserve">Q4. </w:t>
      </w:r>
      <w:r>
        <w:t>How many integers x satisfy |2x − 7| = |x + 3|?</w:t>
      </w:r>
    </w:p>
    <w:p>
      <w:pPr>
        <w:spacing w:after="20"/>
        <w:ind w:left="360"/>
      </w:pPr>
      <w:r>
        <w:rPr>
          <w:sz w:val="20"/>
        </w:rPr>
        <w:t>(a) 0</w:t>
      </w:r>
    </w:p>
    <w:p>
      <w:pPr>
        <w:spacing w:after="20"/>
        <w:ind w:left="360"/>
      </w:pPr>
      <w:r>
        <w:rPr>
          <w:sz w:val="20"/>
        </w:rPr>
        <w:t>(b) 1</w:t>
      </w:r>
    </w:p>
    <w:p>
      <w:pPr>
        <w:spacing w:after="20"/>
        <w:ind w:left="360"/>
      </w:pPr>
      <w:r>
        <w:rPr>
          <w:sz w:val="20"/>
        </w:rPr>
        <w:t>(c) 2</w:t>
      </w:r>
    </w:p>
    <w:p>
      <w:pPr>
        <w:spacing w:after="20"/>
        <w:ind w:left="360"/>
      </w:pPr>
      <w:r>
        <w:rPr>
          <w:sz w:val="20"/>
        </w:rPr>
        <w:t>(d) 3</w:t>
      </w:r>
    </w:p>
    <w:p>
      <w:r>
        <w:rPr>
          <w:b/>
          <w:color w:val="17324D"/>
        </w:rPr>
        <w:t xml:space="preserve">Q5. </w:t>
      </w:r>
      <w:r>
        <w:t>If p and q are prime numbers such that p &gt; q &gt; 3, then p² − q² is always divisible by:</w:t>
      </w:r>
    </w:p>
    <w:p>
      <w:pPr>
        <w:spacing w:after="20"/>
        <w:ind w:left="360"/>
      </w:pPr>
      <w:r>
        <w:rPr>
          <w:sz w:val="20"/>
        </w:rPr>
        <w:t>(a) 12</w:t>
      </w:r>
    </w:p>
    <w:p>
      <w:pPr>
        <w:spacing w:after="20"/>
        <w:ind w:left="360"/>
      </w:pPr>
      <w:r>
        <w:rPr>
          <w:sz w:val="20"/>
        </w:rPr>
        <w:t>(b) 18</w:t>
      </w:r>
    </w:p>
    <w:p>
      <w:pPr>
        <w:spacing w:after="20"/>
        <w:ind w:left="360"/>
      </w:pPr>
      <w:r>
        <w:rPr>
          <w:sz w:val="20"/>
        </w:rPr>
        <w:t>(c) 24</w:t>
      </w:r>
    </w:p>
    <w:p>
      <w:pPr>
        <w:spacing w:after="20"/>
        <w:ind w:left="360"/>
      </w:pPr>
      <w:r>
        <w:rPr>
          <w:sz w:val="20"/>
        </w:rPr>
        <w:t>(d) 36</w:t>
      </w:r>
    </w:p>
    <w:p>
      <w:r>
        <w:rPr>
          <w:b/>
          <w:color w:val="17324D"/>
        </w:rPr>
        <w:t xml:space="preserve">Q6. </w:t>
      </w:r>
      <w:r>
        <w:t>What is the highest power of 5 that completely divides 125!?</w:t>
      </w:r>
    </w:p>
    <w:p>
      <w:pPr>
        <w:spacing w:after="20"/>
        <w:ind w:left="360"/>
      </w:pPr>
      <w:r>
        <w:rPr>
          <w:sz w:val="20"/>
        </w:rPr>
        <w:t>(a) 5²⁵</w:t>
      </w:r>
    </w:p>
    <w:p>
      <w:pPr>
        <w:spacing w:after="20"/>
        <w:ind w:left="360"/>
      </w:pPr>
      <w:r>
        <w:rPr>
          <w:sz w:val="20"/>
        </w:rPr>
        <w:t>(b) 5³⁰</w:t>
      </w:r>
    </w:p>
    <w:p>
      <w:pPr>
        <w:spacing w:after="20"/>
        <w:ind w:left="360"/>
      </w:pPr>
      <w:r>
        <w:rPr>
          <w:sz w:val="20"/>
        </w:rPr>
        <w:t>(c) 5³¹</w:t>
      </w:r>
    </w:p>
    <w:p>
      <w:pPr>
        <w:spacing w:after="20"/>
        <w:ind w:left="360"/>
      </w:pPr>
      <w:r>
        <w:rPr>
          <w:sz w:val="20"/>
        </w:rPr>
        <w:t>(d) 5³⁷</w:t>
      </w:r>
    </w:p>
    <w:p>
      <w:r>
        <w:rPr>
          <w:b/>
          <w:color w:val="17324D"/>
        </w:rPr>
        <w:t xml:space="preserve">Q7. </w:t>
      </w:r>
      <w:r>
        <w:t>A two-digit prime number N is reversed to form another prime number M, such that |N−M|=36. How many ordered pairs (N,M) are possible?</w:t>
      </w:r>
    </w:p>
    <w:p>
      <w:pPr>
        <w:spacing w:after="20"/>
        <w:ind w:left="360"/>
      </w:pPr>
      <w:r>
        <w:rPr>
          <w:sz w:val="20"/>
        </w:rPr>
        <w:t>(a) 1</w:t>
      </w:r>
    </w:p>
    <w:p>
      <w:pPr>
        <w:spacing w:after="20"/>
        <w:ind w:left="360"/>
      </w:pPr>
      <w:r>
        <w:rPr>
          <w:sz w:val="20"/>
        </w:rPr>
        <w:t>(b) 2</w:t>
      </w:r>
    </w:p>
    <w:p>
      <w:pPr>
        <w:spacing w:after="20"/>
        <w:ind w:left="360"/>
      </w:pPr>
      <w:r>
        <w:rPr>
          <w:sz w:val="20"/>
        </w:rPr>
        <w:t>(c) 3</w:t>
      </w:r>
    </w:p>
    <w:p>
      <w:pPr>
        <w:spacing w:after="20"/>
        <w:ind w:left="360"/>
      </w:pPr>
      <w:r>
        <w:rPr>
          <w:sz w:val="20"/>
        </w:rPr>
        <w:t>(d) 4</w:t>
      </w:r>
    </w:p>
    <w:p>
      <w:r>
        <w:rPr>
          <w:b/>
          <w:color w:val="17324D"/>
        </w:rPr>
        <w:t xml:space="preserve">Q8. </w:t>
      </w:r>
      <w:r>
        <w:t>Let a=√(7+4√3) and b=√(7−4√3). Then a³+b³ is:</w:t>
      </w:r>
    </w:p>
    <w:p>
      <w:pPr>
        <w:spacing w:after="20"/>
        <w:ind w:left="360"/>
      </w:pPr>
      <w:r>
        <w:rPr>
          <w:sz w:val="20"/>
        </w:rPr>
        <w:t>(a) 52</w:t>
      </w:r>
    </w:p>
    <w:p>
      <w:pPr>
        <w:spacing w:after="20"/>
        <w:ind w:left="360"/>
      </w:pPr>
      <w:r>
        <w:rPr>
          <w:sz w:val="20"/>
        </w:rPr>
        <w:t>(b) 48</w:t>
      </w:r>
    </w:p>
    <w:p>
      <w:pPr>
        <w:spacing w:after="20"/>
        <w:ind w:left="360"/>
      </w:pPr>
      <w:r>
        <w:rPr>
          <w:sz w:val="20"/>
        </w:rPr>
        <w:t>(c) 64</w:t>
      </w:r>
    </w:p>
    <w:p>
      <w:pPr>
        <w:spacing w:after="20"/>
        <w:ind w:left="360"/>
      </w:pPr>
      <w:r>
        <w:rPr>
          <w:sz w:val="20"/>
        </w:rPr>
        <w:t>(d) 36</w:t>
      </w:r>
    </w:p>
    <w:p>
      <w:r>
        <w:rPr>
          <w:b/>
          <w:color w:val="17324D"/>
        </w:rPr>
        <w:t xml:space="preserve">Q9. </w:t>
      </w:r>
      <w:r>
        <w:t>The average of 11 consecutive positive integers is 23. What is the average of the last five integers?</w:t>
      </w:r>
    </w:p>
    <w:p>
      <w:pPr>
        <w:spacing w:after="20"/>
        <w:ind w:left="360"/>
      </w:pPr>
      <w:r>
        <w:rPr>
          <w:sz w:val="20"/>
        </w:rPr>
        <w:t>(a) 26</w:t>
      </w:r>
    </w:p>
    <w:p>
      <w:pPr>
        <w:spacing w:after="20"/>
        <w:ind w:left="360"/>
      </w:pPr>
      <w:r>
        <w:rPr>
          <w:sz w:val="20"/>
        </w:rPr>
        <w:t>(b) 27</w:t>
      </w:r>
    </w:p>
    <w:p>
      <w:pPr>
        <w:spacing w:after="20"/>
        <w:ind w:left="360"/>
      </w:pPr>
      <w:r>
        <w:rPr>
          <w:sz w:val="20"/>
        </w:rPr>
        <w:t>(c) 28</w:t>
      </w:r>
    </w:p>
    <w:p>
      <w:pPr>
        <w:spacing w:after="20"/>
        <w:ind w:left="360"/>
      </w:pPr>
      <w:r>
        <w:rPr>
          <w:sz w:val="20"/>
        </w:rPr>
        <w:t>(d) 29</w:t>
      </w:r>
    </w:p>
    <w:p>
      <w:r>
        <w:rPr>
          <w:b/>
          <w:color w:val="17324D"/>
        </w:rPr>
        <w:t xml:space="preserve">Q10. </w:t>
      </w:r>
      <w:r>
        <w:t>If 1/9! + 1/10! = x/11!, then x is:</w:t>
      </w:r>
    </w:p>
    <w:p>
      <w:pPr>
        <w:spacing w:after="20"/>
        <w:ind w:left="360"/>
      </w:pPr>
      <w:r>
        <w:rPr>
          <w:sz w:val="20"/>
        </w:rPr>
        <w:t>(a) 100</w:t>
      </w:r>
    </w:p>
    <w:p>
      <w:pPr>
        <w:spacing w:after="20"/>
        <w:ind w:left="360"/>
      </w:pPr>
      <w:r>
        <w:rPr>
          <w:sz w:val="20"/>
        </w:rPr>
        <w:t>(b) 110</w:t>
      </w:r>
    </w:p>
    <w:p>
      <w:pPr>
        <w:spacing w:after="20"/>
        <w:ind w:left="360"/>
      </w:pPr>
      <w:r>
        <w:rPr>
          <w:sz w:val="20"/>
        </w:rPr>
        <w:t>(c) 121</w:t>
      </w:r>
    </w:p>
    <w:p>
      <w:pPr>
        <w:spacing w:after="20"/>
        <w:ind w:left="360"/>
      </w:pPr>
      <w:r>
        <w:rPr>
          <w:sz w:val="20"/>
        </w:rPr>
        <w:t>(d) 132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CHECKPOINT</w:t>
              <w:br/>
            </w:r>
            <w:r>
              <w:rPr>
                <w:sz w:val="20"/>
              </w:rPr>
              <w:t>Pause here and review your calculations before continuing.</w:t>
            </w:r>
          </w:p>
        </w:tc>
      </w:tr>
    </w:tbl>
    <w:p/>
    <w:p>
      <w:r>
        <w:rPr>
          <w:b/>
          <w:color w:val="17324D"/>
        </w:rPr>
        <w:t xml:space="preserve">Q11. </w:t>
      </w:r>
      <w:r>
        <w:t>Let x and y be non-zero integers such that |x|+|y|=4. How many distinct ordered pairs (x,y) satisfy this condition?</w:t>
      </w:r>
    </w:p>
    <w:p>
      <w:pPr>
        <w:spacing w:after="20"/>
        <w:ind w:left="360"/>
      </w:pPr>
      <w:r>
        <w:rPr>
          <w:sz w:val="20"/>
        </w:rPr>
        <w:t>(a) 8</w:t>
      </w:r>
    </w:p>
    <w:p>
      <w:pPr>
        <w:spacing w:after="20"/>
        <w:ind w:left="360"/>
      </w:pPr>
      <w:r>
        <w:rPr>
          <w:sz w:val="20"/>
        </w:rPr>
        <w:t>(b) 12</w:t>
      </w:r>
    </w:p>
    <w:p>
      <w:pPr>
        <w:spacing w:after="20"/>
        <w:ind w:left="360"/>
      </w:pPr>
      <w:r>
        <w:rPr>
          <w:sz w:val="20"/>
        </w:rPr>
        <w:t>(c) 16</w:t>
      </w:r>
    </w:p>
    <w:p>
      <w:pPr>
        <w:spacing w:after="20"/>
        <w:ind w:left="360"/>
      </w:pPr>
      <w:r>
        <w:rPr>
          <w:sz w:val="20"/>
        </w:rPr>
        <w:t>(d) 20</w:t>
      </w:r>
    </w:p>
    <w:p>
      <w:r>
        <w:rPr>
          <w:b/>
          <w:color w:val="17324D"/>
        </w:rPr>
        <w:t xml:space="preserve">Q12. </w:t>
      </w:r>
      <w:r>
        <w:t>What is the unit digit of 7^1999 + 11^1999 − 3^1999?</w:t>
      </w:r>
    </w:p>
    <w:p>
      <w:pPr>
        <w:spacing w:after="20"/>
        <w:ind w:left="360"/>
      </w:pPr>
      <w:r>
        <w:rPr>
          <w:sz w:val="20"/>
        </w:rPr>
        <w:t>(a) 1</w:t>
      </w:r>
    </w:p>
    <w:p>
      <w:pPr>
        <w:spacing w:after="20"/>
        <w:ind w:left="360"/>
      </w:pPr>
      <w:r>
        <w:rPr>
          <w:sz w:val="20"/>
        </w:rPr>
        <w:t>(b) 3</w:t>
      </w:r>
    </w:p>
    <w:p>
      <w:pPr>
        <w:spacing w:after="20"/>
        <w:ind w:left="360"/>
      </w:pPr>
      <w:r>
        <w:rPr>
          <w:sz w:val="20"/>
        </w:rPr>
        <w:t>(c) 5</w:t>
      </w:r>
    </w:p>
    <w:p>
      <w:pPr>
        <w:spacing w:after="20"/>
        <w:ind w:left="360"/>
      </w:pPr>
      <w:r>
        <w:rPr>
          <w:sz w:val="20"/>
        </w:rPr>
        <w:t>(d) 7</w:t>
      </w:r>
    </w:p>
    <w:p>
      <w:r>
        <w:rPr>
          <w:b/>
          <w:color w:val="17324D"/>
        </w:rPr>
        <w:t xml:space="preserve">Q13. </w:t>
      </w:r>
      <w:r>
        <w:t>Which rational number has a terminating decimal representation?</w:t>
      </w:r>
    </w:p>
    <w:p>
      <w:pPr>
        <w:spacing w:after="20"/>
        <w:ind w:left="360"/>
      </w:pPr>
      <w:r>
        <w:rPr>
          <w:sz w:val="20"/>
        </w:rPr>
        <w:t>(a) 13/120</w:t>
      </w:r>
    </w:p>
    <w:p>
      <w:pPr>
        <w:spacing w:after="20"/>
        <w:ind w:left="360"/>
      </w:pPr>
      <w:r>
        <w:rPr>
          <w:sz w:val="20"/>
        </w:rPr>
        <w:t>(b) 21/280</w:t>
      </w:r>
    </w:p>
    <w:p>
      <w:pPr>
        <w:spacing w:after="20"/>
        <w:ind w:left="360"/>
      </w:pPr>
      <w:r>
        <w:rPr>
          <w:sz w:val="20"/>
        </w:rPr>
        <w:t>(c) 7/75</w:t>
      </w:r>
    </w:p>
    <w:p>
      <w:pPr>
        <w:spacing w:after="20"/>
        <w:ind w:left="360"/>
      </w:pPr>
      <w:r>
        <w:rPr>
          <w:sz w:val="20"/>
        </w:rPr>
        <w:t>(d) 11/42</w:t>
      </w:r>
    </w:p>
    <w:p>
      <w:r>
        <w:rPr>
          <w:b/>
          <w:color w:val="17324D"/>
        </w:rPr>
        <w:t xml:space="preserve">Q14. </w:t>
      </w:r>
      <w:r>
        <w:t>Consider: 1. 1 is the smallest prime number. 2. The sum of two odd integers is always even. 3. Every even integer greater than 2 can be expressed as the sum of two primes. Which statements are correct?</w:t>
      </w:r>
    </w:p>
    <w:p>
      <w:pPr>
        <w:spacing w:after="20"/>
        <w:ind w:left="360"/>
      </w:pPr>
      <w:r>
        <w:rPr>
          <w:sz w:val="20"/>
        </w:rPr>
        <w:t>(a) 1 only</w:t>
      </w:r>
    </w:p>
    <w:p>
      <w:pPr>
        <w:spacing w:after="20"/>
        <w:ind w:left="360"/>
      </w:pPr>
      <w:r>
        <w:rPr>
          <w:sz w:val="20"/>
        </w:rPr>
        <w:t>(b) 2 and 3 only</w:t>
      </w:r>
    </w:p>
    <w:p>
      <w:pPr>
        <w:spacing w:after="20"/>
        <w:ind w:left="360"/>
      </w:pPr>
      <w:r>
        <w:rPr>
          <w:sz w:val="20"/>
        </w:rPr>
        <w:t>(c) 1 and 2 only</w:t>
      </w:r>
    </w:p>
    <w:p>
      <w:pPr>
        <w:spacing w:after="20"/>
        <w:ind w:left="360"/>
      </w:pPr>
      <w:r>
        <w:rPr>
          <w:sz w:val="20"/>
        </w:rPr>
        <w:t>(d) 1, 2 and 3</w:t>
      </w:r>
    </w:p>
    <w:p>
      <w:r>
        <w:rPr>
          <w:b/>
          <w:color w:val="17324D"/>
        </w:rPr>
        <w:t xml:space="preserve">Q15. </w:t>
      </w:r>
      <w:r>
        <w:t>What is the difference between the place value and face value of 8 in 584,329?</w:t>
      </w:r>
    </w:p>
    <w:p>
      <w:pPr>
        <w:spacing w:after="20"/>
        <w:ind w:left="360"/>
      </w:pPr>
      <w:r>
        <w:rPr>
          <w:sz w:val="20"/>
        </w:rPr>
        <w:t>(a) 79,992</w:t>
      </w:r>
    </w:p>
    <w:p>
      <w:pPr>
        <w:spacing w:after="20"/>
        <w:ind w:left="360"/>
      </w:pPr>
      <w:r>
        <w:rPr>
          <w:sz w:val="20"/>
        </w:rPr>
        <w:t>(b) 80,000</w:t>
      </w:r>
    </w:p>
    <w:p>
      <w:pPr>
        <w:spacing w:after="20"/>
        <w:ind w:left="360"/>
      </w:pPr>
      <w:r>
        <w:rPr>
          <w:sz w:val="20"/>
        </w:rPr>
        <w:t>(c) 79,920</w:t>
      </w:r>
    </w:p>
    <w:p>
      <w:pPr>
        <w:spacing w:after="20"/>
        <w:ind w:left="360"/>
      </w:pPr>
      <w:r>
        <w:rPr>
          <w:sz w:val="20"/>
        </w:rPr>
        <w:t>(d) 7,992</w:t>
      </w:r>
    </w:p>
    <w:p>
      <w:r>
        <w:rPr>
          <w:b/>
          <w:color w:val="17324D"/>
        </w:rPr>
        <w:t xml:space="preserve">Q16. </w:t>
      </w:r>
      <w:r>
        <w:t>If P=25^12, Q=81^12, R=64^12 and S=5^12, then the correct ascending order is:</w:t>
      </w:r>
    </w:p>
    <w:p>
      <w:pPr>
        <w:spacing w:after="20"/>
        <w:ind w:left="360"/>
      </w:pPr>
      <w:r>
        <w:rPr>
          <w:sz w:val="20"/>
        </w:rPr>
        <w:t>(a) S&lt;R&lt;P&lt;Q</w:t>
      </w:r>
    </w:p>
    <w:p>
      <w:pPr>
        <w:spacing w:after="20"/>
        <w:ind w:left="360"/>
      </w:pPr>
      <w:r>
        <w:rPr>
          <w:sz w:val="20"/>
        </w:rPr>
        <w:t>(b) S&lt;P&lt;R&lt;Q</w:t>
      </w:r>
    </w:p>
    <w:p>
      <w:pPr>
        <w:spacing w:after="20"/>
        <w:ind w:left="360"/>
      </w:pPr>
      <w:r>
        <w:rPr>
          <w:sz w:val="20"/>
        </w:rPr>
        <w:t>(c) P&lt;S&lt;R&lt;Q</w:t>
      </w:r>
    </w:p>
    <w:p>
      <w:pPr>
        <w:spacing w:after="20"/>
        <w:ind w:left="360"/>
      </w:pPr>
      <w:r>
        <w:rPr>
          <w:sz w:val="20"/>
        </w:rPr>
        <w:t>(d) R&lt;S&lt;P&lt;Q</w:t>
      </w:r>
    </w:p>
    <w:p>
      <w:r>
        <w:rPr>
          <w:b/>
          <w:color w:val="17324D"/>
        </w:rPr>
        <w:t xml:space="preserve">Q17. </w:t>
      </w:r>
      <w:r>
        <w:t>A three-digit number is N=100a+10b+c. If N′ is obtained by reversing its digits, then N−N′ is always divisible by:</w:t>
      </w:r>
    </w:p>
    <w:p>
      <w:pPr>
        <w:spacing w:after="20"/>
        <w:ind w:left="360"/>
      </w:pPr>
      <w:r>
        <w:rPr>
          <w:sz w:val="20"/>
        </w:rPr>
        <w:t>(a) 9 only</w:t>
      </w:r>
    </w:p>
    <w:p>
      <w:pPr>
        <w:spacing w:after="20"/>
        <w:ind w:left="360"/>
      </w:pPr>
      <w:r>
        <w:rPr>
          <w:sz w:val="20"/>
        </w:rPr>
        <w:t>(b) 11 only</w:t>
      </w:r>
    </w:p>
    <w:p>
      <w:pPr>
        <w:spacing w:after="20"/>
        <w:ind w:left="360"/>
      </w:pPr>
      <w:r>
        <w:rPr>
          <w:sz w:val="20"/>
        </w:rPr>
        <w:t>(c) 99</w:t>
      </w:r>
    </w:p>
    <w:p>
      <w:pPr>
        <w:spacing w:after="20"/>
        <w:ind w:left="360"/>
      </w:pPr>
      <w:r>
        <w:rPr>
          <w:sz w:val="20"/>
        </w:rPr>
        <w:t>(d) 101</w:t>
      </w:r>
    </w:p>
    <w:p>
      <w:r>
        <w:rPr>
          <w:b/>
          <w:color w:val="17324D"/>
        </w:rPr>
        <w:t xml:space="preserve">Q18. </w:t>
      </w:r>
      <w:r>
        <w:t>The sum of two natural numbers is 180 and their HCF is 12. How many unordered pairs of such numbers are possible?</w:t>
      </w:r>
    </w:p>
    <w:p>
      <w:pPr>
        <w:spacing w:after="20"/>
        <w:ind w:left="360"/>
      </w:pPr>
      <w:r>
        <w:rPr>
          <w:sz w:val="20"/>
        </w:rPr>
        <w:t>(a) 3</w:t>
      </w:r>
    </w:p>
    <w:p>
      <w:pPr>
        <w:spacing w:after="20"/>
        <w:ind w:left="360"/>
      </w:pPr>
      <w:r>
        <w:rPr>
          <w:sz w:val="20"/>
        </w:rPr>
        <w:t>(b) 4</w:t>
      </w:r>
    </w:p>
    <w:p>
      <w:pPr>
        <w:spacing w:after="20"/>
        <w:ind w:left="360"/>
      </w:pPr>
      <w:r>
        <w:rPr>
          <w:sz w:val="20"/>
        </w:rPr>
        <w:t>(c) 5</w:t>
      </w:r>
    </w:p>
    <w:p>
      <w:pPr>
        <w:spacing w:after="20"/>
        <w:ind w:left="360"/>
      </w:pPr>
      <w:r>
        <w:rPr>
          <w:sz w:val="20"/>
        </w:rPr>
        <w:t>(d) 6</w:t>
      </w:r>
    </w:p>
    <w:p>
      <w:r>
        <w:rPr>
          <w:b/>
          <w:color w:val="17324D"/>
        </w:rPr>
        <w:t xml:space="preserve">Q19. </w:t>
      </w:r>
      <w:r>
        <w:t>For every positive integer n, n(n²−1)(n+2) is always divisible by:</w:t>
      </w:r>
    </w:p>
    <w:p>
      <w:pPr>
        <w:spacing w:after="20"/>
        <w:ind w:left="360"/>
      </w:pPr>
      <w:r>
        <w:rPr>
          <w:sz w:val="20"/>
        </w:rPr>
        <w:t>(a) 12</w:t>
      </w:r>
    </w:p>
    <w:p>
      <w:pPr>
        <w:spacing w:after="20"/>
        <w:ind w:left="360"/>
      </w:pPr>
      <w:r>
        <w:rPr>
          <w:sz w:val="20"/>
        </w:rPr>
        <w:t>(b) 24</w:t>
      </w:r>
    </w:p>
    <w:p>
      <w:pPr>
        <w:spacing w:after="20"/>
        <w:ind w:left="360"/>
      </w:pPr>
      <w:r>
        <w:rPr>
          <w:sz w:val="20"/>
        </w:rPr>
        <w:t>(c) 36</w:t>
      </w:r>
    </w:p>
    <w:p>
      <w:pPr>
        <w:spacing w:after="20"/>
        <w:ind w:left="360"/>
      </w:pPr>
      <w:r>
        <w:rPr>
          <w:sz w:val="20"/>
        </w:rPr>
        <w:t>(d) 48</w:t>
      </w:r>
    </w:p>
    <w:p>
      <w:r>
        <w:rPr>
          <w:b/>
          <w:color w:val="17324D"/>
        </w:rPr>
        <w:t xml:space="preserve">Q20. </w:t>
      </w:r>
      <w:r>
        <w:t>What is the remainder when 2^100 is divided by 7?</w:t>
      </w:r>
    </w:p>
    <w:p>
      <w:pPr>
        <w:spacing w:after="20"/>
        <w:ind w:left="360"/>
      </w:pPr>
      <w:r>
        <w:rPr>
          <w:sz w:val="20"/>
        </w:rPr>
        <w:t>(a) 1</w:t>
      </w:r>
    </w:p>
    <w:p>
      <w:pPr>
        <w:spacing w:after="20"/>
        <w:ind w:left="360"/>
      </w:pPr>
      <w:r>
        <w:rPr>
          <w:sz w:val="20"/>
        </w:rPr>
        <w:t>(b) 2</w:t>
      </w:r>
    </w:p>
    <w:p>
      <w:pPr>
        <w:spacing w:after="20"/>
        <w:ind w:left="360"/>
      </w:pPr>
      <w:r>
        <w:rPr>
          <w:sz w:val="20"/>
        </w:rPr>
        <w:t>(c) 4</w:t>
      </w:r>
    </w:p>
    <w:p>
      <w:pPr>
        <w:spacing w:after="20"/>
        <w:ind w:left="360"/>
      </w:pPr>
      <w:r>
        <w:rPr>
          <w:sz w:val="20"/>
        </w:rPr>
        <w:t>(d) 6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CHECKPOINT</w:t>
              <w:br/>
            </w:r>
            <w:r>
              <w:rPr>
                <w:sz w:val="20"/>
              </w:rPr>
              <w:t>Pause here and review your calculations before continuing.</w:t>
            </w:r>
          </w:p>
        </w:tc>
      </w:tr>
    </w:tbl>
    <w:p/>
    <w:p>
      <w:r>
        <w:rPr>
          <w:b/>
          <w:color w:val="17324D"/>
        </w:rPr>
        <w:t xml:space="preserve">Q21. </w:t>
      </w:r>
      <w:r>
        <w:t>If x is a real number satisfying |x−3|≤5 and |x+1|&gt;2, then x belongs to:</w:t>
      </w:r>
    </w:p>
    <w:p>
      <w:pPr>
        <w:spacing w:after="20"/>
        <w:ind w:left="360"/>
      </w:pPr>
      <w:r>
        <w:rPr>
          <w:sz w:val="20"/>
        </w:rPr>
        <w:t>(a) [-2,8]</w:t>
      </w:r>
    </w:p>
    <w:p>
      <w:pPr>
        <w:spacing w:after="20"/>
        <w:ind w:left="360"/>
      </w:pPr>
      <w:r>
        <w:rPr>
          <w:sz w:val="20"/>
        </w:rPr>
        <w:t>(b) (-3,1) ∪ (1,8]</w:t>
      </w:r>
    </w:p>
    <w:p>
      <w:pPr>
        <w:spacing w:after="20"/>
        <w:ind w:left="360"/>
      </w:pPr>
      <w:r>
        <w:rPr>
          <w:sz w:val="20"/>
        </w:rPr>
        <w:t>(c) (1,8]</w:t>
      </w:r>
    </w:p>
    <w:p>
      <w:pPr>
        <w:spacing w:after="20"/>
        <w:ind w:left="360"/>
      </w:pPr>
      <w:r>
        <w:rPr>
          <w:sz w:val="20"/>
        </w:rPr>
        <w:t>(d) [-2,-3) ∪ (1,8]</w:t>
      </w:r>
    </w:p>
    <w:p>
      <w:r>
        <w:rPr>
          <w:b/>
          <w:color w:val="17324D"/>
        </w:rPr>
        <w:t xml:space="preserve">Q22. </w:t>
      </w:r>
      <w:r>
        <w:t>How many two-digit prime numbers have their digits adding up to 10?</w:t>
      </w:r>
    </w:p>
    <w:p>
      <w:pPr>
        <w:spacing w:after="20"/>
        <w:ind w:left="360"/>
      </w:pPr>
      <w:r>
        <w:rPr>
          <w:sz w:val="20"/>
        </w:rPr>
        <w:t>(a) 1</w:t>
      </w:r>
    </w:p>
    <w:p>
      <w:pPr>
        <w:spacing w:after="20"/>
        <w:ind w:left="360"/>
      </w:pPr>
      <w:r>
        <w:rPr>
          <w:sz w:val="20"/>
        </w:rPr>
        <w:t>(b) 2</w:t>
      </w:r>
    </w:p>
    <w:p>
      <w:pPr>
        <w:spacing w:after="20"/>
        <w:ind w:left="360"/>
      </w:pPr>
      <w:r>
        <w:rPr>
          <w:sz w:val="20"/>
        </w:rPr>
        <w:t>(c) 3</w:t>
      </w:r>
    </w:p>
    <w:p>
      <w:pPr>
        <w:spacing w:after="20"/>
        <w:ind w:left="360"/>
      </w:pPr>
      <w:r>
        <w:rPr>
          <w:sz w:val="20"/>
        </w:rPr>
        <w:t>(d) 4</w:t>
      </w:r>
    </w:p>
    <w:p>
      <w:r>
        <w:rPr>
          <w:b/>
          <w:color w:val="17324D"/>
        </w:rPr>
        <w:t xml:space="preserve">Q23. </w:t>
      </w:r>
      <w:r>
        <w:t>If 0!+1!+2!+3!+…+100! is divided by 15, what is the remainder?</w:t>
      </w:r>
    </w:p>
    <w:p>
      <w:pPr>
        <w:spacing w:after="20"/>
        <w:ind w:left="360"/>
      </w:pPr>
      <w:r>
        <w:rPr>
          <w:sz w:val="20"/>
        </w:rPr>
        <w:t>(a) 3</w:t>
      </w:r>
    </w:p>
    <w:p>
      <w:pPr>
        <w:spacing w:after="20"/>
        <w:ind w:left="360"/>
      </w:pPr>
      <w:r>
        <w:rPr>
          <w:sz w:val="20"/>
        </w:rPr>
        <w:t>(b) 4</w:t>
      </w:r>
    </w:p>
    <w:p>
      <w:pPr>
        <w:spacing w:after="20"/>
        <w:ind w:left="360"/>
      </w:pPr>
      <w:r>
        <w:rPr>
          <w:sz w:val="20"/>
        </w:rPr>
        <w:t>(c) 10</w:t>
      </w:r>
    </w:p>
    <w:p>
      <w:pPr>
        <w:spacing w:after="20"/>
        <w:ind w:left="360"/>
      </w:pPr>
      <w:r>
        <w:rPr>
          <w:sz w:val="20"/>
        </w:rPr>
        <w:t>(d) 12</w:t>
      </w:r>
    </w:p>
    <w:p>
      <w:r>
        <w:rPr>
          <w:b/>
          <w:color w:val="17324D"/>
        </w:rPr>
        <w:t xml:space="preserve">Q24. </w:t>
      </w:r>
      <w:r>
        <w:t>Consider A=2^5×3^3×5^2. How many factors of A are even?</w:t>
      </w:r>
    </w:p>
    <w:p>
      <w:pPr>
        <w:spacing w:after="20"/>
        <w:ind w:left="360"/>
      </w:pPr>
      <w:r>
        <w:rPr>
          <w:sz w:val="20"/>
        </w:rPr>
        <w:t>(a) 48</w:t>
      </w:r>
    </w:p>
    <w:p>
      <w:pPr>
        <w:spacing w:after="20"/>
        <w:ind w:left="360"/>
      </w:pPr>
      <w:r>
        <w:rPr>
          <w:sz w:val="20"/>
        </w:rPr>
        <w:t>(b) 60</w:t>
      </w:r>
    </w:p>
    <w:p>
      <w:pPr>
        <w:spacing w:after="20"/>
        <w:ind w:left="360"/>
      </w:pPr>
      <w:r>
        <w:rPr>
          <w:sz w:val="20"/>
        </w:rPr>
        <w:t>(c) 72</w:t>
      </w:r>
    </w:p>
    <w:p>
      <w:pPr>
        <w:spacing w:after="20"/>
        <w:ind w:left="360"/>
      </w:pPr>
      <w:r>
        <w:rPr>
          <w:sz w:val="20"/>
        </w:rPr>
        <w:t>(d) 30</w:t>
      </w:r>
    </w:p>
    <w:p>
      <w:r>
        <w:rPr>
          <w:b/>
          <w:color w:val="17324D"/>
        </w:rPr>
        <w:t xml:space="preserve">Q25. </w:t>
      </w:r>
      <w:r>
        <w:t>For every integer n, n³−n is always divisible by:</w:t>
      </w:r>
    </w:p>
    <w:p>
      <w:pPr>
        <w:spacing w:after="20"/>
        <w:ind w:left="360"/>
      </w:pPr>
      <w:r>
        <w:rPr>
          <w:sz w:val="20"/>
        </w:rPr>
        <w:t>(a) 4</w:t>
      </w:r>
    </w:p>
    <w:p>
      <w:pPr>
        <w:spacing w:after="20"/>
        <w:ind w:left="360"/>
      </w:pPr>
      <w:r>
        <w:rPr>
          <w:sz w:val="20"/>
        </w:rPr>
        <w:t>(b) 6</w:t>
      </w:r>
    </w:p>
    <w:p>
      <w:pPr>
        <w:spacing w:after="20"/>
        <w:ind w:left="360"/>
      </w:pPr>
      <w:r>
        <w:rPr>
          <w:sz w:val="20"/>
        </w:rPr>
        <w:t>(c) 8</w:t>
      </w:r>
    </w:p>
    <w:p>
      <w:pPr>
        <w:spacing w:after="20"/>
        <w:ind w:left="360"/>
      </w:pPr>
      <w:r>
        <w:rPr>
          <w:sz w:val="20"/>
        </w:rPr>
        <w:t>(d) 12</w:t>
      </w:r>
    </w:p>
    <w:p>
      <w:r>
        <w:rPr>
          <w:b/>
          <w:color w:val="17324D"/>
        </w:rPr>
        <w:t xml:space="preserve">Q26. </w:t>
      </w:r>
      <w:r>
        <w:t>Sₙ=(1−1/2)+(1/2−1/3)+…+(1/n−1/(n+1)). The limiting value as n→∞ is:</w:t>
      </w:r>
    </w:p>
    <w:p>
      <w:pPr>
        <w:spacing w:after="20"/>
        <w:ind w:left="360"/>
      </w:pPr>
      <w:r>
        <w:rPr>
          <w:sz w:val="20"/>
        </w:rPr>
        <w:t>(a) 1/2</w:t>
      </w:r>
    </w:p>
    <w:p>
      <w:pPr>
        <w:spacing w:after="20"/>
        <w:ind w:left="360"/>
      </w:pPr>
      <w:r>
        <w:rPr>
          <w:sz w:val="20"/>
        </w:rPr>
        <w:t>(b) 1</w:t>
      </w:r>
    </w:p>
    <w:p>
      <w:pPr>
        <w:spacing w:after="20"/>
        <w:ind w:left="360"/>
      </w:pPr>
      <w:r>
        <w:rPr>
          <w:sz w:val="20"/>
        </w:rPr>
        <w:t>(c) 2</w:t>
      </w:r>
    </w:p>
    <w:p>
      <w:pPr>
        <w:spacing w:after="20"/>
        <w:ind w:left="360"/>
      </w:pPr>
      <w:r>
        <w:rPr>
          <w:sz w:val="20"/>
        </w:rPr>
        <w:t>(d) ∞</w:t>
      </w:r>
    </w:p>
    <w:p>
      <w:r>
        <w:rPr>
          <w:b/>
          <w:color w:val="17324D"/>
        </w:rPr>
        <w:t xml:space="preserve">Q27. </w:t>
      </w:r>
      <w:r>
        <w:t>Let x=0.123123123… and y=0.456456456…. Then x+y in lowest terms is:</w:t>
      </w:r>
    </w:p>
    <w:p>
      <w:pPr>
        <w:spacing w:after="20"/>
        <w:ind w:left="360"/>
      </w:pPr>
      <w:r>
        <w:rPr>
          <w:sz w:val="20"/>
        </w:rPr>
        <w:t>(a) 193/333</w:t>
      </w:r>
    </w:p>
    <w:p>
      <w:pPr>
        <w:spacing w:after="20"/>
        <w:ind w:left="360"/>
      </w:pPr>
      <w:r>
        <w:rPr>
          <w:sz w:val="20"/>
        </w:rPr>
        <w:t>(b) 579/999</w:t>
      </w:r>
    </w:p>
    <w:p>
      <w:pPr>
        <w:spacing w:after="20"/>
        <w:ind w:left="360"/>
      </w:pPr>
      <w:r>
        <w:rPr>
          <w:sz w:val="20"/>
        </w:rPr>
        <w:t>(c) 64/111</w:t>
      </w:r>
    </w:p>
    <w:p>
      <w:pPr>
        <w:spacing w:after="20"/>
        <w:ind w:left="360"/>
      </w:pPr>
      <w:r>
        <w:rPr>
          <w:sz w:val="20"/>
        </w:rPr>
        <w:t>(d) 182/333</w:t>
      </w:r>
    </w:p>
    <w:p>
      <w:r>
        <w:rPr>
          <w:b/>
          <w:color w:val="17324D"/>
        </w:rPr>
        <w:t xml:space="preserve">Q28. </w:t>
      </w:r>
      <w:r>
        <w:t>How many prime numbers lie between 100 and 120?</w:t>
      </w:r>
    </w:p>
    <w:p>
      <w:pPr>
        <w:spacing w:after="20"/>
        <w:ind w:left="360"/>
      </w:pPr>
      <w:r>
        <w:rPr>
          <w:sz w:val="20"/>
        </w:rPr>
        <w:t>(a) 3</w:t>
      </w:r>
    </w:p>
    <w:p>
      <w:pPr>
        <w:spacing w:after="20"/>
        <w:ind w:left="360"/>
      </w:pPr>
      <w:r>
        <w:rPr>
          <w:sz w:val="20"/>
        </w:rPr>
        <w:t>(b) 4</w:t>
      </w:r>
    </w:p>
    <w:p>
      <w:pPr>
        <w:spacing w:after="20"/>
        <w:ind w:left="360"/>
      </w:pPr>
      <w:r>
        <w:rPr>
          <w:sz w:val="20"/>
        </w:rPr>
        <w:t>(c) 5</w:t>
      </w:r>
    </w:p>
    <w:p>
      <w:pPr>
        <w:spacing w:after="20"/>
        <w:ind w:left="360"/>
      </w:pPr>
      <w:r>
        <w:rPr>
          <w:sz w:val="20"/>
        </w:rPr>
        <w:t>(d) 6</w:t>
      </w:r>
    </w:p>
    <w:p>
      <w:r>
        <w:rPr>
          <w:b/>
          <w:color w:val="17324D"/>
        </w:rPr>
        <w:t xml:space="preserve">Q29. </w:t>
      </w:r>
      <w:r>
        <w:t>In a division problem, the divisor is 10 times the quotient and 5 times the remainder. If the remainder is 46, what is the dividend?</w:t>
      </w:r>
    </w:p>
    <w:p>
      <w:pPr>
        <w:spacing w:after="20"/>
        <w:ind w:left="360"/>
      </w:pPr>
      <w:r>
        <w:rPr>
          <w:sz w:val="20"/>
        </w:rPr>
        <w:t>(a) 5290</w:t>
      </w:r>
    </w:p>
    <w:p>
      <w:pPr>
        <w:spacing w:after="20"/>
        <w:ind w:left="360"/>
      </w:pPr>
      <w:r>
        <w:rPr>
          <w:sz w:val="20"/>
        </w:rPr>
        <w:t>(b) 5336</w:t>
      </w:r>
    </w:p>
    <w:p>
      <w:pPr>
        <w:spacing w:after="20"/>
        <w:ind w:left="360"/>
      </w:pPr>
      <w:r>
        <w:rPr>
          <w:sz w:val="20"/>
        </w:rPr>
        <w:t>(c) 5382</w:t>
      </w:r>
    </w:p>
    <w:p>
      <w:pPr>
        <w:spacing w:after="20"/>
        <w:ind w:left="360"/>
      </w:pPr>
      <w:r>
        <w:rPr>
          <w:sz w:val="20"/>
        </w:rPr>
        <w:t>(d) 5428</w:t>
      </w:r>
    </w:p>
    <w:p>
      <w:r>
        <w:rPr>
          <w:b/>
          <w:color w:val="17324D"/>
        </w:rPr>
        <w:t xml:space="preserve">Q30. </w:t>
      </w:r>
      <w:r>
        <w:t>For two non-zero co-prime integers a and b: 1. Both must individually be prime. 2. HCF(a,b)=1. 3. LCM(a,b)=ab. Which statements are correct?</w:t>
      </w:r>
    </w:p>
    <w:p>
      <w:pPr>
        <w:spacing w:after="20"/>
        <w:ind w:left="360"/>
      </w:pPr>
      <w:r>
        <w:rPr>
          <w:sz w:val="20"/>
        </w:rPr>
        <w:t>(a) 1 and 2 only</w:t>
      </w:r>
    </w:p>
    <w:p>
      <w:pPr>
        <w:spacing w:after="20"/>
        <w:ind w:left="360"/>
      </w:pPr>
      <w:r>
        <w:rPr>
          <w:sz w:val="20"/>
        </w:rPr>
        <w:t>(b) 2 and 3 only</w:t>
      </w:r>
    </w:p>
    <w:p>
      <w:pPr>
        <w:spacing w:after="20"/>
        <w:ind w:left="360"/>
      </w:pPr>
      <w:r>
        <w:rPr>
          <w:sz w:val="20"/>
        </w:rPr>
        <w:t>(c) 1 and 3 only</w:t>
      </w:r>
    </w:p>
    <w:p>
      <w:pPr>
        <w:spacing w:after="20"/>
        <w:ind w:left="360"/>
      </w:pPr>
      <w:r>
        <w:rPr>
          <w:sz w:val="20"/>
        </w:rPr>
        <w:t>(d) 1, 2 and 3</w:t>
      </w:r>
    </w:p>
    <w:p>
      <w:r>
        <w:br w:type="page"/>
      </w:r>
    </w:p>
    <w:p>
      <w:pPr>
        <w:pStyle w:val="Heading1"/>
      </w:pPr>
      <w:r>
        <w:t>ANSWER KEY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  <w:tc>
          <w:tcPr>
            <w:tcW w:type="dxa" w:w="1704"/>
            <w:shd w:fill="17324D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Q.No</w:t>
            </w:r>
          </w:p>
        </w:tc>
        <w:tc>
          <w:tcPr>
            <w:tcW w:type="dxa" w:w="1704"/>
            <w:shd w:fill="6B4E9B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Answer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21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(d)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(d)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22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23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24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25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26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27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28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(a)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29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  <w:tr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10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(c)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20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  <w:tc>
          <w:tcPr>
            <w:tcW w:type="dxa" w:w="1704"/>
            <w:shd w:fill="E7F6F3"/>
          </w:tcPr>
          <w:p>
            <w:pPr>
              <w:jc w:val="center"/>
            </w:pPr>
            <w:r>
              <w:rPr>
                <w:b/>
                <w:color w:val="087F8C"/>
              </w:rPr>
              <w:t>30</w:t>
            </w:r>
          </w:p>
        </w:tc>
        <w:tc>
          <w:tcPr>
            <w:tcW w:type="dxa" w:w="1704"/>
            <w:shd w:fill="FFF4D6"/>
          </w:tcPr>
          <w:p>
            <w:pPr>
              <w:jc w:val="center"/>
            </w:pPr>
            <w:r>
              <w:rPr>
                <w:b/>
                <w:color w:val="17324D"/>
              </w:rPr>
              <w:t>(b)</w:t>
            </w:r>
          </w:p>
        </w:tc>
      </w:tr>
    </w:tbl>
    <w:p>
      <w:r>
        <w:br w:type="page"/>
      </w:r>
    </w:p>
    <w:p>
      <w:pPr>
        <w:pStyle w:val="Heading1"/>
      </w:pPr>
      <w:r>
        <w:t>DETAILED EXPLANATIONS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C74B3A"/>
                <w:sz w:val="22"/>
              </w:rPr>
              <w:t>QUALITY NOTE</w:t>
              <w:br/>
            </w:r>
            <w:r>
              <w:rPr>
                <w:sz w:val="20"/>
              </w:rPr>
              <w:t>Q4 in the supplied wording says 'integers x', while its intended answer counts the two real solutions. In this document the mathematical issue is flagged in the explanation. For a clean final worksheet, change Q4 to 'How many real numbers x satisfy...' before publishing.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Statement 1 is true because every terminating decimal can be written as a fraction with denominator 10, 100, 1000, etc. Statement 2 is false: √2×√2=2, which is rational. Statement 3 is true because the square root of a prime cannot be expressed as a ratio of integers. Hence 1 and 3 are correct.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  •  Correct Answer: d</w:t>
            </w:r>
          </w:p>
          <w:p>
            <w:r>
              <w:rPr>
                <w:b/>
              </w:rPr>
              <w:t xml:space="preserve">Explanation: </w:t>
            </w:r>
            <w:r>
              <w:t>10^100−1 is a number containing 100 nines. Its digit sum is 100×9=900, so it is divisible by 9. Since there are equal numbers of nines in the two alternating positions, the alternating sum is 0, so it is also divisible by 11.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Q3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For x=0.3̅56, use the mixed recurring decimal formula: x=(356−3)/990=353/990. The numerator and denominator have no common factor, so the fraction is already in lowest terms.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Q4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|2x−7|=|x+3| gives two cases: 2x−7=x+3, giving x=10; and 2x−7=−(x+3), giving 3x=4 and x=4/3. Thus there are 2 integer? solutions in the real-number equation, but only x=10 is an integer. Therefore the question as written asks for integers and has 1 valid integer. This item should be corrected to 'real numbers' for answer (c).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Q5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Every prime p&gt;3 is of the form 6k±1, so p²≡1 (mod 24). Similarly q²≡1 (mod 24). Hence p²−q²≡0 (mod 24).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Q6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The exponent of 5 in 125! is floor(125/5)+floor(125/25)+floor(125/125)=25+5+1=31. Therefore the highest power is 5^31.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Q7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Let N=10a+b and M=10b+a. Then |N−M|=9|a−b|=36, so |a−b|=4. The two ordered prime pairs are (37,73) and (73,37).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Q8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7+4√3=(2+√3)² and 7−4√3=(2−√3)². Hence a+b=4 and ab=1. Then a³+b³=(a+b)³−3ab(a+b)=64−12=52.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Q9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For 11 consecutive integers, the middle term equals the average. The middle term is 23, so the last five are 24,25,26,27,28. Their average is 26.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Q10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Multiply by 11!: x=11!/9!+11!/10!=11×10+11=110+11=121.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Q11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Since x,y are non-zero and |x|+|y|=4, the possible absolute-value pairs are (1,3),(2,2),(3,1). Each has four sign combinations, giving 12 ordered pairs.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Q12  •  Correct Answer: d</w:t>
            </w:r>
          </w:p>
          <w:p>
            <w:r>
              <w:rPr>
                <w:b/>
              </w:rPr>
              <w:t xml:space="preserve">Explanation: </w:t>
            </w:r>
            <w:r>
              <w:t>The unit digits of powers of 7 cycle as 7,9,3,1. Since 1999 leaves remainder 3 when divided by 4, 7^1999 ends in 3. 11^1999 ends in 1 and 3^1999 ends in 7. Thus 3+1−7≡7 (mod 10).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Q13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21/280 reduces to 3/40. Since 40=2³×5 contains only 2 and 5, its decimal representation terminates. The other denominators retain prime factors other than 2 and 5.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Q14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Statement 1 is false because 2 is the smallest prime. Statement 2 is true. Statement 3 is Goldbach's conjecture, not a proved theorem; for a rigorous worksheet this statement should be replaced with a proven property. The intended answer is (b).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Q15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The digit 8 is in the ten-thousands place, so its place value is 80,000. Its face value is 8. Difference=80,000−8=79,992.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Q16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Since all exponents are 12, compare bases: 5&lt;25&lt;64&lt;81. Therefore S&lt;P&lt;R&lt;Q.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Q17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N−N′=(100a+10b+c)−(100c+10b+a)=99(a−c). Hence it is always divisible by 99.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Q18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Let the numbers be 12x and 12y, with gcd(x,y)=1. Then x+y=15. The coprime unordered pairs are (1,14),(2,13),(4,11),(7,8), giving 4.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Q19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n(n²−1)(n+2)=(n−1)n(n+1)(n+2), the product of four consecutive integers. Such a product is always divisible by 4!=24.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Q20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Since 2³≡1 (mod 7), 2^100=(2³)^33×2≡2 (mod 7).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Q21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|x−3|≤5 gives −2≤x≤8. |x+1|&gt;2 gives x&gt;1 or x&lt;−3. Intersecting gives (1,8].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Q22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The two-digit numbers with digit sum 10 include 19,28,37,46,55,64,73,82,91. The primes among these are 19,37,73. Hence 3.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Q23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From 5! onward, every factorial is divisible by 15. Therefore only 0! through 4! matter: 1+1+2+6+24=34, which leaves remainder 4 upon division by 15.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Q24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An even factor must contain at least one factor of 2. There are 5 choices for the exponent of 2, 4 choices for the exponent of 3 and 3 choices for the exponent of 5. Total=5×4×3=60.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Q25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n³−n=n(n−1)(n+1), the product of three consecutive integers. One is divisible by 3 and at least one is even, so the product is always divisible by 6.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Q26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The series telescopes: S_n=1−1/(n+1). As n approaches infinity, 1/(n+1) approaches 0. Therefore the limiting value is 1.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Q27  •  Correct Answer: a</w:t>
            </w:r>
          </w:p>
          <w:p>
            <w:r>
              <w:rPr>
                <w:b/>
              </w:rPr>
              <w:t xml:space="preserve">Explanation: </w:t>
            </w:r>
            <w:r>
              <w:t>x=123/999 and y=456/999. Their sum is 579/999=193/333 after dividing by 3.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Q28  •  Correct Answer: c</w:t>
            </w:r>
          </w:p>
          <w:p>
            <w:r>
              <w:rPr>
                <w:b/>
              </w:rPr>
              <w:t xml:space="preserve">Explanation: </w:t>
            </w:r>
            <w:r>
              <w:t>The primes between 100 and 120 are 101,103,107,109 and 113. Therefore there are 5.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Q29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Remainder=46. Divisor=5×46=230. Since divisor=10×quotient, quotient=23. Dividend=230×23+46=5336.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CE9E6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Q30  •  Correct Answer: b</w:t>
            </w:r>
          </w:p>
          <w:p>
            <w:r>
              <w:rPr>
                <w:b/>
              </w:rPr>
              <w:t xml:space="preserve">Explanation: </w:t>
            </w:r>
            <w:r>
              <w:t>Co-prime means HCF=1, but the numbers need not individually be prime; for example 8 and 9 are co-prime. Also HCF×LCM=ab, so with HCF=1, LCM=ab.</w:t>
            </w:r>
          </w:p>
        </w:tc>
      </w:tr>
    </w:tbl>
    <w:p/>
    <w:p>
      <w:r>
        <w:br w:type="page"/>
      </w:r>
    </w:p>
    <w:p>
      <w:pPr>
        <w:pStyle w:val="Heading1"/>
      </w:pPr>
      <w:r>
        <w:t>QUICK REVISION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B"/>
          </w:tcPr>
          <w:p>
            <w:r>
              <w:rPr>
                <w:rFonts w:ascii="Georgia" w:hAnsi="Georgia"/>
                <w:b/>
                <w:color w:val="2563A6"/>
                <w:sz w:val="22"/>
              </w:rPr>
              <w:t>NUMBER SETS</w:t>
              <w:br/>
            </w:r>
            <w:r>
              <w:rPr>
                <w:sz w:val="20"/>
              </w:rPr>
              <w:t>Natural ⊂ Whole ⊂ Integers ⊂ Rational ⊂ Real. Irrational numbers are real numbers that cannot be written as p/q.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7F6F3"/>
          </w:tcPr>
          <w:p>
            <w:r>
              <w:rPr>
                <w:rFonts w:ascii="Georgia" w:hAnsi="Georgia"/>
                <w:b/>
                <w:color w:val="087F8C"/>
                <w:sz w:val="22"/>
              </w:rPr>
              <w:t>DECIMAL RULE</w:t>
              <w:br/>
            </w:r>
            <w:r>
              <w:rPr>
                <w:sz w:val="20"/>
              </w:rPr>
              <w:t>A reduced rational fraction has a terminating decimal exactly when its denominator has no prime factors other than 2 and 5.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EAF8"/>
          </w:tcPr>
          <w:p>
            <w:r>
              <w:rPr>
                <w:rFonts w:ascii="Georgia" w:hAnsi="Georgia"/>
                <w:b/>
                <w:color w:val="6B4E9B"/>
                <w:sz w:val="22"/>
              </w:rPr>
              <w:t>PRIME TEST</w:t>
              <w:br/>
            </w:r>
            <w:r>
              <w:rPr>
                <w:sz w:val="20"/>
              </w:rPr>
              <w:t>To test n for primality, it is sufficient to test prime divisors up to √n.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4D6"/>
          </w:tcPr>
          <w:p>
            <w:r>
              <w:rPr>
                <w:rFonts w:ascii="Georgia" w:hAnsi="Georgia"/>
                <w:b/>
                <w:color w:val="B7791F"/>
                <w:sz w:val="22"/>
              </w:rPr>
              <w:t>HIGH-YIELD IDENTITIES</w:t>
              <w:br/>
            </w:r>
            <w:r>
              <w:rPr>
                <w:sz w:val="20"/>
              </w:rPr>
              <w:t>n³−n=(n−1)n(n+1) • Product of four consecutive integers is divisible by 24 • For co-prime a,b: LCM(a,b)=ab • N−reverse(N) for a three-digit number is divisible by 99.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5EA"/>
          </w:tcPr>
          <w:p>
            <w:r>
              <w:rPr>
                <w:rFonts w:ascii="Georgia" w:hAnsi="Georgia"/>
                <w:b/>
                <w:color w:val="3F7D4A"/>
                <w:sz w:val="22"/>
              </w:rPr>
              <w:t>POWER &amp; REMAINDER</w:t>
              <w:br/>
            </w:r>
            <w:r>
              <w:rPr>
                <w:sz w:val="20"/>
              </w:rPr>
              <w:t>Look for cyclic patterns in units digits and modular arithmetic. Reduce the exponent using the cycle length before calculating.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085"/>
        <w:sz w:val="16"/>
      </w:rPr>
      <w:t>NUMBER SYSTEM  |  Advanced Practice Worksheet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B4E9B"/>
        <w:sz w:val="16"/>
      </w:rPr>
      <w:t>MATHEMATICS  •  CHAPTER 1  •  NUMBER SYSTEM  •  30-MCQ PRACTICE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7324D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6B4E9B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