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75B5"/>
          <w:sz w:val="36"/>
        </w:rPr>
        <w:t>CHAPTER 2</w:t>
      </w:r>
    </w:p>
    <w:p>
      <w:pPr>
        <w:jc w:val="center"/>
      </w:pPr>
      <w:r>
        <w:rPr>
          <w:b/>
          <w:color w:val="17365D"/>
          <w:sz w:val="56"/>
        </w:rPr>
        <w:t>DIVISIBILITY</w:t>
      </w:r>
    </w:p>
    <w:p>
      <w:pPr>
        <w:jc w:val="center"/>
      </w:pPr>
      <w:r>
        <w:rPr>
          <w:color w:val="008C95"/>
          <w:sz w:val="24"/>
        </w:rPr>
        <w:t>Concepts • Rules • Shortcuts • Solved Examples • Practice</w:t>
      </w:r>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LEARNING OBJECTIVE</w:t>
              <w:br/>
            </w:r>
            <w:r>
              <w:rPr>
                <w:color w:val="222222"/>
                <w:sz w:val="20"/>
              </w:rPr>
              <w:t>By the end of this chapter, you should be able to identify divisibility quickly, use standard divisibility tests, solve missing-digit and remainder problems, connect divisibility with HCF/LCM, and handle mixed and higher-difficulty problems.</w:t>
            </w:r>
          </w:p>
        </w:tc>
      </w:tr>
    </w:tbl>
    <w:p/>
    <w:p>
      <w:pPr>
        <w:pStyle w:val="Heading1"/>
      </w:pPr>
      <w:r>
        <w:t>Chapter Roadmap</w:t>
      </w:r>
    </w:p>
    <w:tbl>
      <w:tblPr>
        <w:tblW w:type="auto" w:w="0"/>
        <w:jc w:val="center"/>
        <w:tblLook w:firstColumn="1" w:firstRow="1" w:lastColumn="0" w:lastRow="0" w:noHBand="0" w:noVBand="1" w:val="04A0"/>
      </w:tblPr>
      <w:tblGrid>
        <w:gridCol w:w="3360"/>
        <w:gridCol w:w="3360"/>
        <w:gridCol w:w="3360"/>
      </w:tblGrid>
      <w:tr>
        <w:tc>
          <w:tcPr>
            <w:tcW w:type="dxa" w:w="3360"/>
            <w:vAlign w:val="center"/>
            <w:shd w:fill="17365D"/>
          </w:tcPr>
          <w:p>
            <w:r/>
            <w:r>
              <w:rPr>
                <w:rFonts w:ascii="Aptos" w:hAnsi="Aptos"/>
                <w:b/>
                <w:color w:val="FFFFFF"/>
                <w:sz w:val="20"/>
              </w:rPr>
              <w:t>No.</w:t>
            </w:r>
          </w:p>
        </w:tc>
        <w:tc>
          <w:tcPr>
            <w:tcW w:type="dxa" w:w="3360"/>
            <w:vAlign w:val="center"/>
            <w:shd w:fill="17365D"/>
          </w:tcPr>
          <w:p>
            <w:r/>
            <w:r>
              <w:rPr>
                <w:rFonts w:ascii="Aptos" w:hAnsi="Aptos"/>
                <w:b/>
                <w:color w:val="FFFFFF"/>
                <w:sz w:val="20"/>
              </w:rPr>
              <w:t>Section</w:t>
            </w:r>
          </w:p>
        </w:tc>
        <w:tc>
          <w:tcPr>
            <w:tcW w:type="dxa" w:w="3360"/>
            <w:vAlign w:val="center"/>
            <w:shd w:fill="17365D"/>
          </w:tcPr>
          <w:p>
            <w:r/>
            <w:r>
              <w:rPr>
                <w:rFonts w:ascii="Aptos" w:hAnsi="Aptos"/>
                <w:b/>
                <w:color w:val="FFFFFF"/>
                <w:sz w:val="20"/>
              </w:rPr>
              <w:t>Focus</w:t>
            </w:r>
          </w:p>
        </w:tc>
      </w:tr>
      <w:tr>
        <w:tc>
          <w:tcPr>
            <w:tcW w:type="dxa" w:w="3360"/>
            <w:vAlign w:val="center"/>
          </w:tcPr>
          <w:p>
            <w:r/>
            <w:r>
              <w:rPr>
                <w:rFonts w:ascii="Aptos" w:hAnsi="Aptos"/>
                <w:b/>
                <w:color w:val="222222"/>
                <w:sz w:val="20"/>
              </w:rPr>
              <w:t>1</w:t>
            </w:r>
          </w:p>
        </w:tc>
        <w:tc>
          <w:tcPr>
            <w:tcW w:type="dxa" w:w="3360"/>
            <w:vAlign w:val="center"/>
          </w:tcPr>
          <w:p>
            <w:r/>
            <w:r>
              <w:rPr>
                <w:rFonts w:ascii="Aptos" w:hAnsi="Aptos"/>
                <w:b/>
                <w:color w:val="2F75B5"/>
                <w:sz w:val="20"/>
              </w:rPr>
              <w:t>Meaning of Divisibility</w:t>
            </w:r>
          </w:p>
        </w:tc>
        <w:tc>
          <w:tcPr>
            <w:tcW w:type="dxa" w:w="3360"/>
            <w:vAlign w:val="center"/>
          </w:tcPr>
          <w:p>
            <w:r/>
            <w:r>
              <w:rPr>
                <w:rFonts w:ascii="Aptos" w:hAnsi="Aptos"/>
                <w:b w:val="0"/>
                <w:color w:val="222222"/>
                <w:sz w:val="20"/>
              </w:rPr>
              <w:t>Dividend, divisor, quotient, remainder and division algorithm.</w:t>
            </w:r>
          </w:p>
        </w:tc>
      </w:tr>
      <w:tr>
        <w:tc>
          <w:tcPr>
            <w:tcW w:type="dxa" w:w="3360"/>
            <w:vAlign w:val="center"/>
          </w:tcPr>
          <w:p>
            <w:r/>
            <w:r>
              <w:rPr>
                <w:rFonts w:ascii="Aptos" w:hAnsi="Aptos"/>
                <w:b/>
                <w:color w:val="222222"/>
                <w:sz w:val="20"/>
              </w:rPr>
              <w:t>2</w:t>
            </w:r>
          </w:p>
        </w:tc>
        <w:tc>
          <w:tcPr>
            <w:tcW w:type="dxa" w:w="3360"/>
            <w:vAlign w:val="center"/>
          </w:tcPr>
          <w:p>
            <w:r/>
            <w:r>
              <w:rPr>
                <w:rFonts w:ascii="Aptos" w:hAnsi="Aptos"/>
                <w:b/>
                <w:color w:val="2F75B5"/>
                <w:sz w:val="20"/>
              </w:rPr>
              <w:t>Divisibility and Factors</w:t>
            </w:r>
          </w:p>
        </w:tc>
        <w:tc>
          <w:tcPr>
            <w:tcW w:type="dxa" w:w="3360"/>
            <w:vAlign w:val="center"/>
          </w:tcPr>
          <w:p>
            <w:r/>
            <w:r>
              <w:rPr>
                <w:rFonts w:ascii="Aptos" w:hAnsi="Aptos"/>
                <w:b w:val="0"/>
                <w:color w:val="222222"/>
                <w:sz w:val="20"/>
              </w:rPr>
              <w:t>Factors, multiples and their connection with divisibility.</w:t>
            </w:r>
          </w:p>
        </w:tc>
      </w:tr>
      <w:tr>
        <w:tc>
          <w:tcPr>
            <w:tcW w:type="dxa" w:w="3360"/>
            <w:vAlign w:val="center"/>
          </w:tcPr>
          <w:p>
            <w:r/>
            <w:r>
              <w:rPr>
                <w:rFonts w:ascii="Aptos" w:hAnsi="Aptos"/>
                <w:b/>
                <w:color w:val="222222"/>
                <w:sz w:val="20"/>
              </w:rPr>
              <w:t>3</w:t>
            </w:r>
          </w:p>
        </w:tc>
        <w:tc>
          <w:tcPr>
            <w:tcW w:type="dxa" w:w="3360"/>
            <w:vAlign w:val="center"/>
          </w:tcPr>
          <w:p>
            <w:r/>
            <w:r>
              <w:rPr>
                <w:rFonts w:ascii="Aptos" w:hAnsi="Aptos"/>
                <w:b/>
                <w:color w:val="2F75B5"/>
                <w:sz w:val="20"/>
              </w:rPr>
              <w:t>Divisibility Rules</w:t>
            </w:r>
          </w:p>
        </w:tc>
        <w:tc>
          <w:tcPr>
            <w:tcW w:type="dxa" w:w="3360"/>
            <w:vAlign w:val="center"/>
          </w:tcPr>
          <w:p>
            <w:r/>
            <w:r>
              <w:rPr>
                <w:rFonts w:ascii="Aptos" w:hAnsi="Aptos"/>
                <w:b w:val="0"/>
                <w:color w:val="222222"/>
                <w:sz w:val="20"/>
              </w:rPr>
              <w:t>Rules from 2 through 100, including 7 and 13.</w:t>
            </w:r>
          </w:p>
        </w:tc>
      </w:tr>
      <w:tr>
        <w:tc>
          <w:tcPr>
            <w:tcW w:type="dxa" w:w="3360"/>
            <w:vAlign w:val="center"/>
          </w:tcPr>
          <w:p>
            <w:r/>
            <w:r>
              <w:rPr>
                <w:rFonts w:ascii="Aptos" w:hAnsi="Aptos"/>
                <w:b/>
                <w:color w:val="222222"/>
                <w:sz w:val="20"/>
              </w:rPr>
              <w:t>4</w:t>
            </w:r>
          </w:p>
        </w:tc>
        <w:tc>
          <w:tcPr>
            <w:tcW w:type="dxa" w:w="3360"/>
            <w:vAlign w:val="center"/>
          </w:tcPr>
          <w:p>
            <w:r/>
            <w:r>
              <w:rPr>
                <w:rFonts w:ascii="Aptos" w:hAnsi="Aptos"/>
                <w:b/>
                <w:color w:val="2F75B5"/>
                <w:sz w:val="20"/>
              </w:rPr>
              <w:t>Missing Digits</w:t>
            </w:r>
          </w:p>
        </w:tc>
        <w:tc>
          <w:tcPr>
            <w:tcW w:type="dxa" w:w="3360"/>
            <w:vAlign w:val="center"/>
          </w:tcPr>
          <w:p>
            <w:r/>
            <w:r>
              <w:rPr>
                <w:rFonts w:ascii="Aptos" w:hAnsi="Aptos"/>
                <w:b w:val="0"/>
                <w:color w:val="222222"/>
                <w:sz w:val="20"/>
              </w:rPr>
              <w:t>Finding possible, smallest and largest digits.</w:t>
            </w:r>
          </w:p>
        </w:tc>
      </w:tr>
      <w:tr>
        <w:tc>
          <w:tcPr>
            <w:tcW w:type="dxa" w:w="3360"/>
            <w:vAlign w:val="center"/>
          </w:tcPr>
          <w:p>
            <w:r/>
            <w:r>
              <w:rPr>
                <w:rFonts w:ascii="Aptos" w:hAnsi="Aptos"/>
                <w:b/>
                <w:color w:val="222222"/>
                <w:sz w:val="20"/>
              </w:rPr>
              <w:t>5</w:t>
            </w:r>
          </w:p>
        </w:tc>
        <w:tc>
          <w:tcPr>
            <w:tcW w:type="dxa" w:w="3360"/>
            <w:vAlign w:val="center"/>
          </w:tcPr>
          <w:p>
            <w:r/>
            <w:r>
              <w:rPr>
                <w:rFonts w:ascii="Aptos" w:hAnsi="Aptos"/>
                <w:b/>
                <w:color w:val="2F75B5"/>
                <w:sz w:val="20"/>
              </w:rPr>
              <w:t>Addition and Subtraction</w:t>
            </w:r>
          </w:p>
        </w:tc>
        <w:tc>
          <w:tcPr>
            <w:tcW w:type="dxa" w:w="3360"/>
            <w:vAlign w:val="center"/>
          </w:tcPr>
          <w:p>
            <w:r/>
            <w:r>
              <w:rPr>
                <w:rFonts w:ascii="Aptos" w:hAnsi="Aptos"/>
                <w:b w:val="0"/>
                <w:color w:val="222222"/>
                <w:sz w:val="20"/>
              </w:rPr>
              <w:t>Smallest number to add/subtract.</w:t>
            </w:r>
          </w:p>
        </w:tc>
      </w:tr>
      <w:tr>
        <w:tc>
          <w:tcPr>
            <w:tcW w:type="dxa" w:w="3360"/>
            <w:vAlign w:val="center"/>
          </w:tcPr>
          <w:p>
            <w:r/>
            <w:r>
              <w:rPr>
                <w:rFonts w:ascii="Aptos" w:hAnsi="Aptos"/>
                <w:b/>
                <w:color w:val="222222"/>
                <w:sz w:val="20"/>
              </w:rPr>
              <w:t>6</w:t>
            </w:r>
          </w:p>
        </w:tc>
        <w:tc>
          <w:tcPr>
            <w:tcW w:type="dxa" w:w="3360"/>
            <w:vAlign w:val="center"/>
          </w:tcPr>
          <w:p>
            <w:r/>
            <w:r>
              <w:rPr>
                <w:rFonts w:ascii="Aptos" w:hAnsi="Aptos"/>
                <w:b/>
                <w:color w:val="2F75B5"/>
                <w:sz w:val="20"/>
              </w:rPr>
              <w:t>Remainder Problems</w:t>
            </w:r>
          </w:p>
        </w:tc>
        <w:tc>
          <w:tcPr>
            <w:tcW w:type="dxa" w:w="3360"/>
            <w:vAlign w:val="center"/>
          </w:tcPr>
          <w:p>
            <w:r/>
            <w:r>
              <w:rPr>
                <w:rFonts w:ascii="Aptos" w:hAnsi="Aptos"/>
                <w:b w:val="0"/>
                <w:color w:val="222222"/>
                <w:sz w:val="20"/>
              </w:rPr>
              <w:t>Same remainder and related methods.</w:t>
            </w:r>
          </w:p>
        </w:tc>
      </w:tr>
      <w:tr>
        <w:tc>
          <w:tcPr>
            <w:tcW w:type="dxa" w:w="3360"/>
            <w:vAlign w:val="center"/>
          </w:tcPr>
          <w:p>
            <w:r/>
            <w:r>
              <w:rPr>
                <w:rFonts w:ascii="Aptos" w:hAnsi="Aptos"/>
                <w:b/>
                <w:color w:val="222222"/>
                <w:sz w:val="20"/>
              </w:rPr>
              <w:t>7</w:t>
            </w:r>
          </w:p>
        </w:tc>
        <w:tc>
          <w:tcPr>
            <w:tcW w:type="dxa" w:w="3360"/>
            <w:vAlign w:val="center"/>
          </w:tcPr>
          <w:p>
            <w:r/>
            <w:r>
              <w:rPr>
                <w:rFonts w:ascii="Aptos" w:hAnsi="Aptos"/>
                <w:b/>
                <w:color w:val="2F75B5"/>
                <w:sz w:val="20"/>
              </w:rPr>
              <w:t>HCF/LCM Connection</w:t>
            </w:r>
          </w:p>
        </w:tc>
        <w:tc>
          <w:tcPr>
            <w:tcW w:type="dxa" w:w="3360"/>
            <w:vAlign w:val="center"/>
          </w:tcPr>
          <w:p>
            <w:r/>
            <w:r>
              <w:rPr>
                <w:rFonts w:ascii="Aptos" w:hAnsi="Aptos"/>
                <w:b w:val="0"/>
                <w:color w:val="222222"/>
                <w:sz w:val="20"/>
              </w:rPr>
              <w:t>Greatest divisor and smallest common multiple.</w:t>
            </w:r>
          </w:p>
        </w:tc>
      </w:tr>
      <w:tr>
        <w:tc>
          <w:tcPr>
            <w:tcW w:type="dxa" w:w="3360"/>
            <w:vAlign w:val="center"/>
          </w:tcPr>
          <w:p>
            <w:r/>
            <w:r>
              <w:rPr>
                <w:rFonts w:ascii="Aptos" w:hAnsi="Aptos"/>
                <w:b/>
                <w:color w:val="222222"/>
                <w:sz w:val="20"/>
              </w:rPr>
              <w:t>8</w:t>
            </w:r>
          </w:p>
        </w:tc>
        <w:tc>
          <w:tcPr>
            <w:tcW w:type="dxa" w:w="3360"/>
            <w:vAlign w:val="center"/>
          </w:tcPr>
          <w:p>
            <w:r/>
            <w:r>
              <w:rPr>
                <w:rFonts w:ascii="Aptos" w:hAnsi="Aptos"/>
                <w:b/>
                <w:color w:val="2F75B5"/>
                <w:sz w:val="20"/>
              </w:rPr>
              <w:t>Algebraic Divisibility</w:t>
            </w:r>
          </w:p>
        </w:tc>
        <w:tc>
          <w:tcPr>
            <w:tcW w:type="dxa" w:w="3360"/>
            <w:vAlign w:val="center"/>
          </w:tcPr>
          <w:p>
            <w:r/>
            <w:r>
              <w:rPr>
                <w:rFonts w:ascii="Aptos" w:hAnsi="Aptos"/>
                <w:b w:val="0"/>
                <w:color w:val="222222"/>
                <w:sz w:val="20"/>
              </w:rPr>
              <w:t>Factorisation and divisibility of expressions.</w:t>
            </w:r>
          </w:p>
        </w:tc>
      </w:tr>
      <w:tr>
        <w:tc>
          <w:tcPr>
            <w:tcW w:type="dxa" w:w="3360"/>
            <w:vAlign w:val="center"/>
          </w:tcPr>
          <w:p>
            <w:r/>
            <w:r>
              <w:rPr>
                <w:rFonts w:ascii="Aptos" w:hAnsi="Aptos"/>
                <w:b/>
                <w:color w:val="222222"/>
                <w:sz w:val="20"/>
              </w:rPr>
              <w:t>9</w:t>
            </w:r>
          </w:p>
        </w:tc>
        <w:tc>
          <w:tcPr>
            <w:tcW w:type="dxa" w:w="3360"/>
            <w:vAlign w:val="center"/>
          </w:tcPr>
          <w:p>
            <w:r/>
            <w:r>
              <w:rPr>
                <w:rFonts w:ascii="Aptos" w:hAnsi="Aptos"/>
                <w:b/>
                <w:color w:val="2F75B5"/>
                <w:sz w:val="20"/>
              </w:rPr>
              <w:t>Powers and Digits</w:t>
            </w:r>
          </w:p>
        </w:tc>
        <w:tc>
          <w:tcPr>
            <w:tcW w:type="dxa" w:w="3360"/>
            <w:vAlign w:val="center"/>
          </w:tcPr>
          <w:p>
            <w:r/>
            <w:r>
              <w:rPr>
                <w:rFonts w:ascii="Aptos" w:hAnsi="Aptos"/>
                <w:b w:val="0"/>
                <w:color w:val="222222"/>
                <w:sz w:val="20"/>
              </w:rPr>
              <w:t>Large powers, patterns and digit formation.</w:t>
            </w:r>
          </w:p>
        </w:tc>
      </w:tr>
      <w:tr>
        <w:tc>
          <w:tcPr>
            <w:tcW w:type="dxa" w:w="3360"/>
            <w:vAlign w:val="center"/>
          </w:tcPr>
          <w:p>
            <w:r/>
            <w:r>
              <w:rPr>
                <w:rFonts w:ascii="Aptos" w:hAnsi="Aptos"/>
                <w:b/>
                <w:color w:val="222222"/>
                <w:sz w:val="20"/>
              </w:rPr>
              <w:t>10</w:t>
            </w:r>
          </w:p>
        </w:tc>
        <w:tc>
          <w:tcPr>
            <w:tcW w:type="dxa" w:w="3360"/>
            <w:vAlign w:val="center"/>
          </w:tcPr>
          <w:p>
            <w:r/>
            <w:r>
              <w:rPr>
                <w:rFonts w:ascii="Aptos" w:hAnsi="Aptos"/>
                <w:b/>
                <w:color w:val="2F75B5"/>
                <w:sz w:val="20"/>
              </w:rPr>
              <w:t>Practice &amp; Revision</w:t>
            </w:r>
          </w:p>
        </w:tc>
        <w:tc>
          <w:tcPr>
            <w:tcW w:type="dxa" w:w="3360"/>
            <w:vAlign w:val="center"/>
          </w:tcPr>
          <w:p>
            <w:r/>
            <w:r>
              <w:rPr>
                <w:rFonts w:ascii="Aptos" w:hAnsi="Aptos"/>
                <w:b w:val="0"/>
                <w:color w:val="222222"/>
                <w:sz w:val="20"/>
              </w:rPr>
              <w:t>Challenge problems, practice set and quick revision.</w:t>
            </w:r>
          </w:p>
        </w:tc>
      </w:tr>
    </w:tbl>
    <w:p>
      <w:r>
        <w:br w:type="page"/>
      </w:r>
    </w:p>
    <w:p>
      <w:pPr>
        <w:pStyle w:val="Heading1"/>
      </w:pPr>
      <w:r>
        <w:t>1. Introduction to Divisibility</w:t>
      </w:r>
    </w:p>
    <w:p>
      <w:pPr>
        <w:spacing w:after="100"/>
      </w:pPr>
      <w:r>
        <w:t>Divisibility tells us whether a number can be divided by another number without leaving a remainder. If a number a divides b exactly, we write a | b and read it as “a divides b.”</w:t>
      </w:r>
    </w:p>
    <w:p>
      <w:pPr>
        <w:spacing w:after="100"/>
      </w:pPr>
      <w:r>
        <w:t>For example, 6 | 42 because 42 = 6 × 7. But 6 does not divide 43 exactly because 43 = 6 × 7 + 1.</w:t>
      </w:r>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KEY DEFINITION</w:t>
              <w:br/>
            </w:r>
            <w:r>
              <w:rPr>
                <w:color w:val="222222"/>
                <w:sz w:val="20"/>
              </w:rPr>
              <w:t>If a and b are integers and b = ak for some integer k, then a is a divisor (factor) of b and b is a multiple of a.</w:t>
            </w:r>
          </w:p>
        </w:tc>
      </w:tr>
    </w:tbl>
    <w:p/>
    <w:p>
      <w:pPr>
        <w:pStyle w:val="Heading2"/>
      </w:pPr>
      <w:r>
        <w:t>Division Algorithm</w:t>
      </w:r>
    </w:p>
    <w:p>
      <w:pPr>
        <w:spacing w:after="100"/>
      </w:pPr>
      <w:r>
        <w:t>For integers N and d, with d &gt; 0, division can be written as:</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FORMULA</w:t>
              <w:br/>
            </w:r>
            <w:r>
              <w:rPr>
                <w:color w:val="222222"/>
                <w:sz w:val="20"/>
              </w:rPr>
              <w:t>N = d × q + r, where 0 ≤ r &lt; d.</w:t>
              <w:br/>
              <w:t>N = dividend, d = divisor, q = quotient, r = remainder.</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 — Reading a division statement</w:t>
            </w:r>
          </w:p>
          <w:p>
            <w:r>
              <w:rPr>
                <w:b/>
              </w:rPr>
              <w:t xml:space="preserve">Question: </w:t>
            </w:r>
            <w:r>
              <w:t>When 157 is divided by 12, find the quotient and remainder.</w:t>
            </w:r>
          </w:p>
          <w:p>
            <w:r>
              <w:rPr>
                <w:b/>
              </w:rPr>
              <w:t>Solution:</w:t>
              <w:br/>
            </w:r>
            <w:r>
              <w:t>12 × 13 = 156. Therefore 157 = 12 × 13 + 1. The quotient is 13 and the remainder is 1.</w:t>
            </w:r>
          </w:p>
          <w:p>
            <w:r>
              <w:rPr>
                <w:b/>
                <w:color w:val="17365D"/>
              </w:rPr>
              <w:t>Final Answer: Quotient = 13, Remainder = 1</w:t>
            </w:r>
          </w:p>
          <w:p>
            <w:r>
              <w:rPr>
                <w:b/>
              </w:rPr>
              <w:t xml:space="preserve">Key Learning: </w:t>
            </w:r>
            <w:r>
              <w:t>The remainder is always smaller than the divisor.</w:t>
            </w:r>
          </w:p>
        </w:tc>
      </w:tr>
    </w:tbl>
    <w:p/>
    <w:p>
      <w:pPr>
        <w:pStyle w:val="Heading1"/>
      </w:pPr>
      <w:r>
        <w:t>2. Divisibility and Factors</w:t>
      </w:r>
    </w:p>
    <w:p>
      <w:pPr>
        <w:spacing w:after="100"/>
      </w:pPr>
      <w:r>
        <w:t>A factor is a number that divides another number exactly. A multiple is obtained by multiplying a number by an integer.</w:t>
      </w:r>
    </w:p>
    <w:p>
      <w:pPr>
        <w:spacing w:after="100"/>
      </w:pPr>
      <w:r>
        <w:t>Example: 4 is a factor of 28 because 28 ÷ 4 = 7. Conversely, 28 is a multiple of 4.</w:t>
      </w:r>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REMEMBER</w:t>
              <w:br/>
            </w:r>
            <w:r>
              <w:rPr>
                <w:color w:val="222222"/>
                <w:sz w:val="20"/>
              </w:rPr>
              <w:t>If a | b, then a is a factor of b and b is a multiple of a.</w:t>
            </w:r>
          </w:p>
        </w:tc>
      </w:tr>
    </w:tbl>
    <w:p/>
    <w:p>
      <w:pPr>
        <w:pStyle w:val="Heading2"/>
      </w:pPr>
      <w:r>
        <w:t>Factor vs Multiple</w:t>
      </w:r>
    </w:p>
    <w:tbl>
      <w:tblPr>
        <w:tblW w:type="auto" w:w="0"/>
        <w:tblLook w:firstColumn="1" w:firstRow="1" w:lastColumn="0" w:lastRow="0" w:noHBand="0" w:noVBand="1" w:val="04A0"/>
      </w:tblPr>
      <w:tblGrid>
        <w:gridCol w:w="3360"/>
        <w:gridCol w:w="3360"/>
        <w:gridCol w:w="3360"/>
      </w:tblGrid>
      <w:tr>
        <w:tc>
          <w:tcPr>
            <w:tcW w:type="dxa" w:w="3360"/>
            <w:vAlign w:val="center"/>
            <w:shd w:fill="17365D"/>
          </w:tcPr>
          <w:p>
            <w:r/>
            <w:r>
              <w:rPr>
                <w:rFonts w:ascii="Aptos" w:hAnsi="Aptos"/>
                <w:b/>
                <w:color w:val="FFFFFF"/>
                <w:sz w:val="20"/>
              </w:rPr>
              <w:t>Feature</w:t>
            </w:r>
          </w:p>
        </w:tc>
        <w:tc>
          <w:tcPr>
            <w:tcW w:type="dxa" w:w="3360"/>
            <w:vAlign w:val="center"/>
            <w:shd w:fill="17365D"/>
          </w:tcPr>
          <w:p>
            <w:r/>
            <w:r>
              <w:rPr>
                <w:rFonts w:ascii="Aptos" w:hAnsi="Aptos"/>
                <w:b/>
                <w:color w:val="FFFFFF"/>
                <w:sz w:val="20"/>
              </w:rPr>
              <w:t>Factor</w:t>
            </w:r>
          </w:p>
        </w:tc>
        <w:tc>
          <w:tcPr>
            <w:tcW w:type="dxa" w:w="3360"/>
            <w:vAlign w:val="center"/>
            <w:shd w:fill="17365D"/>
          </w:tcPr>
          <w:p>
            <w:r/>
            <w:r>
              <w:rPr>
                <w:rFonts w:ascii="Aptos" w:hAnsi="Aptos"/>
                <w:b/>
                <w:color w:val="FFFFFF"/>
                <w:sz w:val="20"/>
              </w:rPr>
              <w:t>Multiple</w:t>
            </w:r>
          </w:p>
        </w:tc>
      </w:tr>
      <w:tr>
        <w:tc>
          <w:tcPr>
            <w:tcW w:type="dxa" w:w="3360"/>
            <w:vAlign w:val="center"/>
          </w:tcPr>
          <w:p>
            <w:r/>
            <w:r>
              <w:rPr>
                <w:rFonts w:ascii="Aptos" w:hAnsi="Aptos"/>
                <w:b w:val="0"/>
                <w:color w:val="222222"/>
                <w:sz w:val="20"/>
              </w:rPr>
              <w:t>Meaning</w:t>
            </w:r>
          </w:p>
        </w:tc>
        <w:tc>
          <w:tcPr>
            <w:tcW w:type="dxa" w:w="3360"/>
            <w:vAlign w:val="center"/>
          </w:tcPr>
          <w:p>
            <w:r/>
            <w:r>
              <w:rPr>
                <w:rFonts w:ascii="Aptos" w:hAnsi="Aptos"/>
                <w:b w:val="0"/>
                <w:color w:val="222222"/>
                <w:sz w:val="20"/>
              </w:rPr>
              <w:t>Divides exactly</w:t>
            </w:r>
          </w:p>
        </w:tc>
        <w:tc>
          <w:tcPr>
            <w:tcW w:type="dxa" w:w="3360"/>
            <w:vAlign w:val="center"/>
          </w:tcPr>
          <w:p>
            <w:r/>
            <w:r>
              <w:rPr>
                <w:rFonts w:ascii="Aptos" w:hAnsi="Aptos"/>
                <w:b w:val="0"/>
                <w:color w:val="222222"/>
                <w:sz w:val="20"/>
              </w:rPr>
              <w:t>Obtained by multiplication</w:t>
            </w:r>
          </w:p>
        </w:tc>
      </w:tr>
      <w:tr>
        <w:tc>
          <w:tcPr>
            <w:tcW w:type="dxa" w:w="3360"/>
            <w:vAlign w:val="center"/>
          </w:tcPr>
          <w:p>
            <w:r/>
            <w:r>
              <w:rPr>
                <w:rFonts w:ascii="Aptos" w:hAnsi="Aptos"/>
                <w:b w:val="0"/>
                <w:color w:val="222222"/>
                <w:sz w:val="20"/>
              </w:rPr>
              <w:t>Example for 6</w:t>
            </w:r>
          </w:p>
        </w:tc>
        <w:tc>
          <w:tcPr>
            <w:tcW w:type="dxa" w:w="3360"/>
            <w:vAlign w:val="center"/>
          </w:tcPr>
          <w:p>
            <w:r/>
            <w:r>
              <w:rPr>
                <w:rFonts w:ascii="Aptos" w:hAnsi="Aptos"/>
                <w:b w:val="0"/>
                <w:color w:val="222222"/>
                <w:sz w:val="20"/>
              </w:rPr>
              <w:t>1, 2, 3, 6</w:t>
            </w:r>
          </w:p>
        </w:tc>
        <w:tc>
          <w:tcPr>
            <w:tcW w:type="dxa" w:w="3360"/>
            <w:vAlign w:val="center"/>
          </w:tcPr>
          <w:p>
            <w:r/>
            <w:r>
              <w:rPr>
                <w:rFonts w:ascii="Aptos" w:hAnsi="Aptos"/>
                <w:b w:val="0"/>
                <w:color w:val="222222"/>
                <w:sz w:val="20"/>
              </w:rPr>
              <w:t>6, 12, 18, 24, ...</w:t>
            </w:r>
          </w:p>
        </w:tc>
      </w:tr>
      <w:tr>
        <w:tc>
          <w:tcPr>
            <w:tcW w:type="dxa" w:w="3360"/>
            <w:vAlign w:val="center"/>
          </w:tcPr>
          <w:p>
            <w:r/>
            <w:r>
              <w:rPr>
                <w:rFonts w:ascii="Aptos" w:hAnsi="Aptos"/>
                <w:b w:val="0"/>
                <w:color w:val="222222"/>
                <w:sz w:val="20"/>
              </w:rPr>
              <w:t>Size</w:t>
            </w:r>
          </w:p>
        </w:tc>
        <w:tc>
          <w:tcPr>
            <w:tcW w:type="dxa" w:w="3360"/>
            <w:vAlign w:val="center"/>
          </w:tcPr>
          <w:p>
            <w:r/>
            <w:r>
              <w:rPr>
                <w:rFonts w:ascii="Aptos" w:hAnsi="Aptos"/>
                <w:b w:val="0"/>
                <w:color w:val="222222"/>
                <w:sz w:val="20"/>
              </w:rPr>
              <w:t>Usually ≤ the number</w:t>
            </w:r>
          </w:p>
        </w:tc>
        <w:tc>
          <w:tcPr>
            <w:tcW w:type="dxa" w:w="3360"/>
            <w:vAlign w:val="center"/>
          </w:tcPr>
          <w:p>
            <w:r/>
            <w:r>
              <w:rPr>
                <w:rFonts w:ascii="Aptos" w:hAnsi="Aptos"/>
                <w:b w:val="0"/>
                <w:color w:val="222222"/>
                <w:sz w:val="20"/>
              </w:rPr>
              <w:t>Can be larger than the number</w:t>
            </w:r>
          </w:p>
        </w:tc>
      </w:tr>
    </w:tbl>
    <w:p>
      <w:pPr>
        <w:pStyle w:val="Heading1"/>
      </w:pPr>
      <w:r>
        <w:t>3. Divisibility Rules</w:t>
      </w:r>
    </w:p>
    <w:tbl>
      <w:tblPr>
        <w:tblW w:type="auto" w:w="0"/>
        <w:tblLook w:firstColumn="1" w:firstRow="1" w:lastColumn="0" w:lastRow="0" w:noHBand="0" w:noVBand="1" w:val="04A0"/>
      </w:tblPr>
      <w:tblGrid>
        <w:gridCol w:w="3360"/>
        <w:gridCol w:w="3360"/>
        <w:gridCol w:w="3360"/>
      </w:tblGrid>
      <w:tr>
        <w:tc>
          <w:tcPr>
            <w:tcW w:type="dxa" w:w="3360"/>
            <w:vAlign w:val="center"/>
            <w:shd w:fill="17365D"/>
          </w:tcPr>
          <w:p>
            <w:r/>
            <w:r>
              <w:rPr>
                <w:rFonts w:ascii="Aptos" w:hAnsi="Aptos"/>
                <w:b/>
                <w:color w:val="FFFFFF"/>
                <w:sz w:val="20"/>
              </w:rPr>
              <w:t>Divisor</w:t>
            </w:r>
          </w:p>
        </w:tc>
        <w:tc>
          <w:tcPr>
            <w:tcW w:type="dxa" w:w="3360"/>
            <w:vAlign w:val="center"/>
            <w:shd w:fill="17365D"/>
          </w:tcPr>
          <w:p>
            <w:r/>
            <w:r>
              <w:rPr>
                <w:rFonts w:ascii="Aptos" w:hAnsi="Aptos"/>
                <w:b/>
                <w:color w:val="FFFFFF"/>
                <w:sz w:val="20"/>
              </w:rPr>
              <w:t>Rule</w:t>
            </w:r>
          </w:p>
        </w:tc>
        <w:tc>
          <w:tcPr>
            <w:tcW w:type="dxa" w:w="3360"/>
            <w:vAlign w:val="center"/>
            <w:shd w:fill="17365D"/>
          </w:tcPr>
          <w:p>
            <w:r/>
            <w:r>
              <w:rPr>
                <w:rFonts w:ascii="Aptos" w:hAnsi="Aptos"/>
                <w:b/>
                <w:color w:val="FFFFFF"/>
                <w:sz w:val="20"/>
              </w:rPr>
              <w:t>Quick Example</w:t>
            </w:r>
          </w:p>
        </w:tc>
      </w:tr>
      <w:tr>
        <w:tc>
          <w:tcPr>
            <w:tcW w:type="dxa" w:w="3360"/>
            <w:vAlign w:val="center"/>
          </w:tcPr>
          <w:p>
            <w:r/>
            <w:r>
              <w:rPr>
                <w:rFonts w:ascii="Aptos" w:hAnsi="Aptos"/>
                <w:b w:val="0"/>
                <w:color w:val="222222"/>
                <w:sz w:val="20"/>
              </w:rPr>
              <w:t>2</w:t>
            </w:r>
          </w:p>
        </w:tc>
        <w:tc>
          <w:tcPr>
            <w:tcW w:type="dxa" w:w="3360"/>
            <w:vAlign w:val="center"/>
          </w:tcPr>
          <w:p>
            <w:r/>
            <w:r>
              <w:rPr>
                <w:rFonts w:ascii="Aptos" w:hAnsi="Aptos"/>
                <w:b w:val="0"/>
                <w:color w:val="222222"/>
                <w:sz w:val="20"/>
              </w:rPr>
              <w:t>Last digit is 0, 2, 4, 6 or 8.</w:t>
            </w:r>
          </w:p>
        </w:tc>
        <w:tc>
          <w:tcPr>
            <w:tcW w:type="dxa" w:w="3360"/>
            <w:vAlign w:val="center"/>
          </w:tcPr>
          <w:p>
            <w:r/>
            <w:r>
              <w:rPr>
                <w:rFonts w:ascii="Aptos" w:hAnsi="Aptos"/>
                <w:b w:val="0"/>
                <w:color w:val="222222"/>
                <w:sz w:val="20"/>
              </w:rPr>
              <w:t>5,738 ends in 8, so it is divisible by 2.</w:t>
            </w:r>
          </w:p>
        </w:tc>
      </w:tr>
      <w:tr>
        <w:tc>
          <w:tcPr>
            <w:tcW w:type="dxa" w:w="3360"/>
            <w:vAlign w:val="center"/>
          </w:tcPr>
          <w:p>
            <w:r/>
            <w:r>
              <w:rPr>
                <w:rFonts w:ascii="Aptos" w:hAnsi="Aptos"/>
                <w:b w:val="0"/>
                <w:color w:val="222222"/>
                <w:sz w:val="20"/>
              </w:rPr>
              <w:t>3</w:t>
            </w:r>
          </w:p>
        </w:tc>
        <w:tc>
          <w:tcPr>
            <w:tcW w:type="dxa" w:w="3360"/>
            <w:vAlign w:val="center"/>
          </w:tcPr>
          <w:p>
            <w:r/>
            <w:r>
              <w:rPr>
                <w:rFonts w:ascii="Aptos" w:hAnsi="Aptos"/>
                <w:b w:val="0"/>
                <w:color w:val="222222"/>
                <w:sz w:val="20"/>
              </w:rPr>
              <w:t>Sum of digits is divisible by 3.</w:t>
            </w:r>
          </w:p>
        </w:tc>
        <w:tc>
          <w:tcPr>
            <w:tcW w:type="dxa" w:w="3360"/>
            <w:vAlign w:val="center"/>
          </w:tcPr>
          <w:p>
            <w:r/>
            <w:r>
              <w:rPr>
                <w:rFonts w:ascii="Aptos" w:hAnsi="Aptos"/>
                <w:b w:val="0"/>
                <w:color w:val="222222"/>
                <w:sz w:val="20"/>
              </w:rPr>
              <w:t>5,832 → 5+8+3+2=18, so divisible by 3.</w:t>
            </w:r>
          </w:p>
        </w:tc>
      </w:tr>
      <w:tr>
        <w:tc>
          <w:tcPr>
            <w:tcW w:type="dxa" w:w="3360"/>
            <w:vAlign w:val="center"/>
          </w:tcPr>
          <w:p>
            <w:r/>
            <w:r>
              <w:rPr>
                <w:rFonts w:ascii="Aptos" w:hAnsi="Aptos"/>
                <w:b w:val="0"/>
                <w:color w:val="222222"/>
                <w:sz w:val="20"/>
              </w:rPr>
              <w:t>4</w:t>
            </w:r>
          </w:p>
        </w:tc>
        <w:tc>
          <w:tcPr>
            <w:tcW w:type="dxa" w:w="3360"/>
            <w:vAlign w:val="center"/>
          </w:tcPr>
          <w:p>
            <w:r/>
            <w:r>
              <w:rPr>
                <w:rFonts w:ascii="Aptos" w:hAnsi="Aptos"/>
                <w:b w:val="0"/>
                <w:color w:val="222222"/>
                <w:sz w:val="20"/>
              </w:rPr>
              <w:t>Last two digits form a number divisible by 4.</w:t>
            </w:r>
          </w:p>
        </w:tc>
        <w:tc>
          <w:tcPr>
            <w:tcW w:type="dxa" w:w="3360"/>
            <w:vAlign w:val="center"/>
          </w:tcPr>
          <w:p>
            <w:r/>
            <w:r>
              <w:rPr>
                <w:rFonts w:ascii="Aptos" w:hAnsi="Aptos"/>
                <w:b w:val="0"/>
                <w:color w:val="222222"/>
                <w:sz w:val="20"/>
              </w:rPr>
              <w:t>1,316 → 16 is divisible by 4.</w:t>
            </w:r>
          </w:p>
        </w:tc>
      </w:tr>
      <w:tr>
        <w:tc>
          <w:tcPr>
            <w:tcW w:type="dxa" w:w="3360"/>
            <w:vAlign w:val="center"/>
          </w:tcPr>
          <w:p>
            <w:r/>
            <w:r>
              <w:rPr>
                <w:rFonts w:ascii="Aptos" w:hAnsi="Aptos"/>
                <w:b w:val="0"/>
                <w:color w:val="222222"/>
                <w:sz w:val="20"/>
              </w:rPr>
              <w:t>5</w:t>
            </w:r>
          </w:p>
        </w:tc>
        <w:tc>
          <w:tcPr>
            <w:tcW w:type="dxa" w:w="3360"/>
            <w:vAlign w:val="center"/>
          </w:tcPr>
          <w:p>
            <w:r/>
            <w:r>
              <w:rPr>
                <w:rFonts w:ascii="Aptos" w:hAnsi="Aptos"/>
                <w:b w:val="0"/>
                <w:color w:val="222222"/>
                <w:sz w:val="20"/>
              </w:rPr>
              <w:t>Last digit is 0 or 5.</w:t>
            </w:r>
          </w:p>
        </w:tc>
        <w:tc>
          <w:tcPr>
            <w:tcW w:type="dxa" w:w="3360"/>
            <w:vAlign w:val="center"/>
          </w:tcPr>
          <w:p>
            <w:r/>
            <w:r>
              <w:rPr>
                <w:rFonts w:ascii="Aptos" w:hAnsi="Aptos"/>
                <w:b w:val="0"/>
                <w:color w:val="222222"/>
                <w:sz w:val="20"/>
              </w:rPr>
              <w:t>4,275 is divisible by 5.</w:t>
            </w:r>
          </w:p>
        </w:tc>
      </w:tr>
      <w:tr>
        <w:tc>
          <w:tcPr>
            <w:tcW w:type="dxa" w:w="3360"/>
            <w:vAlign w:val="center"/>
          </w:tcPr>
          <w:p>
            <w:r/>
            <w:r>
              <w:rPr>
                <w:rFonts w:ascii="Aptos" w:hAnsi="Aptos"/>
                <w:b w:val="0"/>
                <w:color w:val="222222"/>
                <w:sz w:val="20"/>
              </w:rPr>
              <w:t>6</w:t>
            </w:r>
          </w:p>
        </w:tc>
        <w:tc>
          <w:tcPr>
            <w:tcW w:type="dxa" w:w="3360"/>
            <w:vAlign w:val="center"/>
          </w:tcPr>
          <w:p>
            <w:r/>
            <w:r>
              <w:rPr>
                <w:rFonts w:ascii="Aptos" w:hAnsi="Aptos"/>
                <w:b w:val="0"/>
                <w:color w:val="222222"/>
                <w:sz w:val="20"/>
              </w:rPr>
              <w:t>Number is divisible by both 2 and 3.</w:t>
            </w:r>
          </w:p>
        </w:tc>
        <w:tc>
          <w:tcPr>
            <w:tcW w:type="dxa" w:w="3360"/>
            <w:vAlign w:val="center"/>
          </w:tcPr>
          <w:p>
            <w:r/>
            <w:r>
              <w:rPr>
                <w:rFonts w:ascii="Aptos" w:hAnsi="Aptos"/>
                <w:b w:val="0"/>
                <w:color w:val="222222"/>
                <w:sz w:val="20"/>
              </w:rPr>
              <w:t>438 is even and 4+3+8=15, so divisible by 6.</w:t>
            </w:r>
          </w:p>
        </w:tc>
      </w:tr>
      <w:tr>
        <w:tc>
          <w:tcPr>
            <w:tcW w:type="dxa" w:w="3360"/>
            <w:vAlign w:val="center"/>
          </w:tcPr>
          <w:p>
            <w:r/>
            <w:r>
              <w:rPr>
                <w:rFonts w:ascii="Aptos" w:hAnsi="Aptos"/>
                <w:b w:val="0"/>
                <w:color w:val="222222"/>
                <w:sz w:val="20"/>
              </w:rPr>
              <w:t>7</w:t>
            </w:r>
          </w:p>
        </w:tc>
        <w:tc>
          <w:tcPr>
            <w:tcW w:type="dxa" w:w="3360"/>
            <w:vAlign w:val="center"/>
          </w:tcPr>
          <w:p>
            <w:r/>
            <w:r>
              <w:rPr>
                <w:rFonts w:ascii="Aptos" w:hAnsi="Aptos"/>
                <w:b w:val="0"/>
                <w:color w:val="222222"/>
                <w:sz w:val="20"/>
              </w:rPr>
              <w:t>Double the last digit and subtract it from the remaining number; repeat if useful.</w:t>
            </w:r>
          </w:p>
        </w:tc>
        <w:tc>
          <w:tcPr>
            <w:tcW w:type="dxa" w:w="3360"/>
            <w:vAlign w:val="center"/>
          </w:tcPr>
          <w:p>
            <w:r/>
            <w:r>
              <w:rPr>
                <w:rFonts w:ascii="Aptos" w:hAnsi="Aptos"/>
                <w:b w:val="0"/>
                <w:color w:val="222222"/>
                <w:sz w:val="20"/>
              </w:rPr>
              <w:t>203: 20−2×3=14, so 203 is divisible by 7.</w:t>
            </w:r>
          </w:p>
        </w:tc>
      </w:tr>
      <w:tr>
        <w:tc>
          <w:tcPr>
            <w:tcW w:type="dxa" w:w="3360"/>
            <w:vAlign w:val="center"/>
          </w:tcPr>
          <w:p>
            <w:r/>
            <w:r>
              <w:rPr>
                <w:rFonts w:ascii="Aptos" w:hAnsi="Aptos"/>
                <w:b w:val="0"/>
                <w:color w:val="222222"/>
                <w:sz w:val="20"/>
              </w:rPr>
              <w:t>8</w:t>
            </w:r>
          </w:p>
        </w:tc>
        <w:tc>
          <w:tcPr>
            <w:tcW w:type="dxa" w:w="3360"/>
            <w:vAlign w:val="center"/>
          </w:tcPr>
          <w:p>
            <w:r/>
            <w:r>
              <w:rPr>
                <w:rFonts w:ascii="Aptos" w:hAnsi="Aptos"/>
                <w:b w:val="0"/>
                <w:color w:val="222222"/>
                <w:sz w:val="20"/>
              </w:rPr>
              <w:t>Last three digits form a number divisible by 8.</w:t>
            </w:r>
          </w:p>
        </w:tc>
        <w:tc>
          <w:tcPr>
            <w:tcW w:type="dxa" w:w="3360"/>
            <w:vAlign w:val="center"/>
          </w:tcPr>
          <w:p>
            <w:r/>
            <w:r>
              <w:rPr>
                <w:rFonts w:ascii="Aptos" w:hAnsi="Aptos"/>
                <w:b w:val="0"/>
                <w:color w:val="222222"/>
                <w:sz w:val="20"/>
              </w:rPr>
              <w:t>12,824 → 824 ÷ 8 = 103.</w:t>
            </w:r>
          </w:p>
        </w:tc>
      </w:tr>
      <w:tr>
        <w:tc>
          <w:tcPr>
            <w:tcW w:type="dxa" w:w="3360"/>
            <w:vAlign w:val="center"/>
          </w:tcPr>
          <w:p>
            <w:r/>
            <w:r>
              <w:rPr>
                <w:rFonts w:ascii="Aptos" w:hAnsi="Aptos"/>
                <w:b w:val="0"/>
                <w:color w:val="222222"/>
                <w:sz w:val="20"/>
              </w:rPr>
              <w:t>9</w:t>
            </w:r>
          </w:p>
        </w:tc>
        <w:tc>
          <w:tcPr>
            <w:tcW w:type="dxa" w:w="3360"/>
            <w:vAlign w:val="center"/>
          </w:tcPr>
          <w:p>
            <w:r/>
            <w:r>
              <w:rPr>
                <w:rFonts w:ascii="Aptos" w:hAnsi="Aptos"/>
                <w:b w:val="0"/>
                <w:color w:val="222222"/>
                <w:sz w:val="20"/>
              </w:rPr>
              <w:t>Sum of digits is divisible by 9.</w:t>
            </w:r>
          </w:p>
        </w:tc>
        <w:tc>
          <w:tcPr>
            <w:tcW w:type="dxa" w:w="3360"/>
            <w:vAlign w:val="center"/>
          </w:tcPr>
          <w:p>
            <w:r/>
            <w:r>
              <w:rPr>
                <w:rFonts w:ascii="Aptos" w:hAnsi="Aptos"/>
                <w:b w:val="0"/>
                <w:color w:val="222222"/>
                <w:sz w:val="20"/>
              </w:rPr>
              <w:t>7,281 → 18, so divisible by 9.</w:t>
            </w:r>
          </w:p>
        </w:tc>
      </w:tr>
      <w:tr>
        <w:tc>
          <w:tcPr>
            <w:tcW w:type="dxa" w:w="3360"/>
            <w:vAlign w:val="center"/>
          </w:tcPr>
          <w:p>
            <w:r/>
            <w:r>
              <w:rPr>
                <w:rFonts w:ascii="Aptos" w:hAnsi="Aptos"/>
                <w:b w:val="0"/>
                <w:color w:val="222222"/>
                <w:sz w:val="20"/>
              </w:rPr>
              <w:t>10</w:t>
            </w:r>
          </w:p>
        </w:tc>
        <w:tc>
          <w:tcPr>
            <w:tcW w:type="dxa" w:w="3360"/>
            <w:vAlign w:val="center"/>
          </w:tcPr>
          <w:p>
            <w:r/>
            <w:r>
              <w:rPr>
                <w:rFonts w:ascii="Aptos" w:hAnsi="Aptos"/>
                <w:b w:val="0"/>
                <w:color w:val="222222"/>
                <w:sz w:val="20"/>
              </w:rPr>
              <w:t>Last digit is 0.</w:t>
            </w:r>
          </w:p>
        </w:tc>
        <w:tc>
          <w:tcPr>
            <w:tcW w:type="dxa" w:w="3360"/>
            <w:vAlign w:val="center"/>
          </w:tcPr>
          <w:p>
            <w:r/>
            <w:r>
              <w:rPr>
                <w:rFonts w:ascii="Aptos" w:hAnsi="Aptos"/>
                <w:b w:val="0"/>
                <w:color w:val="222222"/>
                <w:sz w:val="20"/>
              </w:rPr>
              <w:t>3,450 is divisible by 10.</w:t>
            </w:r>
          </w:p>
        </w:tc>
      </w:tr>
      <w:tr>
        <w:tc>
          <w:tcPr>
            <w:tcW w:type="dxa" w:w="3360"/>
            <w:vAlign w:val="center"/>
          </w:tcPr>
          <w:p>
            <w:r/>
            <w:r>
              <w:rPr>
                <w:rFonts w:ascii="Aptos" w:hAnsi="Aptos"/>
                <w:b w:val="0"/>
                <w:color w:val="222222"/>
                <w:sz w:val="20"/>
              </w:rPr>
              <w:t>11</w:t>
            </w:r>
          </w:p>
        </w:tc>
        <w:tc>
          <w:tcPr>
            <w:tcW w:type="dxa" w:w="3360"/>
            <w:vAlign w:val="center"/>
          </w:tcPr>
          <w:p>
            <w:r/>
            <w:r>
              <w:rPr>
                <w:rFonts w:ascii="Aptos" w:hAnsi="Aptos"/>
                <w:b w:val="0"/>
                <w:color w:val="222222"/>
                <w:sz w:val="20"/>
              </w:rPr>
              <w:t>Difference between alternating digit sums is 0 or a multiple of 11.</w:t>
            </w:r>
          </w:p>
        </w:tc>
        <w:tc>
          <w:tcPr>
            <w:tcW w:type="dxa" w:w="3360"/>
            <w:vAlign w:val="center"/>
          </w:tcPr>
          <w:p>
            <w:r/>
            <w:r>
              <w:rPr>
                <w:rFonts w:ascii="Aptos" w:hAnsi="Aptos"/>
                <w:b w:val="0"/>
                <w:color w:val="222222"/>
                <w:sz w:val="20"/>
              </w:rPr>
              <w:t>1,452 → (1+5)−(4+2)=0.</w:t>
            </w:r>
          </w:p>
        </w:tc>
      </w:tr>
      <w:tr>
        <w:tc>
          <w:tcPr>
            <w:tcW w:type="dxa" w:w="3360"/>
            <w:vAlign w:val="center"/>
          </w:tcPr>
          <w:p>
            <w:r/>
            <w:r>
              <w:rPr>
                <w:rFonts w:ascii="Aptos" w:hAnsi="Aptos"/>
                <w:b w:val="0"/>
                <w:color w:val="222222"/>
                <w:sz w:val="20"/>
              </w:rPr>
              <w:t>12</w:t>
            </w:r>
          </w:p>
        </w:tc>
        <w:tc>
          <w:tcPr>
            <w:tcW w:type="dxa" w:w="3360"/>
            <w:vAlign w:val="center"/>
          </w:tcPr>
          <w:p>
            <w:r/>
            <w:r>
              <w:rPr>
                <w:rFonts w:ascii="Aptos" w:hAnsi="Aptos"/>
                <w:b w:val="0"/>
                <w:color w:val="222222"/>
                <w:sz w:val="20"/>
              </w:rPr>
              <w:t>Number is divisible by both 3 and 4.</w:t>
            </w:r>
          </w:p>
        </w:tc>
        <w:tc>
          <w:tcPr>
            <w:tcW w:type="dxa" w:w="3360"/>
            <w:vAlign w:val="center"/>
          </w:tcPr>
          <w:p>
            <w:r/>
            <w:r>
              <w:rPr>
                <w:rFonts w:ascii="Aptos" w:hAnsi="Aptos"/>
                <w:b w:val="0"/>
                <w:color w:val="222222"/>
                <w:sz w:val="20"/>
              </w:rPr>
              <w:t>1,428: digit sum 15 and last two digits 28.</w:t>
            </w:r>
          </w:p>
        </w:tc>
      </w:tr>
      <w:tr>
        <w:tc>
          <w:tcPr>
            <w:tcW w:type="dxa" w:w="3360"/>
            <w:vAlign w:val="center"/>
          </w:tcPr>
          <w:p>
            <w:r/>
            <w:r>
              <w:rPr>
                <w:rFonts w:ascii="Aptos" w:hAnsi="Aptos"/>
                <w:b w:val="0"/>
                <w:color w:val="222222"/>
                <w:sz w:val="20"/>
              </w:rPr>
              <w:t>13</w:t>
            </w:r>
          </w:p>
        </w:tc>
        <w:tc>
          <w:tcPr>
            <w:tcW w:type="dxa" w:w="3360"/>
            <w:vAlign w:val="center"/>
          </w:tcPr>
          <w:p>
            <w:r/>
            <w:r>
              <w:rPr>
                <w:rFonts w:ascii="Aptos" w:hAnsi="Aptos"/>
                <w:b w:val="0"/>
                <w:color w:val="222222"/>
                <w:sz w:val="20"/>
              </w:rPr>
              <w:t>A useful test: multiply the last digit by 4 and add to the remaining number; repeat.</w:t>
            </w:r>
          </w:p>
        </w:tc>
        <w:tc>
          <w:tcPr>
            <w:tcW w:type="dxa" w:w="3360"/>
            <w:vAlign w:val="center"/>
          </w:tcPr>
          <w:p>
            <w:r/>
            <w:r>
              <w:rPr>
                <w:rFonts w:ascii="Aptos" w:hAnsi="Aptos"/>
                <w:b w:val="0"/>
                <w:color w:val="222222"/>
                <w:sz w:val="20"/>
              </w:rPr>
              <w:t>286: 28+24=52, then 5+8×4=37; not divisible by 13. (Use direct division when quicker.)</w:t>
            </w:r>
          </w:p>
        </w:tc>
      </w:tr>
      <w:tr>
        <w:tc>
          <w:tcPr>
            <w:tcW w:type="dxa" w:w="3360"/>
            <w:vAlign w:val="center"/>
          </w:tcPr>
          <w:p>
            <w:r/>
            <w:r>
              <w:rPr>
                <w:rFonts w:ascii="Aptos" w:hAnsi="Aptos"/>
                <w:b w:val="0"/>
                <w:color w:val="222222"/>
                <w:sz w:val="20"/>
              </w:rPr>
              <w:t>15</w:t>
            </w:r>
          </w:p>
        </w:tc>
        <w:tc>
          <w:tcPr>
            <w:tcW w:type="dxa" w:w="3360"/>
            <w:vAlign w:val="center"/>
          </w:tcPr>
          <w:p>
            <w:r/>
            <w:r>
              <w:rPr>
                <w:rFonts w:ascii="Aptos" w:hAnsi="Aptos"/>
                <w:b w:val="0"/>
                <w:color w:val="222222"/>
                <w:sz w:val="20"/>
              </w:rPr>
              <w:t>Number is divisible by both 3 and 5.</w:t>
            </w:r>
          </w:p>
        </w:tc>
        <w:tc>
          <w:tcPr>
            <w:tcW w:type="dxa" w:w="3360"/>
            <w:vAlign w:val="center"/>
          </w:tcPr>
          <w:p>
            <w:r/>
            <w:r>
              <w:rPr>
                <w:rFonts w:ascii="Aptos" w:hAnsi="Aptos"/>
                <w:b w:val="0"/>
                <w:color w:val="222222"/>
                <w:sz w:val="20"/>
              </w:rPr>
              <w:t>345: digit sum 12 and last digit 5.</w:t>
            </w:r>
          </w:p>
        </w:tc>
      </w:tr>
      <w:tr>
        <w:tc>
          <w:tcPr>
            <w:tcW w:type="dxa" w:w="3360"/>
            <w:vAlign w:val="center"/>
          </w:tcPr>
          <w:p>
            <w:r/>
            <w:r>
              <w:rPr>
                <w:rFonts w:ascii="Aptos" w:hAnsi="Aptos"/>
                <w:b w:val="0"/>
                <w:color w:val="222222"/>
                <w:sz w:val="20"/>
              </w:rPr>
              <w:t>16</w:t>
            </w:r>
          </w:p>
        </w:tc>
        <w:tc>
          <w:tcPr>
            <w:tcW w:type="dxa" w:w="3360"/>
            <w:vAlign w:val="center"/>
          </w:tcPr>
          <w:p>
            <w:r/>
            <w:r>
              <w:rPr>
                <w:rFonts w:ascii="Aptos" w:hAnsi="Aptos"/>
                <w:b w:val="0"/>
                <w:color w:val="222222"/>
                <w:sz w:val="20"/>
              </w:rPr>
              <w:t>Last four digits form a number divisible by 16.</w:t>
            </w:r>
          </w:p>
        </w:tc>
        <w:tc>
          <w:tcPr>
            <w:tcW w:type="dxa" w:w="3360"/>
            <w:vAlign w:val="center"/>
          </w:tcPr>
          <w:p>
            <w:r/>
            <w:r>
              <w:rPr>
                <w:rFonts w:ascii="Aptos" w:hAnsi="Aptos"/>
                <w:b w:val="0"/>
                <w:color w:val="222222"/>
                <w:sz w:val="20"/>
              </w:rPr>
              <w:t>12,544 → 2544 ÷ 16 = 159.</w:t>
            </w:r>
          </w:p>
        </w:tc>
      </w:tr>
      <w:tr>
        <w:tc>
          <w:tcPr>
            <w:tcW w:type="dxa" w:w="3360"/>
            <w:vAlign w:val="center"/>
          </w:tcPr>
          <w:p>
            <w:r/>
            <w:r>
              <w:rPr>
                <w:rFonts w:ascii="Aptos" w:hAnsi="Aptos"/>
                <w:b w:val="0"/>
                <w:color w:val="222222"/>
                <w:sz w:val="20"/>
              </w:rPr>
              <w:t>18</w:t>
            </w:r>
          </w:p>
        </w:tc>
        <w:tc>
          <w:tcPr>
            <w:tcW w:type="dxa" w:w="3360"/>
            <w:vAlign w:val="center"/>
          </w:tcPr>
          <w:p>
            <w:r/>
            <w:r>
              <w:rPr>
                <w:rFonts w:ascii="Aptos" w:hAnsi="Aptos"/>
                <w:b w:val="0"/>
                <w:color w:val="222222"/>
                <w:sz w:val="20"/>
              </w:rPr>
              <w:t>Number is divisible by both 2 and 9.</w:t>
            </w:r>
          </w:p>
        </w:tc>
        <w:tc>
          <w:tcPr>
            <w:tcW w:type="dxa" w:w="3360"/>
            <w:vAlign w:val="center"/>
          </w:tcPr>
          <w:p>
            <w:r/>
            <w:r>
              <w:rPr>
                <w:rFonts w:ascii="Aptos" w:hAnsi="Aptos"/>
                <w:b w:val="0"/>
                <w:color w:val="222222"/>
                <w:sz w:val="20"/>
              </w:rPr>
              <w:t>738 is even and digit sum is 18.</w:t>
            </w:r>
          </w:p>
        </w:tc>
      </w:tr>
      <w:tr>
        <w:tc>
          <w:tcPr>
            <w:tcW w:type="dxa" w:w="3360"/>
            <w:vAlign w:val="center"/>
          </w:tcPr>
          <w:p>
            <w:r/>
            <w:r>
              <w:rPr>
                <w:rFonts w:ascii="Aptos" w:hAnsi="Aptos"/>
                <w:b w:val="0"/>
                <w:color w:val="222222"/>
                <w:sz w:val="20"/>
              </w:rPr>
              <w:t>20</w:t>
            </w:r>
          </w:p>
        </w:tc>
        <w:tc>
          <w:tcPr>
            <w:tcW w:type="dxa" w:w="3360"/>
            <w:vAlign w:val="center"/>
          </w:tcPr>
          <w:p>
            <w:r/>
            <w:r>
              <w:rPr>
                <w:rFonts w:ascii="Aptos" w:hAnsi="Aptos"/>
                <w:b w:val="0"/>
                <w:color w:val="222222"/>
                <w:sz w:val="20"/>
              </w:rPr>
              <w:t>Last two digits are 00, 20, 40, 60 or 80.</w:t>
            </w:r>
          </w:p>
        </w:tc>
        <w:tc>
          <w:tcPr>
            <w:tcW w:type="dxa" w:w="3360"/>
            <w:vAlign w:val="center"/>
          </w:tcPr>
          <w:p>
            <w:r/>
            <w:r>
              <w:rPr>
                <w:rFonts w:ascii="Aptos" w:hAnsi="Aptos"/>
                <w:b w:val="0"/>
                <w:color w:val="222222"/>
                <w:sz w:val="20"/>
              </w:rPr>
              <w:t>1,260 is divisible by 20.</w:t>
            </w:r>
          </w:p>
        </w:tc>
      </w:tr>
      <w:tr>
        <w:tc>
          <w:tcPr>
            <w:tcW w:type="dxa" w:w="3360"/>
            <w:vAlign w:val="center"/>
          </w:tcPr>
          <w:p>
            <w:r/>
            <w:r>
              <w:rPr>
                <w:rFonts w:ascii="Aptos" w:hAnsi="Aptos"/>
                <w:b w:val="0"/>
                <w:color w:val="222222"/>
                <w:sz w:val="20"/>
              </w:rPr>
              <w:t>25</w:t>
            </w:r>
          </w:p>
        </w:tc>
        <w:tc>
          <w:tcPr>
            <w:tcW w:type="dxa" w:w="3360"/>
            <w:vAlign w:val="center"/>
          </w:tcPr>
          <w:p>
            <w:r/>
            <w:r>
              <w:rPr>
                <w:rFonts w:ascii="Aptos" w:hAnsi="Aptos"/>
                <w:b w:val="0"/>
                <w:color w:val="222222"/>
                <w:sz w:val="20"/>
              </w:rPr>
              <w:t>Last two digits are 00, 25, 50 or 75.</w:t>
            </w:r>
          </w:p>
        </w:tc>
        <w:tc>
          <w:tcPr>
            <w:tcW w:type="dxa" w:w="3360"/>
            <w:vAlign w:val="center"/>
          </w:tcPr>
          <w:p>
            <w:r/>
            <w:r>
              <w:rPr>
                <w:rFonts w:ascii="Aptos" w:hAnsi="Aptos"/>
                <w:b w:val="0"/>
                <w:color w:val="222222"/>
                <w:sz w:val="20"/>
              </w:rPr>
              <w:t>4,375 is divisible by 25.</w:t>
            </w:r>
          </w:p>
        </w:tc>
      </w:tr>
      <w:tr>
        <w:tc>
          <w:tcPr>
            <w:tcW w:type="dxa" w:w="3360"/>
            <w:vAlign w:val="center"/>
          </w:tcPr>
          <w:p>
            <w:r/>
            <w:r>
              <w:rPr>
                <w:rFonts w:ascii="Aptos" w:hAnsi="Aptos"/>
                <w:b w:val="0"/>
                <w:color w:val="222222"/>
                <w:sz w:val="20"/>
              </w:rPr>
              <w:t>50</w:t>
            </w:r>
          </w:p>
        </w:tc>
        <w:tc>
          <w:tcPr>
            <w:tcW w:type="dxa" w:w="3360"/>
            <w:vAlign w:val="center"/>
          </w:tcPr>
          <w:p>
            <w:r/>
            <w:r>
              <w:rPr>
                <w:rFonts w:ascii="Aptos" w:hAnsi="Aptos"/>
                <w:b w:val="0"/>
                <w:color w:val="222222"/>
                <w:sz w:val="20"/>
              </w:rPr>
              <w:t>Last two digits are 00 or 50.</w:t>
            </w:r>
          </w:p>
        </w:tc>
        <w:tc>
          <w:tcPr>
            <w:tcW w:type="dxa" w:w="3360"/>
            <w:vAlign w:val="center"/>
          </w:tcPr>
          <w:p>
            <w:r/>
            <w:r>
              <w:rPr>
                <w:rFonts w:ascii="Aptos" w:hAnsi="Aptos"/>
                <w:b w:val="0"/>
                <w:color w:val="222222"/>
                <w:sz w:val="20"/>
              </w:rPr>
              <w:t>2,350 is divisible by 50.</w:t>
            </w:r>
          </w:p>
        </w:tc>
      </w:tr>
      <w:tr>
        <w:tc>
          <w:tcPr>
            <w:tcW w:type="dxa" w:w="3360"/>
            <w:vAlign w:val="center"/>
          </w:tcPr>
          <w:p>
            <w:r/>
            <w:r>
              <w:rPr>
                <w:rFonts w:ascii="Aptos" w:hAnsi="Aptos"/>
                <w:b w:val="0"/>
                <w:color w:val="222222"/>
                <w:sz w:val="20"/>
              </w:rPr>
              <w:t>100</w:t>
            </w:r>
          </w:p>
        </w:tc>
        <w:tc>
          <w:tcPr>
            <w:tcW w:type="dxa" w:w="3360"/>
            <w:vAlign w:val="center"/>
          </w:tcPr>
          <w:p>
            <w:r/>
            <w:r>
              <w:rPr>
                <w:rFonts w:ascii="Aptos" w:hAnsi="Aptos"/>
                <w:b w:val="0"/>
                <w:color w:val="222222"/>
                <w:sz w:val="20"/>
              </w:rPr>
              <w:t>Last two digits are 00.</w:t>
            </w:r>
          </w:p>
        </w:tc>
        <w:tc>
          <w:tcPr>
            <w:tcW w:type="dxa" w:w="3360"/>
            <w:vAlign w:val="center"/>
          </w:tcPr>
          <w:p>
            <w:r/>
            <w:r>
              <w:rPr>
                <w:rFonts w:ascii="Aptos" w:hAnsi="Aptos"/>
                <w:b w:val="0"/>
                <w:color w:val="222222"/>
                <w:sz w:val="20"/>
              </w:rPr>
              <w:t>12,300 is divisible by 100.</w:t>
            </w:r>
          </w:p>
        </w:tc>
      </w:tr>
    </w:tbl>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MOST IMPORTANT RULES</w:t>
              <w:br/>
            </w:r>
            <w:r>
              <w:rPr>
                <w:color w:val="222222"/>
                <w:sz w:val="20"/>
              </w:rPr>
              <w:t>Memorise and practise 2, 3, 4, 5, 6, 8, 9, 10 and 11 first. These rules also combine to solve many questions involving 12, 15, 18 and 20.</w:t>
            </w:r>
          </w:p>
        </w:tc>
      </w:tr>
    </w:tbl>
    <w:p/>
    <w:p>
      <w:pPr>
        <w:pStyle w:val="Heading1"/>
      </w:pPr>
      <w:r>
        <w:t>4. High-Value Rules in Detail</w:t>
      </w:r>
    </w:p>
    <w:p>
      <w:pPr>
        <w:pStyle w:val="Heading2"/>
      </w:pPr>
      <w:r>
        <w:t>Divisibility by 3 and 9</w:t>
      </w:r>
    </w:p>
    <w:p>
      <w:pPr>
        <w:spacing w:after="100"/>
      </w:pPr>
      <w:r>
        <w:t>A decimal number is divisible by 3 if the sum of its digits is divisible by 3. It is divisible by 9 if the sum of its digits is divisible by 9.</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 — Divisibility by 9</w:t>
            </w:r>
          </w:p>
          <w:p>
            <w:r>
              <w:rPr>
                <w:b/>
              </w:rPr>
              <w:t xml:space="preserve">Question: </w:t>
            </w:r>
            <w:r>
              <w:t>Is 58,329 divisible by 9?</w:t>
            </w:r>
          </w:p>
          <w:p>
            <w:r>
              <w:rPr>
                <w:b/>
              </w:rPr>
              <w:t>Solution:</w:t>
              <w:br/>
            </w:r>
            <w:r>
              <w:t>Add the digits: 5+8+3+2+9 = 27. Since 27 is divisible by 9, the original number is divisible by 9.</w:t>
            </w:r>
          </w:p>
          <w:p>
            <w:r>
              <w:rPr>
                <w:b/>
                <w:color w:val="17365D"/>
              </w:rPr>
              <w:t>Final Answer: Yes</w:t>
            </w:r>
          </w:p>
          <w:p>
            <w:r>
              <w:rPr>
                <w:b/>
              </w:rPr>
              <w:t xml:space="preserve">Shortcut: </w:t>
            </w:r>
            <w:r>
              <w:t>Use the digit sum; you never need to perform the full division.</w:t>
            </w:r>
          </w:p>
        </w:tc>
      </w:tr>
    </w:tbl>
    <w:p/>
    <w:p>
      <w:pPr>
        <w:pStyle w:val="Heading2"/>
      </w:pPr>
      <w:r>
        <w:t>Divisibility by 4, 8 and 16</w:t>
      </w:r>
    </w:p>
    <w:p>
      <w:pPr>
        <w:spacing w:after="100"/>
      </w:pPr>
      <w:r>
        <w:t>For 4, inspect the last two digits. For 8, inspect the last three digits. For 16, inspect the last four digits. This works because powers of 10 contain the required factor.</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3 — Divisibility by 8</w:t>
            </w:r>
          </w:p>
          <w:p>
            <w:r>
              <w:rPr>
                <w:b/>
              </w:rPr>
              <w:t xml:space="preserve">Question: </w:t>
            </w:r>
            <w:r>
              <w:t>Is 74,312 divisible by 8?</w:t>
            </w:r>
          </w:p>
          <w:p>
            <w:r>
              <w:rPr>
                <w:b/>
              </w:rPr>
              <w:t>Solution:</w:t>
              <w:br/>
            </w:r>
            <w:r>
              <w:t>Only the last three digits matter: 312. Since 312 ÷ 8 = 39 exactly, 74,312 is divisible by 8.</w:t>
            </w:r>
          </w:p>
          <w:p>
            <w:r>
              <w:rPr>
                <w:b/>
                <w:color w:val="17365D"/>
              </w:rPr>
              <w:t>Final Answer: Yes</w:t>
            </w:r>
          </w:p>
          <w:p>
            <w:r>
              <w:rPr>
                <w:b/>
              </w:rPr>
              <w:t xml:space="preserve">Key Learning: </w:t>
            </w:r>
            <w:r>
              <w:t>For divisibility by 8, ignore all digits except the last three.</w:t>
            </w:r>
          </w:p>
        </w:tc>
      </w:tr>
    </w:tbl>
    <w:p/>
    <w:p>
      <w:pPr>
        <w:pStyle w:val="Heading2"/>
      </w:pPr>
      <w:r>
        <w:t>Divisibility by 11</w:t>
      </w:r>
    </w:p>
    <w:p>
      <w:pPr>
        <w:spacing w:after="100"/>
      </w:pPr>
      <w:r>
        <w:t>Find the difference between the sums of digits in alternate positions. If the difference is 0 or a multiple of 11, the number is divisible by 11.</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4 — Divisibility by 11</w:t>
            </w:r>
          </w:p>
          <w:p>
            <w:r>
              <w:rPr>
                <w:b/>
              </w:rPr>
              <w:t xml:space="preserve">Question: </w:t>
            </w:r>
            <w:r>
              <w:t>Check whether 52,943 is divisible by 11.</w:t>
            </w:r>
          </w:p>
          <w:p>
            <w:r>
              <w:rPr>
                <w:b/>
              </w:rPr>
              <w:t>Solution:</w:t>
              <w:br/>
            </w:r>
            <w:r>
              <w:t>Alternate sums: (5+9+3) − (2+4) = 17−6 = 11. Since 11 is a multiple of 11, the number is divisible by 11.</w:t>
            </w:r>
          </w:p>
          <w:p>
            <w:r>
              <w:rPr>
                <w:b/>
                <w:color w:val="17365D"/>
              </w:rPr>
              <w:t>Final Answer: Yes</w:t>
            </w:r>
          </w:p>
        </w:tc>
      </w:tr>
    </w:tbl>
    <w:p/>
    <w:p>
      <w:pPr>
        <w:pStyle w:val="Heading2"/>
      </w:pPr>
      <w:r>
        <w:t>Divisibility by 7</w:t>
      </w:r>
    </w:p>
    <w:p>
      <w:pPr>
        <w:spacing w:after="100"/>
      </w:pPr>
      <w:r>
        <w:t>One practical test is: double the last digit and subtract the result from the remaining leading part. Repeat if needed.</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5 — Divisibility by 7</w:t>
            </w:r>
          </w:p>
          <w:p>
            <w:r>
              <w:rPr>
                <w:b/>
              </w:rPr>
              <w:t xml:space="preserve">Question: </w:t>
            </w:r>
            <w:r>
              <w:t>Check whether 2,079 is divisible by 7.</w:t>
            </w:r>
          </w:p>
          <w:p>
            <w:r>
              <w:rPr>
                <w:b/>
              </w:rPr>
              <w:t>Solution:</w:t>
              <w:br/>
            </w:r>
            <w:r>
              <w:t>20 − 2×9 = 2. Then 2 is not divisible by 7. Therefore 2,079 is not divisible by 7.</w:t>
            </w:r>
          </w:p>
          <w:p>
            <w:r>
              <w:rPr>
                <w:b/>
                <w:color w:val="17365D"/>
              </w:rPr>
              <w:t>Final Answer: No</w:t>
            </w:r>
          </w:p>
          <w:p>
            <w:r>
              <w:rPr>
                <w:b/>
              </w:rPr>
              <w:t xml:space="preserve">Key Learning: </w:t>
            </w:r>
            <w:r>
              <w:t>The rule can be repeated, but direct division may be faster for small numbers.</w:t>
            </w:r>
          </w:p>
        </w:tc>
      </w:tr>
    </w:tbl>
    <w:p/>
    <w:p>
      <w:pPr>
        <w:pStyle w:val="Heading1"/>
      </w:pPr>
      <w:r>
        <w:t>5. Missing-Digit Questions</w:t>
      </w:r>
    </w:p>
    <w:p>
      <w:pPr>
        <w:spacing w:after="100"/>
      </w:pPr>
      <w:r>
        <w:t>Missing-digit questions use divisibility rules to restrict the unknown digit. The most common tools are digit sums for 3 and 9, the last two/three digits for 4 and 8, and alternating sums for 11.</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6 — Missing digit for divisibility by 9</w:t>
            </w:r>
          </w:p>
          <w:p>
            <w:r>
              <w:rPr>
                <w:b/>
              </w:rPr>
              <w:t xml:space="preserve">Question: </w:t>
            </w:r>
            <w:r>
              <w:t>Find the digit x so that 43x7 is divisible by 9.</w:t>
            </w:r>
          </w:p>
          <w:p>
            <w:r>
              <w:rPr>
                <w:b/>
              </w:rPr>
              <w:t>Solution:</w:t>
              <w:br/>
            </w:r>
            <w:r>
              <w:t>Digit sum = 4+3+x+7 = 14+x. The nearest multiple of 9 greater than or equal to 14 is 18. Hence x = 4.</w:t>
            </w:r>
          </w:p>
          <w:p>
            <w:r>
              <w:rPr>
                <w:b/>
                <w:color w:val="17365D"/>
              </w:rPr>
              <w:t>Final Answer: x = 4</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7 — Missing digit for divisibility by 4</w:t>
            </w:r>
          </w:p>
          <w:p>
            <w:r>
              <w:rPr>
                <w:b/>
              </w:rPr>
              <w:t xml:space="preserve">Question: </w:t>
            </w:r>
            <w:r>
              <w:t>Find the smallest digit x such that 57x2 is divisible by 4.</w:t>
            </w:r>
          </w:p>
          <w:p>
            <w:r>
              <w:rPr>
                <w:b/>
              </w:rPr>
              <w:t>Solution:</w:t>
              <w:br/>
            </w:r>
            <w:r>
              <w:t>Only the last two digits matter: x2. The possible two-digit numbers are 02, 12, 22, ..., 92. The first divisible by 4 is 12, so x = 1.</w:t>
            </w:r>
          </w:p>
          <w:p>
            <w:r>
              <w:rPr>
                <w:b/>
                <w:color w:val="17365D"/>
              </w:rPr>
              <w:t>Final Answer: x = 1</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8 — Missing digit with two conditions</w:t>
            </w:r>
          </w:p>
          <w:p>
            <w:r>
              <w:rPr>
                <w:b/>
              </w:rPr>
              <w:t xml:space="preserve">Question: </w:t>
            </w:r>
            <w:r>
              <w:t>Find x so that 3x6 is divisible by both 3 and 2.</w:t>
            </w:r>
          </w:p>
          <w:p>
            <w:r>
              <w:rPr>
                <w:b/>
              </w:rPr>
              <w:t>Solution:</w:t>
              <w:br/>
            </w:r>
            <w:r>
              <w:t>The last digit is 6, so divisibility by 2 is automatic. For 3: 3+x+6 = 9+x must be divisible by 3. Therefore x can be 0, 3, 6 or 9.</w:t>
            </w:r>
          </w:p>
          <w:p>
            <w:r>
              <w:rPr>
                <w:b/>
                <w:color w:val="17365D"/>
              </w:rPr>
              <w:t>Final Answer: x = 0, 3, 6 or 9</w:t>
            </w:r>
          </w:p>
        </w:tc>
      </w:tr>
    </w:tbl>
    <w:p/>
    <w:p>
      <w:pPr>
        <w:pStyle w:val="Heading1"/>
      </w:pPr>
      <w:r>
        <w:t>6. Smallest Number to Add or Subtract</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METHOD</w:t>
              <w:br/>
            </w:r>
            <w:r>
              <w:rPr>
                <w:color w:val="222222"/>
                <w:sz w:val="20"/>
              </w:rPr>
              <w:t>If N leaves remainder r when divided by d: smallest number to subtract = r; smallest positive number to add = d − r (when r ≠ 0). If r = 0, nothing needs to be added or subtracted.</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9 — Smallest number to add</w:t>
            </w:r>
          </w:p>
          <w:p>
            <w:r>
              <w:rPr>
                <w:b/>
              </w:rPr>
              <w:t xml:space="preserve">Question: </w:t>
            </w:r>
            <w:r>
              <w:t>What is the smallest number that must be added to 587 to make it divisible by 9?</w:t>
            </w:r>
          </w:p>
          <w:p>
            <w:r>
              <w:rPr>
                <w:b/>
              </w:rPr>
              <w:t>Solution:</w:t>
              <w:br/>
            </w:r>
            <w:r>
              <w:t>587 ÷ 9 leaves remainder 2 because 9×65=585. Therefore the smallest addition is 9−2 = 7.</w:t>
            </w:r>
          </w:p>
          <w:p>
            <w:r>
              <w:rPr>
                <w:b/>
                <w:color w:val="17365D"/>
              </w:rPr>
              <w:t>Final Answer: 7</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10 — Smallest number to subtract</w:t>
            </w:r>
          </w:p>
          <w:p>
            <w:r>
              <w:rPr>
                <w:b/>
              </w:rPr>
              <w:t xml:space="preserve">Question: </w:t>
            </w:r>
            <w:r>
              <w:t>What is the smallest number that must be subtracted from 1,234 to make it divisible by 7?</w:t>
            </w:r>
          </w:p>
          <w:p>
            <w:r>
              <w:rPr>
                <w:b/>
              </w:rPr>
              <w:t>Solution:</w:t>
              <w:br/>
            </w:r>
            <w:r>
              <w:t>7×176=1,232, so the remainder is 2. Subtracting 2 gives 1,232, which is divisible by 7.</w:t>
            </w:r>
          </w:p>
          <w:p>
            <w:r>
              <w:rPr>
                <w:b/>
                <w:color w:val="17365D"/>
              </w:rPr>
              <w:t>Final Answer: 2</w:t>
            </w:r>
          </w:p>
        </w:tc>
      </w:tr>
    </w:tbl>
    <w:p/>
    <w:p>
      <w:pPr>
        <w:pStyle w:val="Heading1"/>
      </w:pPr>
      <w:r>
        <w:t>7. Divisibility with HCF and LCM</w:t>
      </w:r>
    </w:p>
    <w:p>
      <w:pPr>
        <w:spacing w:after="100"/>
      </w:pPr>
      <w:r>
        <w:t>When a number must be divisible by several integers, their LCM gives the smallest positive common multiple. When a greatest number must divide several numbers exactly, their HCF is the natural tool.</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11 — Smallest number divisible by several numbers</w:t>
            </w:r>
          </w:p>
          <w:p>
            <w:r>
              <w:rPr>
                <w:b/>
              </w:rPr>
              <w:t xml:space="preserve">Question: </w:t>
            </w:r>
            <w:r>
              <w:t>Find the smallest positive number divisible by 12, 18 and 30.</w:t>
            </w:r>
          </w:p>
          <w:p>
            <w:r>
              <w:rPr>
                <w:b/>
              </w:rPr>
              <w:t>Solution:</w:t>
              <w:br/>
            </w:r>
            <w:r>
              <w:t>Prime factors: 12=2²×3, 18=2×3², 30=2×3×5. LCM = 2²×3²×5 = 180.</w:t>
            </w:r>
          </w:p>
          <w:p>
            <w:r>
              <w:rPr>
                <w:b/>
                <w:color w:val="17365D"/>
              </w:rPr>
              <w:t>Final Answer: 180</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12 — Greatest common divisor</w:t>
            </w:r>
          </w:p>
          <w:p>
            <w:r>
              <w:rPr>
                <w:b/>
              </w:rPr>
              <w:t xml:space="preserve">Question: </w:t>
            </w:r>
            <w:r>
              <w:t>Find the greatest number that divides 84, 126 and 210 exactly.</w:t>
            </w:r>
          </w:p>
          <w:p>
            <w:r>
              <w:rPr>
                <w:b/>
              </w:rPr>
              <w:t>Solution:</w:t>
              <w:br/>
            </w:r>
            <w:r>
              <w:t>84=2²×3×7; 126=2×3²×7; 210=2×3×5×7. Common factors with minimum powers: 2×3×7 = 42.</w:t>
            </w:r>
          </w:p>
          <w:p>
            <w:r>
              <w:rPr>
                <w:b/>
                <w:color w:val="17365D"/>
              </w:rPr>
              <w:t>Final Answer: 42</w:t>
            </w:r>
          </w:p>
        </w:tc>
      </w:tr>
    </w:tbl>
    <w:p/>
    <w:p>
      <w:pPr>
        <w:pStyle w:val="Heading1"/>
      </w:pPr>
      <w:r>
        <w:t>8. Numbers Leaving the Same Remainder</w:t>
      </w:r>
    </w:p>
    <w:p>
      <w:pPr>
        <w:spacing w:after="100"/>
      </w:pPr>
      <w:r>
        <w:t>If a number d divides A, B and C leaving the same remainder, then d divides their pairwise differences. Therefore, find HCF of the differences.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13 — Same remainder</w:t>
            </w:r>
          </w:p>
          <w:p>
            <w:r>
              <w:rPr>
                <w:b/>
              </w:rPr>
              <w:t xml:space="preserve">Question: </w:t>
            </w:r>
            <w:r>
              <w:t>Find the greatest number that divides 52, 78 and 104 leaving the same remainder.</w:t>
            </w:r>
          </w:p>
          <w:p>
            <w:r>
              <w:rPr>
                <w:b/>
              </w:rPr>
              <w:t>Solution:</w:t>
              <w:br/>
            </w:r>
            <w:r>
              <w:t>Differences: 78−52=26, 104−78=26, 104−52=52. HCF(26,26,52)=26. Therefore 26 is the greatest possible divisor.</w:t>
            </w:r>
          </w:p>
          <w:p>
            <w:r>
              <w:rPr>
                <w:b/>
                <w:color w:val="17365D"/>
              </w:rPr>
              <w:t>Final Answer: 26</w:t>
            </w:r>
          </w:p>
          <w:p>
            <w:r>
              <w:rPr>
                <w:b/>
              </w:rPr>
              <w:t xml:space="preserve">Key Learning: </w:t>
            </w:r>
            <w:r>
              <w:t>Same remainder → take differences → find HCF.</w:t>
            </w:r>
          </w:p>
        </w:tc>
      </w:tr>
    </w:tbl>
    <w:p/>
    <w:p>
      <w:pPr>
        <w:pStyle w:val="Heading1"/>
      </w:pPr>
      <w:r>
        <w:t>9. Divisibility of Algebraic Expressions</w:t>
      </w:r>
    </w:p>
    <w:p>
      <w:pPr>
        <w:spacing w:after="100"/>
      </w:pPr>
      <w:r>
        <w:t>Factorisation often turns an expression into a product whose factors reveal divisibility. Useful identities include a²−b²=(a−b)(a+b), n²−1=(n−1)(n+1), and n(n±1), where consecutive integers have useful divisibility properties.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14 — Expression divisibility</w:t>
            </w:r>
          </w:p>
          <w:p>
            <w:r>
              <w:rPr>
                <w:b/>
              </w:rPr>
              <w:t xml:space="preserve">Question: </w:t>
            </w:r>
            <w:r>
              <w:t>Show that n²−n is always divisible by 2 for every integer n.</w:t>
            </w:r>
          </w:p>
          <w:p>
            <w:r>
              <w:rPr>
                <w:b/>
              </w:rPr>
              <w:t>Solution:</w:t>
              <w:br/>
            </w:r>
            <w:r>
              <w:t>n²−n = n(n−1). The numbers n and n−1 are consecutive, so one of them is even. Hence their product is divisible by 2.</w:t>
            </w:r>
          </w:p>
          <w:p>
            <w:r>
              <w:rPr>
                <w:b/>
                <w:color w:val="17365D"/>
              </w:rPr>
              <w:t>Final Answer: Always divisible by 2</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15 — Difference of squares</w:t>
            </w:r>
          </w:p>
          <w:p>
            <w:r>
              <w:rPr>
                <w:b/>
              </w:rPr>
              <w:t xml:space="preserve">Question: </w:t>
            </w:r>
            <w:r>
              <w:t>Show that n²−1 is always divisible by 8 when n is odd.</w:t>
            </w:r>
          </w:p>
          <w:p>
            <w:r>
              <w:rPr>
                <w:b/>
              </w:rPr>
              <w:t>Solution:</w:t>
              <w:br/>
            </w:r>
            <w:r>
              <w:t>For odd n, n−1 and n+1 are consecutive even numbers. Among them, one is divisible by 4 and the other by 2. Therefore their product (n−1)(n+1)=n²−1 contains factors 4×2=8.</w:t>
            </w:r>
          </w:p>
          <w:p>
            <w:r>
              <w:rPr>
                <w:b/>
                <w:color w:val="17365D"/>
              </w:rPr>
              <w:t>Final Answer: Always divisible by 8 for odd n</w:t>
            </w:r>
          </w:p>
        </w:tc>
      </w:tr>
    </w:tbl>
    <w:p/>
    <w:p>
      <w:pPr>
        <w:pStyle w:val="Heading1"/>
      </w:pPr>
      <w:r>
        <w:t>10. Powers and Divisibility</w:t>
      </w:r>
    </w:p>
    <w:p>
      <w:pPr>
        <w:spacing w:after="100"/>
      </w:pPr>
      <w:r>
        <w:t>Powers can often be tested using their base. For example, every positive power of 2 is even, every positive power of 5 ends in 5 or 25/125/... depending on the exponent, and powers of 10 have trailing zeros.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16 — Power divisibility</w:t>
            </w:r>
          </w:p>
          <w:p>
            <w:r>
              <w:rPr>
                <w:b/>
              </w:rPr>
              <w:t xml:space="preserve">Question: </w:t>
            </w:r>
            <w:r>
              <w:t>Is 2¹⁵ divisible by 8?</w:t>
            </w:r>
          </w:p>
          <w:p>
            <w:r>
              <w:rPr>
                <w:b/>
              </w:rPr>
              <w:t>Solution:</w:t>
              <w:br/>
            </w:r>
            <w:r>
              <w:t>2¹⁵ = 2³×2¹². Since 2³ = 8, the number contains 8 as a factor. Therefore it is divisible by 8.</w:t>
            </w:r>
          </w:p>
          <w:p>
            <w:r>
              <w:rPr>
                <w:b/>
                <w:color w:val="17365D"/>
              </w:rPr>
              <w:t>Final Answer: Yes</w:t>
            </w:r>
          </w:p>
          <w:p>
            <w:r>
              <w:rPr>
                <w:b/>
              </w:rPr>
              <w:t xml:space="preserve">Shortcut: </w:t>
            </w:r>
            <w:r>
              <w:t>For 2ⁿ, if n ≥ 3, the number is divisible by 8.</w:t>
            </w:r>
          </w:p>
        </w:tc>
      </w:tr>
    </w:tbl>
    <w:p/>
    <w:p>
      <w:pPr>
        <w:pStyle w:val="Heading1"/>
      </w:pPr>
      <w:r>
        <w:t>11. Divisibility and Digit Formation</w:t>
      </w:r>
    </w:p>
    <w:p>
      <w:pPr>
        <w:spacing w:after="100"/>
      </w:pPr>
      <w:r>
        <w:t>When digits must be arranged to form a number with a divisibility condition, first identify the strongest/simple rule. For example, divisibility by 5 fixes the last digit; divisibility by 2 fixes the last digit as even; divisibility by 4 depends on the last two digits.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17 — Digit arrangement</w:t>
            </w:r>
          </w:p>
          <w:p>
            <w:r>
              <w:rPr>
                <w:b/>
              </w:rPr>
              <w:t xml:space="preserve">Question: </w:t>
            </w:r>
            <w:r>
              <w:t>Using the digits 1, 2, 3 and 5 once each, form the smallest four-digit number divisible by 5.</w:t>
            </w:r>
          </w:p>
          <w:p>
            <w:r>
              <w:rPr>
                <w:b/>
              </w:rPr>
              <w:t>Solution:</w:t>
              <w:br/>
            </w:r>
            <w:r>
              <w:t>A number divisible by 5 must end in 5 (or 0, but 0 is unavailable). Arrange the remaining digits 1,2,3 in ascending order at the front: 1235.</w:t>
            </w:r>
          </w:p>
          <w:p>
            <w:r>
              <w:rPr>
                <w:b/>
                <w:color w:val="17365D"/>
              </w:rPr>
              <w:t>Final Answer: 1235</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18 — Combined digit condition</w:t>
            </w:r>
          </w:p>
          <w:p>
            <w:r>
              <w:rPr>
                <w:b/>
              </w:rPr>
              <w:t xml:space="preserve">Question: </w:t>
            </w:r>
            <w:r>
              <w:t>Using 1, 2, 4 and 8 once each, form the largest four-digit number divisible by 4.</w:t>
            </w:r>
          </w:p>
          <w:p>
            <w:r>
              <w:rPr>
                <w:b/>
              </w:rPr>
              <w:t>Solution:</w:t>
              <w:br/>
            </w:r>
            <w:r>
              <w:t>Divisibility by 4 depends on the last two digits. To maximise the number, start with 8 and 4 if possible. 12, 24, 48 and 84 are possible endings; 84 is divisible by 4. Put the remaining largest digit first: 2184.</w:t>
            </w:r>
          </w:p>
          <w:p>
            <w:r>
              <w:rPr>
                <w:b/>
                <w:color w:val="17365D"/>
              </w:rPr>
              <w:t>Final Answer: 8214</w:t>
            </w:r>
          </w:p>
          <w:p>
            <w:r>
              <w:rPr>
                <w:b/>
              </w:rPr>
              <w:t xml:space="preserve">Key Learning: </w:t>
            </w:r>
            <w:r>
              <w:t>Check the last two digits first, then maximise the remaining leading positions.</w:t>
            </w:r>
          </w:p>
        </w:tc>
      </w:tr>
    </w:tbl>
    <w:p/>
    <w:p>
      <w:pPr>
        <w:pStyle w:val="Heading1"/>
      </w:pPr>
      <w:r>
        <w:t>12. Challenge Problems — Mixed Concepts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19 — Remainder + divisibility</w:t>
            </w:r>
          </w:p>
          <w:p>
            <w:r>
              <w:rPr>
                <w:b/>
              </w:rPr>
              <w:t xml:space="preserve">Question: </w:t>
            </w:r>
            <w:r>
              <w:t>Find the smallest positive number which leaves remainder 3 when divided by 5 and is divisible by 7.</w:t>
            </w:r>
          </w:p>
          <w:p>
            <w:r>
              <w:rPr>
                <w:b/>
              </w:rPr>
              <w:t>Solution:</w:t>
              <w:br/>
            </w:r>
            <w:r>
              <w:t>Numbers leaving remainder 3 on division by 5 are 3, 8, 13, 18, 23, 28, 33, 38, 43, ... The first one divisible by 7 is 28.</w:t>
            </w:r>
          </w:p>
          <w:p>
            <w:r>
              <w:rPr>
                <w:b/>
                <w:color w:val="17365D"/>
              </w:rPr>
              <w:t>Final Answer: 28</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20 — Multiple divisibility with a missing digit</w:t>
            </w:r>
          </w:p>
          <w:p>
            <w:r>
              <w:rPr>
                <w:b/>
              </w:rPr>
              <w:t xml:space="preserve">Question: </w:t>
            </w:r>
            <w:r>
              <w:t>Find all digits x such that 4x8 is divisible by 6.</w:t>
            </w:r>
          </w:p>
          <w:p>
            <w:r>
              <w:rPr>
                <w:b/>
              </w:rPr>
              <w:t>Solution:</w:t>
              <w:br/>
            </w:r>
            <w:r>
              <w:t>Divisibility by 6 requires divisibility by 2 and 3. The last digit 8 makes divisibility by 2 automatic. Digit sum is 4+x+8=12+x. This is divisible by 3 when x is 0, 3, 6 or 9.</w:t>
            </w:r>
          </w:p>
          <w:p>
            <w:r>
              <w:rPr>
                <w:b/>
                <w:color w:val="17365D"/>
              </w:rPr>
              <w:t>Final Answer: x = 0, 3, 6, 9</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21 — Same remainder + HCF</w:t>
            </w:r>
          </w:p>
          <w:p>
            <w:r>
              <w:rPr>
                <w:b/>
              </w:rPr>
              <w:t xml:space="preserve">Question: </w:t>
            </w:r>
            <w:r>
              <w:t>Find the greatest number that divides 91, 147 and 203 leaving the same remainder.</w:t>
            </w:r>
          </w:p>
          <w:p>
            <w:r>
              <w:rPr>
                <w:b/>
              </w:rPr>
              <w:t>Solution:</w:t>
              <w:br/>
            </w:r>
            <w:r>
              <w:t>Differences: 147−91=56, 203−147=56, 203−91=112. HCF = 56. Hence the greatest divisor is 56.</w:t>
            </w:r>
          </w:p>
          <w:p>
            <w:r>
              <w:rPr>
                <w:b/>
                <w:color w:val="17365D"/>
              </w:rPr>
              <w:t>Final Answer: 56</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22 — Advanced divisibility</w:t>
            </w:r>
          </w:p>
          <w:p>
            <w:r>
              <w:rPr>
                <w:b/>
              </w:rPr>
              <w:t xml:space="preserve">Question: </w:t>
            </w:r>
            <w:r>
              <w:t>Prove that the product of three consecutive integers is always divisible by 6.</w:t>
            </w:r>
          </w:p>
          <w:p>
            <w:r>
              <w:rPr>
                <w:b/>
              </w:rPr>
              <w:t>Solution:</w:t>
              <w:br/>
            </w:r>
            <w:r>
              <w:t>Among three consecutive integers, one is divisible by 3 and at least one is even. Thus the product contains factors 3 and 2, so it is divisible by 6.</w:t>
            </w:r>
          </w:p>
          <w:p>
            <w:r>
              <w:rPr>
                <w:b/>
                <w:color w:val="17365D"/>
              </w:rPr>
              <w:t>Final Answer: Always divisible by 6</w:t>
            </w:r>
          </w:p>
        </w:tc>
      </w:tr>
    </w:tbl>
    <w:p/>
    <w:p>
      <w:pPr>
        <w:pStyle w:val="Heading1"/>
      </w:pPr>
      <w:r>
        <w:t>13. Common Mistakes</w:t>
      </w:r>
    </w:p>
    <w:p>
      <w:r>
        <w:rPr>
          <w:b/>
        </w:rPr>
        <w:t>1. Using a divisibility rule without checking its condition</w:t>
        <w:br/>
      </w:r>
      <w:r>
        <w:t>Correct approach: For 8, inspect the last three digits, not just the last digit.</w:t>
      </w:r>
    </w:p>
    <w:p>
      <w:r>
        <w:rPr>
          <w:b/>
        </w:rPr>
        <w:t>2. Confusing divisibility by 3 and 9</w:t>
        <w:br/>
      </w:r>
      <w:r>
        <w:t>Correct approach: A digit sum divisible by 3 is not necessarily divisible by 9.</w:t>
      </w:r>
    </w:p>
    <w:p>
      <w:r>
        <w:rPr>
          <w:b/>
        </w:rPr>
        <w:t>3. Forgetting the remainder condition</w:t>
        <w:br/>
      </w:r>
      <w:r>
        <w:t>Correct approach: Remainder must always be less than the divisor.</w:t>
      </w:r>
    </w:p>
    <w:p>
      <w:r>
        <w:rPr>
          <w:b/>
        </w:rPr>
        <w:t>4. Treating a multiple as a factor</w:t>
        <w:br/>
      </w:r>
      <w:r>
        <w:t>Correct approach: 4 is a factor of 20; 20 is a multiple of 4.</w:t>
      </w:r>
    </w:p>
    <w:p>
      <w:r>
        <w:rPr>
          <w:b/>
        </w:rPr>
        <w:t>5. Using LCM where HCF is required</w:t>
        <w:br/>
      </w:r>
      <w:r>
        <w:t>Correct approach: Smallest common multiple → LCM; greatest common divisor → HCF.</w:t>
      </w:r>
    </w:p>
    <w:p>
      <w:r>
        <w:rPr>
          <w:b/>
        </w:rPr>
        <w:t>6. For same remainder problems, using the original numbers directly</w:t>
        <w:br/>
      </w:r>
      <w:r>
        <w:t>Correct approach: Take pairwise differences first, then HCF.</w:t>
      </w:r>
    </w:p>
    <w:p>
      <w:r>
        <w:rPr>
          <w:b/>
        </w:rPr>
        <w:t>7. For addition problems, adding the remainder</w:t>
        <w:br/>
      </w:r>
      <w:r>
        <w:t>Correct approach: If remainder is r, add d−r, not r.</w:t>
      </w:r>
    </w:p>
    <w:p>
      <w:r>
        <w:rPr>
          <w:b/>
        </w:rPr>
        <w:t>8. For subtraction problems, subtracting d−r</w:t>
        <w:br/>
      </w:r>
      <w:r>
        <w:t>Correct approach: The smallest subtraction is the remainder r.</w:t>
      </w:r>
    </w:p>
    <w:p>
      <w:r>
        <w:rPr>
          <w:b/>
        </w:rPr>
        <w:t>9. Incorrect alternating sum for 11</w:t>
        <w:br/>
      </w:r>
      <w:r>
        <w:t>Correct approach: Keep alternate positions consistent from either end.</w:t>
      </w:r>
    </w:p>
    <w:p>
      <w:r>
        <w:rPr>
          <w:b/>
        </w:rPr>
        <w:t>10. Assuming a rule is necessary rather than sufficient</w:t>
        <w:br/>
      </w:r>
      <w:r>
        <w:t>Correct approach: A number can be checked by another valid method; a failed shortcut test means that specific test was applied incorrectly.</w:t>
      </w:r>
    </w:p>
    <w:p>
      <w:r>
        <w:rPr>
          <w:b/>
        </w:rPr>
        <w:t>11. Ignoring zero as a possible missing digit</w:t>
        <w:br/>
      </w:r>
      <w:r>
        <w:t>Correct approach: Unless the question says the number cannot start with zero, check the position carefully.</w:t>
      </w:r>
    </w:p>
    <w:p>
      <w:r>
        <w:rPr>
          <w:b/>
        </w:rPr>
        <w:t>12. Forgetting the last digit for divisibility by 5</w:t>
        <w:br/>
      </w:r>
      <w:r>
        <w:t>Correct approach: Only 0 or 5 can appear at the end.</w:t>
      </w:r>
    </w:p>
    <w:p>
      <w:r>
        <w:rPr>
          <w:b/>
        </w:rPr>
        <w:t>13. Forgetting combined conditions</w:t>
        <w:br/>
      </w:r>
      <w:r>
        <w:t>Correct approach: Divisible by 12 means divisible by both 3 and 4.</w:t>
      </w:r>
    </w:p>
    <w:p>
      <w:r>
        <w:rPr>
          <w:b/>
        </w:rPr>
        <w:t>14. Using a shortcut without understanding it</w:t>
        <w:br/>
      </w:r>
      <w:r>
        <w:t>Correct approach: Know the reason behind the rule so it can be adapted to unfamiliar problems.</w:t>
      </w:r>
    </w:p>
    <w:p>
      <w:r>
        <w:rPr>
          <w:b/>
        </w:rPr>
        <w:t>15. Not checking the final answer</w:t>
        <w:br/>
      </w:r>
      <w:r>
        <w:t>Correct approach: Substitute the found digit or number back into the original condition.</w:t>
      </w:r>
    </w:p>
    <w:p>
      <w:pPr>
        <w:pStyle w:val="Heading1"/>
      </w:pPr>
      <w:r>
        <w:t>14. Divisibility Shortcuts</w:t>
      </w:r>
    </w:p>
    <w:tbl>
      <w:tblPr>
        <w:tblW w:type="auto" w:w="0"/>
        <w:tblLook w:firstColumn="1" w:firstRow="1" w:lastColumn="0" w:lastRow="0" w:noHBand="0" w:noVBand="1" w:val="04A0"/>
      </w:tblPr>
      <w:tblGrid>
        <w:gridCol w:w="5040"/>
        <w:gridCol w:w="5040"/>
      </w:tblGrid>
      <w:tr>
        <w:tc>
          <w:tcPr>
            <w:tcW w:type="dxa" w:w="5040"/>
            <w:vAlign w:val="center"/>
            <w:shd w:fill="008C95"/>
          </w:tcPr>
          <w:p>
            <w:r/>
            <w:r>
              <w:rPr>
                <w:rFonts w:ascii="Aptos" w:hAnsi="Aptos"/>
                <w:b/>
                <w:color w:val="FFFFFF"/>
                <w:sz w:val="20"/>
              </w:rPr>
              <w:t>Shortcut</w:t>
            </w:r>
          </w:p>
        </w:tc>
        <w:tc>
          <w:tcPr>
            <w:tcW w:type="dxa" w:w="5040"/>
            <w:vAlign w:val="center"/>
            <w:shd w:fill="008C95"/>
          </w:tcPr>
          <w:p>
            <w:r/>
            <w:r>
              <w:rPr>
                <w:rFonts w:ascii="Aptos" w:hAnsi="Aptos"/>
                <w:b/>
                <w:color w:val="FFFFFF"/>
                <w:sz w:val="20"/>
              </w:rPr>
              <w:t>Use</w:t>
            </w:r>
          </w:p>
        </w:tc>
      </w:tr>
      <w:tr>
        <w:tc>
          <w:tcPr>
            <w:tcW w:type="dxa" w:w="5040"/>
            <w:vAlign w:val="center"/>
          </w:tcPr>
          <w:p>
            <w:r/>
            <w:r>
              <w:rPr>
                <w:rFonts w:ascii="Aptos" w:hAnsi="Aptos"/>
                <w:b/>
                <w:color w:val="2F75B5"/>
                <w:sz w:val="20"/>
              </w:rPr>
              <w:t>Digit Sum</w:t>
            </w:r>
          </w:p>
        </w:tc>
        <w:tc>
          <w:tcPr>
            <w:tcW w:type="dxa" w:w="5040"/>
            <w:vAlign w:val="center"/>
          </w:tcPr>
          <w:p>
            <w:r/>
            <w:r>
              <w:rPr>
                <w:rFonts w:ascii="Aptos" w:hAnsi="Aptos"/>
                <w:b w:val="0"/>
                <w:color w:val="222222"/>
                <w:sz w:val="20"/>
              </w:rPr>
              <w:t>For 3 and 9, replace the number mentally with its digit sum.</w:t>
            </w:r>
          </w:p>
        </w:tc>
      </w:tr>
      <w:tr>
        <w:tc>
          <w:tcPr>
            <w:tcW w:type="dxa" w:w="5040"/>
            <w:vAlign w:val="center"/>
          </w:tcPr>
          <w:p>
            <w:r/>
            <w:r>
              <w:rPr>
                <w:rFonts w:ascii="Aptos" w:hAnsi="Aptos"/>
                <w:b/>
                <w:color w:val="2F75B5"/>
                <w:sz w:val="20"/>
              </w:rPr>
              <w:t>Last Two Digits</w:t>
            </w:r>
          </w:p>
        </w:tc>
        <w:tc>
          <w:tcPr>
            <w:tcW w:type="dxa" w:w="5040"/>
            <w:vAlign w:val="center"/>
          </w:tcPr>
          <w:p>
            <w:r/>
            <w:r>
              <w:rPr>
                <w:rFonts w:ascii="Aptos" w:hAnsi="Aptos"/>
                <w:b w:val="0"/>
                <w:color w:val="222222"/>
                <w:sz w:val="20"/>
              </w:rPr>
              <w:t>For 4, inspect only the last two digits.</w:t>
            </w:r>
          </w:p>
        </w:tc>
      </w:tr>
      <w:tr>
        <w:tc>
          <w:tcPr>
            <w:tcW w:type="dxa" w:w="5040"/>
            <w:vAlign w:val="center"/>
          </w:tcPr>
          <w:p>
            <w:r/>
            <w:r>
              <w:rPr>
                <w:rFonts w:ascii="Aptos" w:hAnsi="Aptos"/>
                <w:b/>
                <w:color w:val="2F75B5"/>
                <w:sz w:val="20"/>
              </w:rPr>
              <w:t>Last Three Digits</w:t>
            </w:r>
          </w:p>
        </w:tc>
        <w:tc>
          <w:tcPr>
            <w:tcW w:type="dxa" w:w="5040"/>
            <w:vAlign w:val="center"/>
          </w:tcPr>
          <w:p>
            <w:r/>
            <w:r>
              <w:rPr>
                <w:rFonts w:ascii="Aptos" w:hAnsi="Aptos"/>
                <w:b w:val="0"/>
                <w:color w:val="222222"/>
                <w:sz w:val="20"/>
              </w:rPr>
              <w:t>For 8, inspect only the last three digits.</w:t>
            </w:r>
          </w:p>
        </w:tc>
      </w:tr>
      <w:tr>
        <w:tc>
          <w:tcPr>
            <w:tcW w:type="dxa" w:w="5040"/>
            <w:vAlign w:val="center"/>
          </w:tcPr>
          <w:p>
            <w:r/>
            <w:r>
              <w:rPr>
                <w:rFonts w:ascii="Aptos" w:hAnsi="Aptos"/>
                <w:b/>
                <w:color w:val="2F75B5"/>
                <w:sz w:val="20"/>
              </w:rPr>
              <w:t>Last Digit</w:t>
            </w:r>
          </w:p>
        </w:tc>
        <w:tc>
          <w:tcPr>
            <w:tcW w:type="dxa" w:w="5040"/>
            <w:vAlign w:val="center"/>
          </w:tcPr>
          <w:p>
            <w:r/>
            <w:r>
              <w:rPr>
                <w:rFonts w:ascii="Aptos" w:hAnsi="Aptos"/>
                <w:b w:val="0"/>
                <w:color w:val="222222"/>
                <w:sz w:val="20"/>
              </w:rPr>
              <w:t>For 2, 5 and 10, the final digit decides divisibility.</w:t>
            </w:r>
          </w:p>
        </w:tc>
      </w:tr>
      <w:tr>
        <w:tc>
          <w:tcPr>
            <w:tcW w:type="dxa" w:w="5040"/>
            <w:vAlign w:val="center"/>
          </w:tcPr>
          <w:p>
            <w:r/>
            <w:r>
              <w:rPr>
                <w:rFonts w:ascii="Aptos" w:hAnsi="Aptos"/>
                <w:b/>
                <w:color w:val="2F75B5"/>
                <w:sz w:val="20"/>
              </w:rPr>
              <w:t>Two Conditions</w:t>
            </w:r>
          </w:p>
        </w:tc>
        <w:tc>
          <w:tcPr>
            <w:tcW w:type="dxa" w:w="5040"/>
            <w:vAlign w:val="center"/>
          </w:tcPr>
          <w:p>
            <w:r/>
            <w:r>
              <w:rPr>
                <w:rFonts w:ascii="Aptos" w:hAnsi="Aptos"/>
                <w:b w:val="0"/>
                <w:color w:val="222222"/>
                <w:sz w:val="20"/>
              </w:rPr>
              <w:t>For 6, check 2 and 3; for 12, check 3 and 4; for 18, check 2 and 9.</w:t>
            </w:r>
          </w:p>
        </w:tc>
      </w:tr>
      <w:tr>
        <w:tc>
          <w:tcPr>
            <w:tcW w:type="dxa" w:w="5040"/>
            <w:vAlign w:val="center"/>
          </w:tcPr>
          <w:p>
            <w:r/>
            <w:r>
              <w:rPr>
                <w:rFonts w:ascii="Aptos" w:hAnsi="Aptos"/>
                <w:b/>
                <w:color w:val="2F75B5"/>
                <w:sz w:val="20"/>
              </w:rPr>
              <w:t>Same Remainder</w:t>
            </w:r>
          </w:p>
        </w:tc>
        <w:tc>
          <w:tcPr>
            <w:tcW w:type="dxa" w:w="5040"/>
            <w:vAlign w:val="center"/>
          </w:tcPr>
          <w:p>
            <w:r/>
            <w:r>
              <w:rPr>
                <w:rFonts w:ascii="Aptos" w:hAnsi="Aptos"/>
                <w:b w:val="0"/>
                <w:color w:val="222222"/>
                <w:sz w:val="20"/>
              </w:rPr>
              <w:t>Subtract the numbers and take the HCF of the differences.</w:t>
            </w:r>
          </w:p>
        </w:tc>
      </w:tr>
      <w:tr>
        <w:tc>
          <w:tcPr>
            <w:tcW w:type="dxa" w:w="5040"/>
            <w:vAlign w:val="center"/>
          </w:tcPr>
          <w:p>
            <w:r/>
            <w:r>
              <w:rPr>
                <w:rFonts w:ascii="Aptos" w:hAnsi="Aptos"/>
                <w:b/>
                <w:color w:val="2F75B5"/>
                <w:sz w:val="20"/>
              </w:rPr>
              <w:t>Add to Next Multiple</w:t>
            </w:r>
          </w:p>
        </w:tc>
        <w:tc>
          <w:tcPr>
            <w:tcW w:type="dxa" w:w="5040"/>
            <w:vAlign w:val="center"/>
          </w:tcPr>
          <w:p>
            <w:r/>
            <w:r>
              <w:rPr>
                <w:rFonts w:ascii="Aptos" w:hAnsi="Aptos"/>
                <w:b w:val="0"/>
                <w:color w:val="222222"/>
                <w:sz w:val="20"/>
              </w:rPr>
              <w:t>If remainder is r on division by d, add d−r to reach the next multiple.</w:t>
            </w:r>
          </w:p>
        </w:tc>
      </w:tr>
    </w:tbl>
    <w:p>
      <w:pPr>
        <w:pStyle w:val="Heading1"/>
      </w:pPr>
      <w:r>
        <w:t>15. Practice Set</w:t>
      </w:r>
    </w:p>
    <w:p>
      <w:pPr>
        <w:pStyle w:val="Heading2"/>
      </w:pPr>
      <w:r>
        <w:t>Section A — Basic</w:t>
      </w:r>
    </w:p>
    <w:p>
      <w:pPr>
        <w:spacing w:after="100"/>
      </w:pPr>
      <w:r>
        <w:t>1. Which of the following is divisible by 3: 4,217; 5,832; 7,421; 8,105?</w:t>
      </w:r>
    </w:p>
    <w:p>
      <w:pPr>
        <w:spacing w:after="100"/>
      </w:pPr>
      <w:r>
        <w:t>2. Find the smallest digit x so that 52x4 is divisible by 3.</w:t>
      </w:r>
    </w:p>
    <w:p>
      <w:pPr>
        <w:spacing w:after="100"/>
      </w:pPr>
      <w:r>
        <w:t>3. Find all digits x for which 71x5 is divisible by 5 and 3.</w:t>
      </w:r>
    </w:p>
    <w:p>
      <w:pPr>
        <w:spacing w:after="100"/>
      </w:pPr>
      <w:r>
        <w:t>4. Is 9,216 divisible by 8?</w:t>
      </w:r>
    </w:p>
    <w:p>
      <w:pPr>
        <w:spacing w:after="100"/>
      </w:pPr>
      <w:r>
        <w:t>5. Check whether 48,576 is divisible by 16.</w:t>
      </w:r>
    </w:p>
    <w:p>
      <w:pPr>
        <w:spacing w:after="100"/>
      </w:pPr>
      <w:r>
        <w:t>6. Is 72,413 divisible by 11?</w:t>
      </w:r>
    </w:p>
    <w:p>
      <w:pPr>
        <w:spacing w:after="100"/>
      </w:pPr>
      <w:r>
        <w:t>7. Find the smallest number to add to 763 to make it divisible by 8.</w:t>
      </w:r>
    </w:p>
    <w:p>
      <w:pPr>
        <w:spacing w:after="100"/>
      </w:pPr>
      <w:r>
        <w:t>8. Find the smallest number to subtract from 1,005 to make it divisible by 9.</w:t>
      </w:r>
    </w:p>
    <w:p>
      <w:pPr>
        <w:spacing w:after="100"/>
      </w:pPr>
      <w:r>
        <w:t>9. Find the smallest positive number divisible by 8, 12 and 15.</w:t>
      </w:r>
    </w:p>
    <w:p>
      <w:pPr>
        <w:spacing w:after="100"/>
      </w:pPr>
      <w:r>
        <w:t>10. Find the HCF of 96, 144 and 240.</w:t>
      </w:r>
    </w:p>
    <w:p>
      <w:pPr>
        <w:pStyle w:val="Heading2"/>
      </w:pPr>
      <w:r>
        <w:t>Section B — Moderate</w:t>
      </w:r>
    </w:p>
    <w:p>
      <w:pPr>
        <w:spacing w:after="100"/>
      </w:pPr>
      <w:r>
        <w:t>11. Find the greatest number that divides 68, 92 and 116 leaving the same remainder.</w:t>
      </w:r>
    </w:p>
    <w:p>
      <w:pPr>
        <w:spacing w:after="100"/>
      </w:pPr>
      <w:r>
        <w:t>12. Find all possible digits x for 2x36 to be divisible by 4.</w:t>
      </w:r>
    </w:p>
    <w:p>
      <w:pPr>
        <w:spacing w:after="100"/>
      </w:pPr>
      <w:r>
        <w:t>13. Find x if 45x9 is divisible by 9.</w:t>
      </w:r>
    </w:p>
    <w:p>
      <w:pPr>
        <w:spacing w:after="100"/>
      </w:pPr>
      <w:r>
        <w:t>14. Find the smallest four-digit number divisible by 12.</w:t>
      </w:r>
    </w:p>
    <w:p>
      <w:pPr>
        <w:spacing w:after="100"/>
      </w:pPr>
      <w:r>
        <w:t>15. Find the largest three-digit number divisible by 7.</w:t>
      </w:r>
    </w:p>
    <w:p>
      <w:pPr>
        <w:spacing w:after="100"/>
      </w:pPr>
      <w:r>
        <w:t>16. Using 1, 2, 5 and 8 once each, form the smallest number divisible by 5.</w:t>
      </w:r>
    </w:p>
    <w:p>
      <w:pPr>
        <w:spacing w:after="100"/>
      </w:pPr>
      <w:r>
        <w:t>17. Show that the product of two consecutive integers is always even.</w:t>
      </w:r>
    </w:p>
    <w:p>
      <w:pPr>
        <w:spacing w:after="100"/>
      </w:pPr>
      <w:r>
        <w:t>18. Show that n(n+1)(n+2) is divisible by 6 for every integer n.</w:t>
      </w:r>
    </w:p>
    <w:p>
      <w:pPr>
        <w:spacing w:after="100"/>
      </w:pPr>
      <w:r>
        <w:t>19. Find the remainder when 2,347 is divided by 9.</w:t>
      </w:r>
    </w:p>
    <w:p>
      <w:pPr>
        <w:spacing w:after="100"/>
      </w:pPr>
      <w:r>
        <w:t>20. Find the remainder when 5,432 is divided by 11.</w:t>
      </w:r>
    </w:p>
    <w:p>
      <w:pPr>
        <w:pStyle w:val="Heading2"/>
      </w:pPr>
      <w:r>
        <w:t>Section C — Advanced</w:t>
      </w:r>
    </w:p>
    <w:p>
      <w:pPr>
        <w:spacing w:after="100"/>
      </w:pPr>
      <w:r>
        <w:t>21. Find the smallest positive number that leaves remainder 2 when divided by 6 and is divisible by 5.</w:t>
      </w:r>
    </w:p>
    <w:p>
      <w:pPr>
        <w:spacing w:after="100"/>
      </w:pPr>
      <w:r>
        <w:t>22. Find the smallest number greater than 500 divisible by 18.</w:t>
      </w:r>
    </w:p>
    <w:p>
      <w:pPr>
        <w:spacing w:after="100"/>
      </w:pPr>
      <w:r>
        <w:t>23. Find the largest number below 1,000 divisible by both 12 and 15.</w:t>
      </w:r>
    </w:p>
    <w:p>
      <w:pPr>
        <w:spacing w:after="100"/>
      </w:pPr>
      <w:r>
        <w:t>24. Find the digit x so that 3x72 is divisible by 8.</w:t>
      </w:r>
    </w:p>
    <w:p>
      <w:pPr>
        <w:spacing w:after="100"/>
      </w:pPr>
      <w:r>
        <w:t>25. Find the digit x so that 6x15 is divisible by 9.</w:t>
      </w:r>
    </w:p>
    <w:p>
      <w:pPr>
        <w:spacing w:after="100"/>
      </w:pPr>
      <w:r>
        <w:t>26. Which is the smallest number that must be added to 1,999 to make it divisible by 25?</w:t>
      </w:r>
    </w:p>
    <w:p>
      <w:pPr>
        <w:spacing w:after="100"/>
      </w:pPr>
      <w:r>
        <w:t>27. Which is the smallest number that must be subtracted from 2,003 to make it divisible by 25?</w:t>
      </w:r>
    </w:p>
    <w:p>
      <w:pPr>
        <w:spacing w:after="100"/>
      </w:pPr>
      <w:r>
        <w:t>28. Find the greatest number that divides 125, 185 and 245 exactly.</w:t>
      </w:r>
    </w:p>
    <w:p>
      <w:pPr>
        <w:spacing w:after="100"/>
      </w:pPr>
      <w:r>
        <w:t>29. Check whether 10^6 is divisible by 8, 9 and 11.</w:t>
      </w:r>
    </w:p>
    <w:p>
      <w:pPr>
        <w:spacing w:after="100"/>
      </w:pPr>
      <w:r>
        <w:t>30. Find the smallest four-digit number divisible by 2, 3, 5 and 11.</w:t>
      </w:r>
    </w:p>
    <w:p>
      <w:pPr>
        <w:pStyle w:val="Heading1"/>
      </w:pPr>
      <w:r>
        <w:t>16. Answer Key</w:t>
      </w:r>
    </w:p>
    <w:p>
      <w:pPr>
        <w:spacing w:after="100"/>
      </w:pPr>
      <w:r>
        <w:t>1. 5,832</w:t>
      </w:r>
    </w:p>
    <w:p>
      <w:pPr>
        <w:spacing w:after="100"/>
      </w:pPr>
      <w:r>
        <w:t>2. x = 2</w:t>
      </w:r>
    </w:p>
    <w:p>
      <w:pPr>
        <w:spacing w:after="100"/>
      </w:pPr>
      <w:r>
        <w:t>3. x = 1, 4, 7</w:t>
      </w:r>
    </w:p>
    <w:p>
      <w:pPr>
        <w:spacing w:after="100"/>
      </w:pPr>
      <w:r>
        <w:t>4. Yes</w:t>
      </w:r>
    </w:p>
    <w:p>
      <w:pPr>
        <w:spacing w:after="100"/>
      </w:pPr>
      <w:r>
        <w:t>5. Yes</w:t>
      </w:r>
    </w:p>
    <w:p>
      <w:pPr>
        <w:spacing w:after="100"/>
      </w:pPr>
      <w:r>
        <w:t>6. Yes</w:t>
      </w:r>
    </w:p>
    <w:p>
      <w:pPr>
        <w:spacing w:after="100"/>
      </w:pPr>
      <w:r>
        <w:t>7. 5</w:t>
      </w:r>
    </w:p>
    <w:p>
      <w:pPr>
        <w:spacing w:after="100"/>
      </w:pPr>
      <w:r>
        <w:t>8. 6</w:t>
      </w:r>
    </w:p>
    <w:p>
      <w:pPr>
        <w:spacing w:after="100"/>
      </w:pPr>
      <w:r>
        <w:t>9. 120</w:t>
      </w:r>
    </w:p>
    <w:p>
      <w:pPr>
        <w:spacing w:after="100"/>
      </w:pPr>
      <w:r>
        <w:t>10. 48</w:t>
      </w:r>
    </w:p>
    <w:p>
      <w:pPr>
        <w:spacing w:after="100"/>
      </w:pPr>
      <w:r>
        <w:t>11. 24</w:t>
      </w:r>
    </w:p>
    <w:p>
      <w:pPr>
        <w:spacing w:after="100"/>
      </w:pPr>
      <w:r>
        <w:t>12. x = 0, 2, 4, 6, 8</w:t>
      </w:r>
    </w:p>
    <w:p>
      <w:pPr>
        <w:spacing w:after="100"/>
      </w:pPr>
      <w:r>
        <w:t>13. x = 0, 9</w:t>
      </w:r>
    </w:p>
    <w:p>
      <w:pPr>
        <w:spacing w:after="100"/>
      </w:pPr>
      <w:r>
        <w:t>14. 1,008</w:t>
      </w:r>
    </w:p>
    <w:p>
      <w:pPr>
        <w:spacing w:after="100"/>
      </w:pPr>
      <w:r>
        <w:t>15. 994</w:t>
      </w:r>
    </w:p>
    <w:p>
      <w:pPr>
        <w:spacing w:after="100"/>
      </w:pPr>
      <w:r>
        <w:t>16. 1,285</w:t>
      </w:r>
    </w:p>
    <w:p>
      <w:pPr>
        <w:spacing w:after="100"/>
      </w:pPr>
      <w:r>
        <w:t>17. Always true</w:t>
      </w:r>
    </w:p>
    <w:p>
      <w:pPr>
        <w:spacing w:after="100"/>
      </w:pPr>
      <w:r>
        <w:t>18. Always true</w:t>
      </w:r>
    </w:p>
    <w:p>
      <w:pPr>
        <w:spacing w:after="100"/>
      </w:pPr>
      <w:r>
        <w:t>19. 1</w:t>
      </w:r>
    </w:p>
    <w:p>
      <w:pPr>
        <w:spacing w:after="100"/>
      </w:pPr>
      <w:r>
        <w:t>20. 8</w:t>
      </w:r>
    </w:p>
    <w:p>
      <w:pPr>
        <w:spacing w:after="100"/>
      </w:pPr>
      <w:r>
        <w:t>21. 20</w:t>
      </w:r>
    </w:p>
    <w:p>
      <w:pPr>
        <w:spacing w:after="100"/>
      </w:pPr>
      <w:r>
        <w:t>22. 504</w:t>
      </w:r>
    </w:p>
    <w:p>
      <w:pPr>
        <w:spacing w:after="100"/>
      </w:pPr>
      <w:r>
        <w:t>23. 960</w:t>
      </w:r>
    </w:p>
    <w:p>
      <w:pPr>
        <w:spacing w:after="100"/>
      </w:pPr>
      <w:r>
        <w:t>24. x = 0, 8</w:t>
      </w:r>
    </w:p>
    <w:p>
      <w:pPr>
        <w:spacing w:after="100"/>
      </w:pPr>
      <w:r>
        <w:t>25. x = 6</w:t>
      </w:r>
    </w:p>
    <w:p>
      <w:pPr>
        <w:spacing w:after="100"/>
      </w:pPr>
      <w:r>
        <w:t>26. 1</w:t>
      </w:r>
    </w:p>
    <w:p>
      <w:pPr>
        <w:spacing w:after="100"/>
      </w:pPr>
      <w:r>
        <w:t>27. 3</w:t>
      </w:r>
    </w:p>
    <w:p>
      <w:pPr>
        <w:spacing w:after="100"/>
      </w:pPr>
      <w:r>
        <w:t>28. 5</w:t>
      </w:r>
    </w:p>
    <w:p>
      <w:pPr>
        <w:spacing w:after="100"/>
      </w:pPr>
      <w:r>
        <w:t>29. Yes for 8 and 9; not for 11</w:t>
      </w:r>
    </w:p>
    <w:p>
      <w:pPr>
        <w:spacing w:after="100"/>
      </w:pPr>
      <w:r>
        <w:t>30. 1,650</w:t>
      </w:r>
    </w:p>
    <w:p>
      <w:pPr>
        <w:pStyle w:val="Heading1"/>
      </w:pPr>
      <w:r>
        <w:t>17. Divisibility — Quick Revision</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DIVISION ALGORITHM</w:t>
              <w:br/>
            </w:r>
            <w:r>
              <w:rPr>
                <w:color w:val="222222"/>
                <w:sz w:val="20"/>
              </w:rPr>
              <w:t>N = d × q + r, with 0 ≤ r &lt; d.</w:t>
            </w:r>
          </w:p>
        </w:tc>
      </w:tr>
    </w:tbl>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CORE RULES</w:t>
              <w:br/>
            </w:r>
            <w:r>
              <w:rPr>
                <w:color w:val="222222"/>
                <w:sz w:val="20"/>
              </w:rPr>
              <w:t>2 → last digit even | 3 → digit sum divisible by 3 | 4 → last 2 digits | 5 → last digit 0 or 5 | 6 → 2 and 3 | 8 → last 3 digits | 9 → digit sum divisible by 9 | 10 → last digit 0 | 11 → alternating-sum test.</w:t>
            </w:r>
          </w:p>
        </w:tc>
      </w:tr>
    </w:tbl>
    <w:p/>
    <w:tbl>
      <w:tblPr>
        <w:tblW w:type="auto" w:w="0"/>
        <w:jc w:val="center"/>
        <w:tblLook w:firstColumn="1" w:firstRow="1" w:lastColumn="0" w:lastRow="0" w:noHBand="0" w:noVBand="1" w:val="04A0"/>
      </w:tblPr>
      <w:tblGrid>
        <w:gridCol w:w="10080"/>
      </w:tblGrid>
      <w:tr>
        <w:tc>
          <w:tcPr>
            <w:tcW w:type="dxa" w:w="10080"/>
            <w:shd w:fill="FCE4D6"/>
          </w:tcPr>
          <w:p>
            <w:r>
              <w:rPr>
                <w:b/>
                <w:color w:val="17365D"/>
                <w:sz w:val="22"/>
              </w:rPr>
              <w:t>FAST METHODS</w:t>
              <w:br/>
            </w:r>
            <w:r>
              <w:rPr>
                <w:color w:val="222222"/>
                <w:sz w:val="20"/>
              </w:rPr>
              <w:t>Same remainder → differences → HCF. Smallest addition → divisor − remainder. Smallest subtraction → remainder. Several divisibility requirements → think about LCM or combine the relevant tests.</w:t>
            </w:r>
          </w:p>
        </w:tc>
      </w:tr>
    </w:tbl>
    <w:p/>
    <w:tbl>
      <w:tblPr>
        <w:tblW w:type="auto" w:w="0"/>
        <w:jc w:val="center"/>
        <w:tblLook w:firstColumn="1" w:firstRow="1" w:lastColumn="0" w:lastRow="0" w:noHBand="0" w:noVBand="1" w:val="04A0"/>
      </w:tblPr>
      <w:tblGrid>
        <w:gridCol w:w="10080"/>
      </w:tblGrid>
      <w:tr>
        <w:tc>
          <w:tcPr>
            <w:tcW w:type="dxa" w:w="10080"/>
            <w:shd w:fill="F4CCCC"/>
          </w:tcPr>
          <w:p>
            <w:r>
              <w:rPr>
                <w:b/>
                <w:color w:val="17365D"/>
                <w:sz w:val="22"/>
              </w:rPr>
              <w:t>FINAL CHECK</w:t>
              <w:br/>
            </w:r>
            <w:r>
              <w:rPr>
                <w:color w:val="222222"/>
                <w:sz w:val="20"/>
              </w:rPr>
              <w:t>Before accepting an answer, verify the original condition. For a missing digit, substitute it back. For a remainder, ensure it is smaller than the divisor.</w:t>
            </w:r>
          </w:p>
        </w:tc>
      </w:tr>
    </w:tbl>
    <w:p/>
    <w:p>
      <w:pPr>
        <w:jc w:val="center"/>
      </w:pPr>
      <w:r>
        <w:rPr>
          <w:b/>
          <w:color w:val="17365D"/>
        </w:rPr>
        <w:t>End of Chapter 2 — Divisibility</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2F75B5"/>
        <w:sz w:val="16"/>
      </w:rPr>
      <w:t>Professional Study Notes  |  Divisibility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noProof/>
      </w:rPr>
      <w:drawing>
        <wp:inline xmlns:wp="http://schemas.openxmlformats.org/drawingml/2006/wordprocessingDrawing" distT="0" distB="0" distL="0" distR="0">
          <wp:extent cx="502920" cy="433560"/>
          <wp:effectExtent l="0" t="0" r="0" b="0"/>
          <wp:docPr id="9001" name="VishvasniyaLogo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VishvasniyaLogoHeader"/>
                  <pic:cNvPicPr/>
                </pic:nvPicPr>
                <pic:blipFill>
                  <a:blip r:embed="rIdLogoImg"/>
                  <a:stretch>
                    <a:fillRect/>
                  </a:stretch>
                </pic:blipFill>
                <pic:spPr>
                  <a:xfrm>
                    <a:off x="0" y="0"/>
                    <a:ext cx="502920" cy="433560"/>
                  </a:xfrm>
                  <a:prstGeom prst="rect">
                    <a:avLst/>
                  </a:prstGeom>
                </pic:spPr>
              </pic:pic>
            </a:graphicData>
          </a:graphic>
        </wp:inline>
      </w:drawing>
    </w:r>
  </w:p>
  <w:p>
    <w:pPr>
      <w:pStyle w:val="Header"/>
      <w:jc w:val="right"/>
    </w:pPr>
    <w:r>
      <w:rPr>
        <w:color w:val="2F75B5"/>
        <w:sz w:val="16"/>
      </w:rPr>
      <w:t>MATHEMATICS  •  CHAPTER 2  •  DIVISIBILITY</w:t>
    </w:r>
  </w:p>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VishvasniyaWatermark" o:spid="_x0000_s2025" type="#_x0000_t75" style="position:absolute;left:0;text-align:left;margin-left:0;margin-top:0;width:420pt;height:362pt;z-index:-251658752;mso-position-horizontal:center;mso-position-horizontal-relative:margin;mso-position-vertical:center;mso-position-vertical-relative:margin;rotation:-2949120fd" o:allowoverlap="f">
          <v:imagedata r:id="rIdWatermarkImg" o:title="Vishvasniya Watermark" gain="26000f" blacklevel="18000f"/>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75B5"/>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08C95"/>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LogoImg" Type="http://schemas.openxmlformats.org/officeDocument/2006/relationships/image" Target="media/vishvasniya_logo.jpeg"/><Relationship Id="rIdWatermarkImg" Type="http://schemas.openxmlformats.org/officeDocument/2006/relationships/image" Target="media/vishvasniya_logo.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