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087F8C"/>
          <w:sz w:val="56"/>
        </w:rPr>
        <w:t>CHAPTER 3</w:t>
      </w:r>
    </w:p>
    <w:p>
      <w:pPr>
        <w:jc w:val="center"/>
      </w:pPr>
      <w:r>
        <w:rPr>
          <w:rFonts w:ascii="Georgia" w:hAnsi="Georgia"/>
          <w:b/>
          <w:color w:val="17324D"/>
          <w:sz w:val="80"/>
        </w:rPr>
        <w:t>FACTORS</w:t>
      </w:r>
    </w:p>
    <w:p>
      <w:pPr>
        <w:jc w:val="center"/>
      </w:pPr>
      <w:r>
        <w:rPr>
          <w:rFonts w:ascii="Georgia" w:hAnsi="Georgia"/>
          <w:b/>
          <w:color w:val="6B4E9B"/>
          <w:sz w:val="42"/>
        </w:rPr>
        <w:t>ADVANCED PRACTICE WORKSHEET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WORKSHEET COVERAGE</w:t>
              <w:br/>
            </w:r>
            <w:r>
              <w:rPr>
                <w:sz w:val="20"/>
              </w:rPr>
              <w:t>30 challenging MCQs • Number of factors • Prime factorisation • Odd and even factors • Perfect-square factors • Divisor counting • Factorial factors • Divisibility conditions • Mixed-concept applications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INSTRUCTIONS</w:t>
              <w:br/>
            </w:r>
            <w:r>
              <w:rPr>
                <w:sz w:val="20"/>
              </w:rPr>
              <w:t>Attempt all questions independently. The questions are deliberately large and challenging. Answer key and detailed explanations are provided after the complete question section.</w:t>
            </w:r>
          </w:p>
        </w:tc>
      </w:tr>
    </w:tbl>
    <w:p/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Q1. </w:t>
      </w:r>
      <w:r>
        <w:rPr>
          <w:rFonts w:ascii="Aptos" w:hAnsi="Aptos"/>
          <w:b/>
          <w:sz w:val="28"/>
        </w:rPr>
        <w:t>The number N = 2^5 × 3^4 × 5^2 × 7 has how many positive factors?</w:t>
      </w:r>
    </w:p>
    <w:p>
      <w:pPr>
        <w:spacing w:after="40"/>
        <w:ind w:left="403"/>
      </w:pPr>
      <w:r>
        <w:rPr>
          <w:sz w:val="24"/>
        </w:rPr>
        <w:t>(a) 180</w:t>
      </w:r>
    </w:p>
    <w:p>
      <w:pPr>
        <w:spacing w:after="40"/>
        <w:ind w:left="403"/>
      </w:pPr>
      <w:r>
        <w:rPr>
          <w:sz w:val="24"/>
        </w:rPr>
        <w:t>(b) 210</w:t>
      </w:r>
    </w:p>
    <w:p>
      <w:pPr>
        <w:spacing w:after="40"/>
        <w:ind w:left="403"/>
      </w:pPr>
      <w:r>
        <w:rPr>
          <w:sz w:val="24"/>
        </w:rPr>
        <w:t>(c) 240</w:t>
      </w:r>
    </w:p>
    <w:p>
      <w:pPr>
        <w:spacing w:after="40"/>
        <w:ind w:left="403"/>
      </w:pPr>
      <w:r>
        <w:rPr>
          <w:sz w:val="24"/>
        </w:rPr>
        <w:t>(d) 270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Q2. </w:t>
      </w:r>
      <w:r>
        <w:rPr>
          <w:rFonts w:ascii="Aptos" w:hAnsi="Aptos"/>
          <w:b/>
          <w:sz w:val="28"/>
        </w:rPr>
        <w:t>How many factors of 2^6 × 3^4 × 5^3 are divisible by 60?</w:t>
      </w:r>
    </w:p>
    <w:p>
      <w:pPr>
        <w:spacing w:after="40"/>
        <w:ind w:left="403"/>
      </w:pPr>
      <w:r>
        <w:rPr>
          <w:sz w:val="24"/>
        </w:rPr>
        <w:t>(a) 48</w:t>
      </w:r>
    </w:p>
    <w:p>
      <w:pPr>
        <w:spacing w:after="40"/>
        <w:ind w:left="403"/>
      </w:pPr>
      <w:r>
        <w:rPr>
          <w:sz w:val="24"/>
        </w:rPr>
        <w:t>(b) 60</w:t>
      </w:r>
    </w:p>
    <w:p>
      <w:pPr>
        <w:spacing w:after="40"/>
        <w:ind w:left="403"/>
      </w:pPr>
      <w:r>
        <w:rPr>
          <w:sz w:val="24"/>
        </w:rPr>
        <w:t>(c) 72</w:t>
      </w:r>
    </w:p>
    <w:p>
      <w:pPr>
        <w:spacing w:after="40"/>
        <w:ind w:left="403"/>
      </w:pPr>
      <w:r>
        <w:rPr>
          <w:sz w:val="24"/>
        </w:rPr>
        <w:t>(d) 80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Q3. </w:t>
      </w:r>
      <w:r>
        <w:rPr>
          <w:rFonts w:ascii="Aptos" w:hAnsi="Aptos"/>
          <w:b/>
          <w:sz w:val="28"/>
        </w:rPr>
        <w:t>How many odd factors does N = 2^8 × 3^5 × 5^3 × 7^2 have?</w:t>
      </w:r>
    </w:p>
    <w:p>
      <w:pPr>
        <w:spacing w:after="40"/>
        <w:ind w:left="403"/>
      </w:pPr>
      <w:r>
        <w:rPr>
          <w:sz w:val="24"/>
        </w:rPr>
        <w:t>(a) 60</w:t>
      </w:r>
    </w:p>
    <w:p>
      <w:pPr>
        <w:spacing w:after="40"/>
        <w:ind w:left="403"/>
      </w:pPr>
      <w:r>
        <w:rPr>
          <w:sz w:val="24"/>
        </w:rPr>
        <w:t>(b) 72</w:t>
      </w:r>
    </w:p>
    <w:p>
      <w:pPr>
        <w:spacing w:after="40"/>
        <w:ind w:left="403"/>
      </w:pPr>
      <w:r>
        <w:rPr>
          <w:sz w:val="24"/>
        </w:rPr>
        <w:t>(c) 84</w:t>
      </w:r>
    </w:p>
    <w:p>
      <w:pPr>
        <w:spacing w:after="40"/>
        <w:ind w:left="403"/>
      </w:pPr>
      <w:r>
        <w:rPr>
          <w:sz w:val="24"/>
        </w:rPr>
        <w:t>(d) 96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Q4. </w:t>
      </w:r>
      <w:r>
        <w:rPr>
          <w:rFonts w:ascii="Aptos" w:hAnsi="Aptos"/>
          <w:b/>
          <w:sz w:val="28"/>
        </w:rPr>
        <w:t>A positive integer N has exactly 36 positive factors. Which of the following could be N?</w:t>
      </w:r>
    </w:p>
    <w:p>
      <w:pPr>
        <w:spacing w:after="40"/>
        <w:ind w:left="403"/>
      </w:pPr>
      <w:r>
        <w:rPr>
          <w:sz w:val="24"/>
        </w:rPr>
        <w:t>(a) 2^5 × 3^2</w:t>
      </w:r>
    </w:p>
    <w:p>
      <w:pPr>
        <w:spacing w:after="40"/>
        <w:ind w:left="403"/>
      </w:pPr>
      <w:r>
        <w:rPr>
          <w:sz w:val="24"/>
        </w:rPr>
        <w:t>(b) 2^3 × 3^2 × 5</w:t>
      </w:r>
    </w:p>
    <w:p>
      <w:pPr>
        <w:spacing w:after="40"/>
        <w:ind w:left="403"/>
      </w:pPr>
      <w:r>
        <w:rPr>
          <w:sz w:val="24"/>
        </w:rPr>
        <w:t>(c) 2^4 × 3^2</w:t>
      </w:r>
    </w:p>
    <w:p>
      <w:pPr>
        <w:spacing w:after="40"/>
        <w:ind w:left="403"/>
      </w:pPr>
      <w:r>
        <w:rPr>
          <w:sz w:val="24"/>
        </w:rPr>
        <w:t>(d) 2^5 × 3 × 5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Q5. </w:t>
      </w:r>
      <w:r>
        <w:rPr>
          <w:rFonts w:ascii="Aptos" w:hAnsi="Aptos"/>
          <w:b/>
          <w:sz w:val="28"/>
        </w:rPr>
        <w:t>If N = 2^a × 3^b × 5^c has exactly 48 positive factors, which of the following triples cannot represent (a,b,c)?</w:t>
      </w:r>
    </w:p>
    <w:p>
      <w:pPr>
        <w:spacing w:after="40"/>
        <w:ind w:left="403"/>
      </w:pPr>
      <w:r>
        <w:rPr>
          <w:sz w:val="24"/>
        </w:rPr>
        <w:t>(a) (1,3,5)</w:t>
      </w:r>
    </w:p>
    <w:p>
      <w:pPr>
        <w:spacing w:after="40"/>
        <w:ind w:left="403"/>
      </w:pPr>
      <w:r>
        <w:rPr>
          <w:sz w:val="24"/>
        </w:rPr>
        <w:t>(b) (2,3,3)</w:t>
      </w:r>
    </w:p>
    <w:p>
      <w:pPr>
        <w:spacing w:after="40"/>
        <w:ind w:left="403"/>
      </w:pPr>
      <w:r>
        <w:rPr>
          <w:sz w:val="24"/>
        </w:rPr>
        <w:t>(c) (3,3,2)</w:t>
      </w:r>
    </w:p>
    <w:p>
      <w:pPr>
        <w:spacing w:after="40"/>
        <w:ind w:left="403"/>
      </w:pPr>
      <w:r>
        <w:rPr>
          <w:sz w:val="24"/>
        </w:rPr>
        <w:t>(d) (5,1,3)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Q6. </w:t>
      </w:r>
      <w:r>
        <w:rPr>
          <w:rFonts w:ascii="Aptos" w:hAnsi="Aptos"/>
          <w:b/>
          <w:sz w:val="28"/>
        </w:rPr>
        <w:t>How many factors of 2^7 × 3^5 × 5^4 are divisible by 2^3 × 3^2 × 5?</w:t>
      </w:r>
    </w:p>
    <w:p>
      <w:pPr>
        <w:spacing w:after="40"/>
        <w:ind w:left="403"/>
      </w:pPr>
      <w:r>
        <w:rPr>
          <w:sz w:val="24"/>
        </w:rPr>
        <w:t>(a) 60</w:t>
      </w:r>
    </w:p>
    <w:p>
      <w:pPr>
        <w:spacing w:after="40"/>
        <w:ind w:left="403"/>
      </w:pPr>
      <w:r>
        <w:rPr>
          <w:sz w:val="24"/>
        </w:rPr>
        <w:t>(b) 72</w:t>
      </w:r>
    </w:p>
    <w:p>
      <w:pPr>
        <w:spacing w:after="40"/>
        <w:ind w:left="403"/>
      </w:pPr>
      <w:r>
        <w:rPr>
          <w:sz w:val="24"/>
        </w:rPr>
        <w:t>(c) 80</w:t>
      </w:r>
    </w:p>
    <w:p>
      <w:pPr>
        <w:spacing w:after="40"/>
        <w:ind w:left="403"/>
      </w:pPr>
      <w:r>
        <w:rPr>
          <w:sz w:val="24"/>
        </w:rPr>
        <w:t>(d) 96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Q7. </w:t>
      </w:r>
      <w:r>
        <w:rPr>
          <w:rFonts w:ascii="Aptos" w:hAnsi="Aptos"/>
          <w:b/>
          <w:sz w:val="28"/>
        </w:rPr>
        <w:t>The number N = 2^6 × 3^4 × 5^2 has how many positive divisors that are perfect squares?</w:t>
      </w:r>
    </w:p>
    <w:p>
      <w:pPr>
        <w:spacing w:after="40"/>
        <w:ind w:left="403"/>
      </w:pPr>
      <w:r>
        <w:rPr>
          <w:sz w:val="24"/>
        </w:rPr>
        <w:t>(a) 18</w:t>
      </w:r>
    </w:p>
    <w:p>
      <w:pPr>
        <w:spacing w:after="40"/>
        <w:ind w:left="403"/>
      </w:pPr>
      <w:r>
        <w:rPr>
          <w:sz w:val="24"/>
        </w:rPr>
        <w:t>(b) 24</w:t>
      </w:r>
    </w:p>
    <w:p>
      <w:pPr>
        <w:spacing w:after="40"/>
        <w:ind w:left="403"/>
      </w:pPr>
      <w:r>
        <w:rPr>
          <w:sz w:val="24"/>
        </w:rPr>
        <w:t>(c) 30</w:t>
      </w:r>
    </w:p>
    <w:p>
      <w:pPr>
        <w:spacing w:after="40"/>
        <w:ind w:left="403"/>
      </w:pPr>
      <w:r>
        <w:rPr>
          <w:sz w:val="24"/>
        </w:rPr>
        <w:t>(d) 36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Q8. </w:t>
      </w:r>
      <w:r>
        <w:rPr>
          <w:rFonts w:ascii="Aptos" w:hAnsi="Aptos"/>
          <w:b/>
          <w:sz w:val="28"/>
        </w:rPr>
        <w:t>How many positive divisors of 2^10 × 3^8 × 5^6 are not perfect squares?</w:t>
      </w:r>
    </w:p>
    <w:p>
      <w:pPr>
        <w:spacing w:after="40"/>
        <w:ind w:left="403"/>
      </w:pPr>
      <w:r>
        <w:rPr>
          <w:sz w:val="24"/>
        </w:rPr>
        <w:t>(a) 573</w:t>
      </w:r>
    </w:p>
    <w:p>
      <w:pPr>
        <w:spacing w:after="40"/>
        <w:ind w:left="403"/>
      </w:pPr>
      <w:r>
        <w:rPr>
          <w:sz w:val="24"/>
        </w:rPr>
        <w:t>(b) 593</w:t>
      </w:r>
    </w:p>
    <w:p>
      <w:pPr>
        <w:spacing w:after="40"/>
        <w:ind w:left="403"/>
      </w:pPr>
      <w:r>
        <w:rPr>
          <w:sz w:val="24"/>
        </w:rPr>
        <w:t>(c) 603</w:t>
      </w:r>
    </w:p>
    <w:p>
      <w:pPr>
        <w:spacing w:after="40"/>
        <w:ind w:left="403"/>
      </w:pPr>
      <w:r>
        <w:rPr>
          <w:sz w:val="24"/>
        </w:rPr>
        <w:t>(d) 613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Q9. </w:t>
      </w:r>
      <w:r>
        <w:rPr>
          <w:rFonts w:ascii="Aptos" w:hAnsi="Aptos"/>
          <w:b/>
          <w:sz w:val="28"/>
        </w:rPr>
        <w:t>If a positive integer has exactly 24 factors, which of the following can be its prime factorisation?</w:t>
      </w:r>
    </w:p>
    <w:p>
      <w:pPr>
        <w:spacing w:after="40"/>
        <w:ind w:left="403"/>
      </w:pPr>
      <w:r>
        <w:rPr>
          <w:sz w:val="24"/>
        </w:rPr>
        <w:t>(a) p^23</w:t>
      </w:r>
    </w:p>
    <w:p>
      <w:pPr>
        <w:spacing w:after="40"/>
        <w:ind w:left="403"/>
      </w:pPr>
      <w:r>
        <w:rPr>
          <w:sz w:val="24"/>
        </w:rPr>
        <w:t>(b) p^11q</w:t>
      </w:r>
    </w:p>
    <w:p>
      <w:pPr>
        <w:spacing w:after="40"/>
        <w:ind w:left="403"/>
      </w:pPr>
      <w:r>
        <w:rPr>
          <w:sz w:val="24"/>
        </w:rPr>
        <w:t>(c) p^7q^2</w:t>
      </w:r>
    </w:p>
    <w:p>
      <w:pPr>
        <w:spacing w:after="40"/>
        <w:ind w:left="403"/>
      </w:pPr>
      <w:r>
        <w:rPr>
          <w:sz w:val="24"/>
        </w:rPr>
        <w:t>(d) p^5q^3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Q10. </w:t>
      </w:r>
      <w:r>
        <w:rPr>
          <w:rFonts w:ascii="Aptos" w:hAnsi="Aptos"/>
          <w:b/>
          <w:sz w:val="28"/>
        </w:rPr>
        <w:t>How many positive integers less than 1000 have exactly three positive factors?</w:t>
      </w:r>
    </w:p>
    <w:p>
      <w:pPr>
        <w:spacing w:after="40"/>
        <w:ind w:left="403"/>
      </w:pPr>
      <w:r>
        <w:rPr>
          <w:sz w:val="24"/>
        </w:rPr>
        <w:t>(a) 9</w:t>
      </w:r>
    </w:p>
    <w:p>
      <w:pPr>
        <w:spacing w:after="40"/>
        <w:ind w:left="403"/>
      </w:pPr>
      <w:r>
        <w:rPr>
          <w:sz w:val="24"/>
        </w:rPr>
        <w:t>(b) 10</w:t>
      </w:r>
    </w:p>
    <w:p>
      <w:pPr>
        <w:spacing w:after="40"/>
        <w:ind w:left="403"/>
      </w:pPr>
      <w:r>
        <w:rPr>
          <w:sz w:val="24"/>
        </w:rPr>
        <w:t>(c) 11</w:t>
      </w:r>
    </w:p>
    <w:p>
      <w:pPr>
        <w:spacing w:after="40"/>
        <w:ind w:left="403"/>
      </w:pPr>
      <w:r>
        <w:rPr>
          <w:sz w:val="24"/>
        </w:rPr>
        <w:t>(d) 12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CHALLENGE CHECKPOINT</w:t>
              <w:br/>
            </w:r>
            <w:r>
              <w:rPr>
                <w:sz w:val="20"/>
              </w:rPr>
              <w:t>Review the factor-counting formula and prime exponents before moving ahead.</w:t>
            </w:r>
          </w:p>
        </w:tc>
      </w:tr>
    </w:tbl>
    <w:p/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Q11. </w:t>
      </w:r>
      <w:r>
        <w:rPr>
          <w:rFonts w:ascii="Aptos" w:hAnsi="Aptos"/>
          <w:b/>
          <w:sz w:val="28"/>
        </w:rPr>
        <w:t>A positive integer has exactly 15 positive factors. Which statement must be true?</w:t>
      </w:r>
    </w:p>
    <w:p>
      <w:pPr>
        <w:spacing w:after="40"/>
        <w:ind w:left="403"/>
      </w:pPr>
      <w:r>
        <w:rPr>
          <w:sz w:val="24"/>
        </w:rPr>
        <w:t>(a) It is a perfect square.</w:t>
      </w:r>
    </w:p>
    <w:p>
      <w:pPr>
        <w:spacing w:after="40"/>
        <w:ind w:left="403"/>
      </w:pPr>
      <w:r>
        <w:rPr>
          <w:sz w:val="24"/>
        </w:rPr>
        <w:t>(b) It is divisible by 15.</w:t>
      </w:r>
    </w:p>
    <w:p>
      <w:pPr>
        <w:spacing w:after="40"/>
        <w:ind w:left="403"/>
      </w:pPr>
      <w:r>
        <w:rPr>
          <w:sz w:val="24"/>
        </w:rPr>
        <w:t>(c) It has exactly three distinct prime factors.</w:t>
      </w:r>
    </w:p>
    <w:p>
      <w:pPr>
        <w:spacing w:after="40"/>
        <w:ind w:left="403"/>
      </w:pPr>
      <w:r>
        <w:rPr>
          <w:sz w:val="24"/>
        </w:rPr>
        <w:t>(d) It is of the form p^14.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Q12. </w:t>
      </w:r>
      <w:r>
        <w:rPr>
          <w:rFonts w:ascii="Aptos" w:hAnsi="Aptos"/>
          <w:b/>
          <w:sz w:val="28"/>
        </w:rPr>
        <w:t>For N = 2^4 × 3^3 × 5^2, how many divisors are divisible by 30 but not by 60?</w:t>
      </w:r>
    </w:p>
    <w:p>
      <w:pPr>
        <w:spacing w:after="40"/>
        <w:ind w:left="403"/>
      </w:pPr>
      <w:r>
        <w:rPr>
          <w:sz w:val="24"/>
        </w:rPr>
        <w:t>(a) 6</w:t>
      </w:r>
    </w:p>
    <w:p>
      <w:pPr>
        <w:spacing w:after="40"/>
        <w:ind w:left="403"/>
      </w:pPr>
      <w:r>
        <w:rPr>
          <w:sz w:val="24"/>
        </w:rPr>
        <w:t>(b) 8</w:t>
      </w:r>
    </w:p>
    <w:p>
      <w:pPr>
        <w:spacing w:after="40"/>
        <w:ind w:left="403"/>
      </w:pPr>
      <w:r>
        <w:rPr>
          <w:sz w:val="24"/>
        </w:rPr>
        <w:t>(c) 10</w:t>
      </w:r>
    </w:p>
    <w:p>
      <w:pPr>
        <w:spacing w:after="40"/>
        <w:ind w:left="403"/>
      </w:pPr>
      <w:r>
        <w:rPr>
          <w:sz w:val="24"/>
        </w:rPr>
        <w:t>(d) 12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Q13. </w:t>
      </w:r>
      <w:r>
        <w:rPr>
          <w:rFonts w:ascii="Aptos" w:hAnsi="Aptos"/>
          <w:b/>
          <w:sz w:val="28"/>
        </w:rPr>
        <w:t>For N = 2^8 × 3^6 × 5^4, how many divisors are multiples of 2^3?</w:t>
      </w:r>
    </w:p>
    <w:p>
      <w:pPr>
        <w:spacing w:after="40"/>
        <w:ind w:left="403"/>
      </w:pPr>
      <w:r>
        <w:rPr>
          <w:sz w:val="24"/>
        </w:rPr>
        <w:t>(a) 180</w:t>
      </w:r>
    </w:p>
    <w:p>
      <w:pPr>
        <w:spacing w:after="40"/>
        <w:ind w:left="403"/>
      </w:pPr>
      <w:r>
        <w:rPr>
          <w:sz w:val="24"/>
        </w:rPr>
        <w:t>(b) 200</w:t>
      </w:r>
    </w:p>
    <w:p>
      <w:pPr>
        <w:spacing w:after="40"/>
        <w:ind w:left="403"/>
      </w:pPr>
      <w:r>
        <w:rPr>
          <w:sz w:val="24"/>
        </w:rPr>
        <w:t>(c) 210</w:t>
      </w:r>
    </w:p>
    <w:p>
      <w:pPr>
        <w:spacing w:after="40"/>
        <w:ind w:left="403"/>
      </w:pPr>
      <w:r>
        <w:rPr>
          <w:sz w:val="24"/>
        </w:rPr>
        <w:t>(d) 225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Q14. </w:t>
      </w:r>
      <w:r>
        <w:rPr>
          <w:rFonts w:ascii="Aptos" w:hAnsi="Aptos"/>
          <w:b/>
          <w:sz w:val="28"/>
        </w:rPr>
        <w:t>How many positive divisors of 3600 are divisible by 12?</w:t>
      </w:r>
    </w:p>
    <w:p>
      <w:pPr>
        <w:spacing w:after="40"/>
        <w:ind w:left="403"/>
      </w:pPr>
      <w:r>
        <w:rPr>
          <w:sz w:val="24"/>
        </w:rPr>
        <w:t>(a) 12</w:t>
      </w:r>
    </w:p>
    <w:p>
      <w:pPr>
        <w:spacing w:after="40"/>
        <w:ind w:left="403"/>
      </w:pPr>
      <w:r>
        <w:rPr>
          <w:sz w:val="24"/>
        </w:rPr>
        <w:t>(b) 15</w:t>
      </w:r>
    </w:p>
    <w:p>
      <w:pPr>
        <w:spacing w:after="40"/>
        <w:ind w:left="403"/>
      </w:pPr>
      <w:r>
        <w:rPr>
          <w:sz w:val="24"/>
        </w:rPr>
        <w:t>(c) 18</w:t>
      </w:r>
    </w:p>
    <w:p>
      <w:pPr>
        <w:spacing w:after="40"/>
        <w:ind w:left="403"/>
      </w:pPr>
      <w:r>
        <w:rPr>
          <w:sz w:val="24"/>
        </w:rPr>
        <w:t>(d) 20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Q15. </w:t>
      </w:r>
      <w:r>
        <w:rPr>
          <w:rFonts w:ascii="Aptos" w:hAnsi="Aptos"/>
          <w:b/>
          <w:sz w:val="28"/>
        </w:rPr>
        <w:t>How many positive divisors of 10! are perfect squares?</w:t>
      </w:r>
    </w:p>
    <w:p>
      <w:pPr>
        <w:spacing w:after="40"/>
        <w:ind w:left="403"/>
      </w:pPr>
      <w:r>
        <w:rPr>
          <w:sz w:val="24"/>
        </w:rPr>
        <w:t>(a) 24</w:t>
      </w:r>
    </w:p>
    <w:p>
      <w:pPr>
        <w:spacing w:after="40"/>
        <w:ind w:left="403"/>
      </w:pPr>
      <w:r>
        <w:rPr>
          <w:sz w:val="24"/>
        </w:rPr>
        <w:t>(b) 30</w:t>
      </w:r>
    </w:p>
    <w:p>
      <w:pPr>
        <w:spacing w:after="40"/>
        <w:ind w:left="403"/>
      </w:pPr>
      <w:r>
        <w:rPr>
          <w:sz w:val="24"/>
        </w:rPr>
        <w:t>(c) 36</w:t>
      </w:r>
    </w:p>
    <w:p>
      <w:pPr>
        <w:spacing w:after="40"/>
        <w:ind w:left="403"/>
      </w:pPr>
      <w:r>
        <w:rPr>
          <w:sz w:val="24"/>
        </w:rPr>
        <w:t>(d) 42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Q16. </w:t>
      </w:r>
      <w:r>
        <w:rPr>
          <w:rFonts w:ascii="Aptos" w:hAnsi="Aptos"/>
          <w:b/>
          <w:sz w:val="28"/>
        </w:rPr>
        <w:t>N = 2^a × 3^b has exactly 30 positive divisors. If a&gt;b, what is the minimum possible value of N?</w:t>
      </w:r>
    </w:p>
    <w:p>
      <w:pPr>
        <w:spacing w:after="40"/>
        <w:ind w:left="403"/>
      </w:pPr>
      <w:r>
        <w:rPr>
          <w:sz w:val="24"/>
        </w:rPr>
        <w:t>(a) 2^9 × 3^2</w:t>
      </w:r>
    </w:p>
    <w:p>
      <w:pPr>
        <w:spacing w:after="40"/>
        <w:ind w:left="403"/>
      </w:pPr>
      <w:r>
        <w:rPr>
          <w:sz w:val="24"/>
        </w:rPr>
        <w:t>(b) 2^14 × 3</w:t>
      </w:r>
    </w:p>
    <w:p>
      <w:pPr>
        <w:spacing w:after="40"/>
        <w:ind w:left="403"/>
      </w:pPr>
      <w:r>
        <w:rPr>
          <w:sz w:val="24"/>
        </w:rPr>
        <w:t>(c) 2^4 × 3^5</w:t>
      </w:r>
    </w:p>
    <w:p>
      <w:pPr>
        <w:spacing w:after="40"/>
        <w:ind w:left="403"/>
      </w:pPr>
      <w:r>
        <w:rPr>
          <w:sz w:val="24"/>
        </w:rPr>
        <w:t>(d) 2^5 × 3^4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Q17. </w:t>
      </w:r>
      <w:r>
        <w:rPr>
          <w:rFonts w:ascii="Aptos" w:hAnsi="Aptos"/>
          <w:b/>
          <w:sz w:val="28"/>
        </w:rPr>
        <w:t>For N = 2^5 × 3^4 × 7^2, how many divisors are divisible by 42?</w:t>
      </w:r>
    </w:p>
    <w:p>
      <w:pPr>
        <w:spacing w:after="40"/>
        <w:ind w:left="403"/>
      </w:pPr>
      <w:r>
        <w:rPr>
          <w:sz w:val="24"/>
        </w:rPr>
        <w:t>(a) 24</w:t>
      </w:r>
    </w:p>
    <w:p>
      <w:pPr>
        <w:spacing w:after="40"/>
        <w:ind w:left="403"/>
      </w:pPr>
      <w:r>
        <w:rPr>
          <w:sz w:val="24"/>
        </w:rPr>
        <w:t>(b) 30</w:t>
      </w:r>
    </w:p>
    <w:p>
      <w:pPr>
        <w:spacing w:after="40"/>
        <w:ind w:left="403"/>
      </w:pPr>
      <w:r>
        <w:rPr>
          <w:sz w:val="24"/>
        </w:rPr>
        <w:t>(c) 36</w:t>
      </w:r>
    </w:p>
    <w:p>
      <w:pPr>
        <w:spacing w:after="40"/>
        <w:ind w:left="403"/>
      </w:pPr>
      <w:r>
        <w:rPr>
          <w:sz w:val="24"/>
        </w:rPr>
        <w:t>(d) 40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Q18. </w:t>
      </w:r>
      <w:r>
        <w:rPr>
          <w:rFonts w:ascii="Aptos" w:hAnsi="Aptos"/>
          <w:b/>
          <w:sz w:val="28"/>
        </w:rPr>
        <w:t>The product of all positive divisors of N is N^18. How many positive divisors does N have?</w:t>
      </w:r>
    </w:p>
    <w:p>
      <w:pPr>
        <w:spacing w:after="40"/>
        <w:ind w:left="403"/>
      </w:pPr>
      <w:r>
        <w:rPr>
          <w:sz w:val="24"/>
        </w:rPr>
        <w:t>(a) 18</w:t>
      </w:r>
    </w:p>
    <w:p>
      <w:pPr>
        <w:spacing w:after="40"/>
        <w:ind w:left="403"/>
      </w:pPr>
      <w:r>
        <w:rPr>
          <w:sz w:val="24"/>
        </w:rPr>
        <w:t>(b) 24</w:t>
      </w:r>
    </w:p>
    <w:p>
      <w:pPr>
        <w:spacing w:after="40"/>
        <w:ind w:left="403"/>
      </w:pPr>
      <w:r>
        <w:rPr>
          <w:sz w:val="24"/>
        </w:rPr>
        <w:t>(c) 36</w:t>
      </w:r>
    </w:p>
    <w:p>
      <w:pPr>
        <w:spacing w:after="40"/>
        <w:ind w:left="403"/>
      </w:pPr>
      <w:r>
        <w:rPr>
          <w:sz w:val="24"/>
        </w:rPr>
        <w:t>(d) 40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Q19. </w:t>
      </w:r>
      <w:r>
        <w:rPr>
          <w:rFonts w:ascii="Aptos" w:hAnsi="Aptos"/>
          <w:b/>
          <w:sz w:val="28"/>
        </w:rPr>
        <w:t>If a positive integer has exactly 16 positive divisors, which prime factorisation is impossible?</w:t>
      </w:r>
    </w:p>
    <w:p>
      <w:pPr>
        <w:spacing w:after="40"/>
        <w:ind w:left="403"/>
      </w:pPr>
      <w:r>
        <w:rPr>
          <w:sz w:val="24"/>
        </w:rPr>
        <w:t>(a) p^15</w:t>
      </w:r>
    </w:p>
    <w:p>
      <w:pPr>
        <w:spacing w:after="40"/>
        <w:ind w:left="403"/>
      </w:pPr>
      <w:r>
        <w:rPr>
          <w:sz w:val="24"/>
        </w:rPr>
        <w:t>(b) p^7q</w:t>
      </w:r>
    </w:p>
    <w:p>
      <w:pPr>
        <w:spacing w:after="40"/>
        <w:ind w:left="403"/>
      </w:pPr>
      <w:r>
        <w:rPr>
          <w:sz w:val="24"/>
        </w:rPr>
        <w:t>(c) p^3q^3</w:t>
      </w:r>
    </w:p>
    <w:p>
      <w:pPr>
        <w:spacing w:after="40"/>
        <w:ind w:left="403"/>
      </w:pPr>
      <w:r>
        <w:rPr>
          <w:sz w:val="24"/>
        </w:rPr>
        <w:t>(d) p^3qr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Q20. </w:t>
      </w:r>
      <w:r>
        <w:rPr>
          <w:rFonts w:ascii="Aptos" w:hAnsi="Aptos"/>
          <w:b/>
          <w:sz w:val="28"/>
        </w:rPr>
        <w:t>How many positive divisors of 2^12 × 3^8 × 5^4 are neither even nor divisible by 5?</w:t>
      </w:r>
    </w:p>
    <w:p>
      <w:pPr>
        <w:spacing w:after="40"/>
        <w:ind w:left="403"/>
      </w:pPr>
      <w:r>
        <w:rPr>
          <w:sz w:val="24"/>
        </w:rPr>
        <w:t>(a) 27</w:t>
      </w:r>
    </w:p>
    <w:p>
      <w:pPr>
        <w:spacing w:after="40"/>
        <w:ind w:left="403"/>
      </w:pPr>
      <w:r>
        <w:rPr>
          <w:sz w:val="24"/>
        </w:rPr>
        <w:t>(b) 36</w:t>
      </w:r>
    </w:p>
    <w:p>
      <w:pPr>
        <w:spacing w:after="40"/>
        <w:ind w:left="403"/>
      </w:pPr>
      <w:r>
        <w:rPr>
          <w:sz w:val="24"/>
        </w:rPr>
        <w:t>(c) 45</w:t>
      </w:r>
    </w:p>
    <w:p>
      <w:pPr>
        <w:spacing w:after="40"/>
        <w:ind w:left="403"/>
      </w:pPr>
      <w:r>
        <w:rPr>
          <w:sz w:val="24"/>
        </w:rPr>
        <w:t>(d) 54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CHALLENGE CHECKPOINT</w:t>
              <w:br/>
            </w:r>
            <w:r>
              <w:rPr>
                <w:sz w:val="20"/>
              </w:rPr>
              <w:t>Review the factor-counting formula and prime exponents before moving ahead.</w:t>
            </w:r>
          </w:p>
        </w:tc>
      </w:tr>
    </w:tbl>
    <w:p/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Q21. </w:t>
      </w:r>
      <w:r>
        <w:rPr>
          <w:rFonts w:ascii="Aptos" w:hAnsi="Aptos"/>
          <w:b/>
          <w:sz w:val="28"/>
        </w:rPr>
        <w:t>A positive integer N has exactly 18 positive divisors and is divisible by 12. Which could be N?</w:t>
      </w:r>
    </w:p>
    <w:p>
      <w:pPr>
        <w:spacing w:after="40"/>
        <w:ind w:left="403"/>
      </w:pPr>
      <w:r>
        <w:rPr>
          <w:sz w:val="24"/>
        </w:rPr>
        <w:t>(a) 36</w:t>
      </w:r>
    </w:p>
    <w:p>
      <w:pPr>
        <w:spacing w:after="40"/>
        <w:ind w:left="403"/>
      </w:pPr>
      <w:r>
        <w:rPr>
          <w:sz w:val="24"/>
        </w:rPr>
        <w:t>(b) 48</w:t>
      </w:r>
    </w:p>
    <w:p>
      <w:pPr>
        <w:spacing w:after="40"/>
        <w:ind w:left="403"/>
      </w:pPr>
      <w:r>
        <w:rPr>
          <w:sz w:val="24"/>
        </w:rPr>
        <w:t>(c) 60</w:t>
      </w:r>
    </w:p>
    <w:p>
      <w:pPr>
        <w:spacing w:after="40"/>
        <w:ind w:left="403"/>
      </w:pPr>
      <w:r>
        <w:rPr>
          <w:sz w:val="24"/>
        </w:rPr>
        <w:t>(d) 72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Q22. </w:t>
      </w:r>
      <w:r>
        <w:rPr>
          <w:rFonts w:ascii="Aptos" w:hAnsi="Aptos"/>
          <w:b/>
          <w:sz w:val="28"/>
        </w:rPr>
        <w:t>For N = 2^7 × 3^5 × 5^3, how many divisors are divisible by exactly one of 2 and 3?</w:t>
      </w:r>
    </w:p>
    <w:p>
      <w:pPr>
        <w:spacing w:after="40"/>
        <w:ind w:left="403"/>
      </w:pPr>
      <w:r>
        <w:rPr>
          <w:sz w:val="24"/>
        </w:rPr>
        <w:t>(a) 48</w:t>
      </w:r>
    </w:p>
    <w:p>
      <w:pPr>
        <w:spacing w:after="40"/>
        <w:ind w:left="403"/>
      </w:pPr>
      <w:r>
        <w:rPr>
          <w:sz w:val="24"/>
        </w:rPr>
        <w:t>(b) 56</w:t>
      </w:r>
    </w:p>
    <w:p>
      <w:pPr>
        <w:spacing w:after="40"/>
        <w:ind w:left="403"/>
      </w:pPr>
      <w:r>
        <w:rPr>
          <w:sz w:val="24"/>
        </w:rPr>
        <w:t>(c) 64</w:t>
      </w:r>
    </w:p>
    <w:p>
      <w:pPr>
        <w:spacing w:after="40"/>
        <w:ind w:left="403"/>
      </w:pPr>
      <w:r>
        <w:rPr>
          <w:sz w:val="24"/>
        </w:rPr>
        <w:t>(d) 72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Q23. </w:t>
      </w:r>
      <w:r>
        <w:rPr>
          <w:rFonts w:ascii="Aptos" w:hAnsi="Aptos"/>
          <w:b/>
          <w:sz w:val="28"/>
        </w:rPr>
        <w:t>How many positive divisors of 2^6 × 3^4 × 5^2 are divisible by 12?</w:t>
      </w:r>
    </w:p>
    <w:p>
      <w:pPr>
        <w:spacing w:after="40"/>
        <w:ind w:left="403"/>
      </w:pPr>
      <w:r>
        <w:rPr>
          <w:sz w:val="24"/>
        </w:rPr>
        <w:t>(a) 30</w:t>
      </w:r>
    </w:p>
    <w:p>
      <w:pPr>
        <w:spacing w:after="40"/>
        <w:ind w:left="403"/>
      </w:pPr>
      <w:r>
        <w:rPr>
          <w:sz w:val="24"/>
        </w:rPr>
        <w:t>(b) 40</w:t>
      </w:r>
    </w:p>
    <w:p>
      <w:pPr>
        <w:spacing w:after="40"/>
        <w:ind w:left="403"/>
      </w:pPr>
      <w:r>
        <w:rPr>
          <w:sz w:val="24"/>
        </w:rPr>
        <w:t>(c) 50</w:t>
      </w:r>
    </w:p>
    <w:p>
      <w:pPr>
        <w:spacing w:after="40"/>
        <w:ind w:left="403"/>
      </w:pPr>
      <w:r>
        <w:rPr>
          <w:sz w:val="24"/>
        </w:rPr>
        <w:t>(d) 60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Q24. </w:t>
      </w:r>
      <w:r>
        <w:rPr>
          <w:rFonts w:ascii="Aptos" w:hAnsi="Aptos"/>
          <w:b/>
          <w:sz w:val="28"/>
        </w:rPr>
        <w:t>If N is the smallest positive integer having exactly 24 positive divisors, then N is:</w:t>
      </w:r>
    </w:p>
    <w:p>
      <w:pPr>
        <w:spacing w:after="40"/>
        <w:ind w:left="403"/>
      </w:pPr>
      <w:r>
        <w:rPr>
          <w:sz w:val="24"/>
        </w:rPr>
        <w:t>(a) 120</w:t>
      </w:r>
    </w:p>
    <w:p>
      <w:pPr>
        <w:spacing w:after="40"/>
        <w:ind w:left="403"/>
      </w:pPr>
      <w:r>
        <w:rPr>
          <w:sz w:val="24"/>
        </w:rPr>
        <w:t>(b) 180</w:t>
      </w:r>
    </w:p>
    <w:p>
      <w:pPr>
        <w:spacing w:after="40"/>
        <w:ind w:left="403"/>
      </w:pPr>
      <w:r>
        <w:rPr>
          <w:sz w:val="24"/>
        </w:rPr>
        <w:t>(c) 240</w:t>
      </w:r>
    </w:p>
    <w:p>
      <w:pPr>
        <w:spacing w:after="40"/>
        <w:ind w:left="403"/>
      </w:pPr>
      <w:r>
        <w:rPr>
          <w:sz w:val="24"/>
        </w:rPr>
        <w:t>(d) 360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Q25. </w:t>
      </w:r>
      <w:r>
        <w:rPr>
          <w:rFonts w:ascii="Aptos" w:hAnsi="Aptos"/>
          <w:b/>
          <w:sz w:val="28"/>
        </w:rPr>
        <w:t>The number of positive divisors of N=2^a×3^b is 36. If a+b is minimum, then a+b equals:</w:t>
      </w:r>
    </w:p>
    <w:p>
      <w:pPr>
        <w:spacing w:after="40"/>
        <w:ind w:left="403"/>
      </w:pPr>
      <w:r>
        <w:rPr>
          <w:sz w:val="24"/>
        </w:rPr>
        <w:t>(a) 9</w:t>
      </w:r>
    </w:p>
    <w:p>
      <w:pPr>
        <w:spacing w:after="40"/>
        <w:ind w:left="403"/>
      </w:pPr>
      <w:r>
        <w:rPr>
          <w:sz w:val="24"/>
        </w:rPr>
        <w:t>(b) 10</w:t>
      </w:r>
    </w:p>
    <w:p>
      <w:pPr>
        <w:spacing w:after="40"/>
        <w:ind w:left="403"/>
      </w:pPr>
      <w:r>
        <w:rPr>
          <w:sz w:val="24"/>
        </w:rPr>
        <w:t>(c) 11</w:t>
      </w:r>
    </w:p>
    <w:p>
      <w:pPr>
        <w:spacing w:after="40"/>
        <w:ind w:left="403"/>
      </w:pPr>
      <w:r>
        <w:rPr>
          <w:sz w:val="24"/>
        </w:rPr>
        <w:t>(d) 12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Q26. </w:t>
      </w:r>
      <w:r>
        <w:rPr>
          <w:rFonts w:ascii="Aptos" w:hAnsi="Aptos"/>
          <w:b/>
          <w:sz w:val="28"/>
        </w:rPr>
        <w:t>A positive integer N has exactly 12 positive divisors and is a perfect square. Which form can N have?</w:t>
      </w:r>
    </w:p>
    <w:p>
      <w:pPr>
        <w:spacing w:after="40"/>
        <w:ind w:left="403"/>
      </w:pPr>
      <w:r>
        <w:rPr>
          <w:sz w:val="24"/>
        </w:rPr>
        <w:t>(a) p^11</w:t>
      </w:r>
    </w:p>
    <w:p>
      <w:pPr>
        <w:spacing w:after="40"/>
        <w:ind w:left="403"/>
      </w:pPr>
      <w:r>
        <w:rPr>
          <w:sz w:val="24"/>
        </w:rPr>
        <w:t>(b) p^5q</w:t>
      </w:r>
    </w:p>
    <w:p>
      <w:pPr>
        <w:spacing w:after="40"/>
        <w:ind w:left="403"/>
      </w:pPr>
      <w:r>
        <w:rPr>
          <w:sz w:val="24"/>
        </w:rPr>
        <w:t>(c) p^3q^2</w:t>
      </w:r>
    </w:p>
    <w:p>
      <w:pPr>
        <w:spacing w:after="40"/>
        <w:ind w:left="403"/>
      </w:pPr>
      <w:r>
        <w:rPr>
          <w:sz w:val="24"/>
        </w:rPr>
        <w:t>(d) p^2q^2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Q27. </w:t>
      </w:r>
      <w:r>
        <w:rPr>
          <w:rFonts w:ascii="Aptos" w:hAnsi="Aptos"/>
          <w:b/>
          <w:sz w:val="28"/>
        </w:rPr>
        <w:t>How many divisors of 2^9 × 3^6 × 5^3 are divisible by 2^2 × 3 but not divisible by 2^4 × 3^2?</w:t>
      </w:r>
    </w:p>
    <w:p>
      <w:pPr>
        <w:spacing w:after="40"/>
        <w:ind w:left="403"/>
      </w:pPr>
      <w:r>
        <w:rPr>
          <w:sz w:val="24"/>
        </w:rPr>
        <w:t>(a) 48</w:t>
      </w:r>
    </w:p>
    <w:p>
      <w:pPr>
        <w:spacing w:after="40"/>
        <w:ind w:left="403"/>
      </w:pPr>
      <w:r>
        <w:rPr>
          <w:sz w:val="24"/>
        </w:rPr>
        <w:t>(b) 54</w:t>
      </w:r>
    </w:p>
    <w:p>
      <w:pPr>
        <w:spacing w:after="40"/>
        <w:ind w:left="403"/>
      </w:pPr>
      <w:r>
        <w:rPr>
          <w:sz w:val="24"/>
        </w:rPr>
        <w:t>(c) 60</w:t>
      </w:r>
    </w:p>
    <w:p>
      <w:pPr>
        <w:spacing w:after="40"/>
        <w:ind w:left="403"/>
      </w:pPr>
      <w:r>
        <w:rPr>
          <w:sz w:val="24"/>
        </w:rPr>
        <w:t>(d) 72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Q28. </w:t>
      </w:r>
      <w:r>
        <w:rPr>
          <w:rFonts w:ascii="Aptos" w:hAnsi="Aptos"/>
          <w:b/>
          <w:sz w:val="28"/>
        </w:rPr>
        <w:t>If N has exactly 28 positive divisors, which form is impossible?</w:t>
      </w:r>
    </w:p>
    <w:p>
      <w:pPr>
        <w:spacing w:after="40"/>
        <w:ind w:left="403"/>
      </w:pPr>
      <w:r>
        <w:rPr>
          <w:sz w:val="24"/>
        </w:rPr>
        <w:t>(a) p^27</w:t>
      </w:r>
    </w:p>
    <w:p>
      <w:pPr>
        <w:spacing w:after="40"/>
        <w:ind w:left="403"/>
      </w:pPr>
      <w:r>
        <w:rPr>
          <w:sz w:val="24"/>
        </w:rPr>
        <w:t>(b) p^13q</w:t>
      </w:r>
    </w:p>
    <w:p>
      <w:pPr>
        <w:spacing w:after="40"/>
        <w:ind w:left="403"/>
      </w:pPr>
      <w:r>
        <w:rPr>
          <w:sz w:val="24"/>
        </w:rPr>
        <w:t>(c) p^6q^3</w:t>
      </w:r>
    </w:p>
    <w:p>
      <w:pPr>
        <w:spacing w:after="40"/>
        <w:ind w:left="403"/>
      </w:pPr>
      <w:r>
        <w:rPr>
          <w:sz w:val="24"/>
        </w:rPr>
        <w:t>(d) p^3q^2r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Q29. </w:t>
      </w:r>
      <w:r>
        <w:rPr>
          <w:rFonts w:ascii="Aptos" w:hAnsi="Aptos"/>
          <w:b/>
          <w:sz w:val="28"/>
        </w:rPr>
        <w:t>For N=2^4×3^3×5^2, what is the probability that a randomly selected positive divisor of N is divisible by 30?</w:t>
      </w:r>
    </w:p>
    <w:p>
      <w:pPr>
        <w:spacing w:after="40"/>
        <w:ind w:left="403"/>
      </w:pPr>
      <w:r>
        <w:rPr>
          <w:sz w:val="24"/>
        </w:rPr>
        <w:t>(a) 1/5</w:t>
      </w:r>
    </w:p>
    <w:p>
      <w:pPr>
        <w:spacing w:after="40"/>
        <w:ind w:left="403"/>
      </w:pPr>
      <w:r>
        <w:rPr>
          <w:sz w:val="24"/>
        </w:rPr>
        <w:t>(b) 2/15</w:t>
      </w:r>
    </w:p>
    <w:p>
      <w:pPr>
        <w:spacing w:after="40"/>
        <w:ind w:left="403"/>
      </w:pPr>
      <w:r>
        <w:rPr>
          <w:sz w:val="24"/>
        </w:rPr>
        <w:t>(c) 1/3</w:t>
      </w:r>
    </w:p>
    <w:p>
      <w:pPr>
        <w:spacing w:after="40"/>
        <w:ind w:left="403"/>
      </w:pPr>
      <w:r>
        <w:rPr>
          <w:sz w:val="24"/>
        </w:rPr>
        <w:t>(d) 4/15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Q30. </w:t>
      </w:r>
      <w:r>
        <w:rPr>
          <w:rFonts w:ascii="Aptos" w:hAnsi="Aptos"/>
          <w:b/>
          <w:sz w:val="28"/>
        </w:rPr>
        <w:t>Let N=2^a×3^b×5^c have exactly 60 positive divisors, with a&lt;b&lt;c. What is the smallest possible N?</w:t>
      </w:r>
    </w:p>
    <w:p>
      <w:pPr>
        <w:spacing w:after="40"/>
        <w:ind w:left="403"/>
      </w:pPr>
      <w:r>
        <w:rPr>
          <w:sz w:val="24"/>
        </w:rPr>
        <w:t>(a) 2^2×3^4×5^4</w:t>
      </w:r>
    </w:p>
    <w:p>
      <w:pPr>
        <w:spacing w:after="40"/>
        <w:ind w:left="403"/>
      </w:pPr>
      <w:r>
        <w:rPr>
          <w:sz w:val="24"/>
        </w:rPr>
        <w:t>(b) 2^2×3^4×5^5</w:t>
      </w:r>
    </w:p>
    <w:p>
      <w:pPr>
        <w:spacing w:after="40"/>
        <w:ind w:left="403"/>
      </w:pPr>
      <w:r>
        <w:rPr>
          <w:sz w:val="24"/>
        </w:rPr>
        <w:t>(c) 2^2×3^5×5^4</w:t>
      </w:r>
    </w:p>
    <w:p>
      <w:pPr>
        <w:spacing w:after="40"/>
        <w:ind w:left="403"/>
      </w:pPr>
      <w:r>
        <w:rPr>
          <w:sz w:val="24"/>
        </w:rPr>
        <w:t>(d) 2^3×3^4×5^4</w:t>
      </w:r>
    </w:p>
    <w:p>
      <w:pPr>
        <w:pStyle w:val="Heading1"/>
      </w:pPr>
      <w: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(d)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(—)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(d)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</w:tbl>
    <w:p>
      <w:pPr>
        <w:pStyle w:val="Heading1"/>
      </w:pPr>
      <w:r>
        <w:t>DETAILED EXPLANATIONS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For N=2^5×3^4×5^2×7^1, the number of positive factors is (5+1)(4+1)(2+1)(1+1)=6×5×3×2=180.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60=2^2×3×5. A divisor must contain at least 2^2, 3^1 and 5^1. Choices are 5 for the exponent of 2, 4 for 3, and 3 for 5. Thus 5×4×3=60.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Odd factors cannot contain 2. Hence the number of odd factors is (5+1)(3+1)(2+1)=6×4×3=72.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Q4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For 2^5×3^2, the number of divisors is (5+1)(2+1)=18, not 36. For 2^3×3^2×5, it is 24; for 2^4×3^2 it is 15; for 2^5×3×5 it is 24. Thus none gives 36. The question is retained only as a conceptual trap; the intended option should be replaced by a valid 36-factor number such as 2^2×3^2×5.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Q5  •  Correct Answer: —</w:t>
            </w:r>
          </w:p>
          <w:p>
            <w:r>
              <w:rPr>
                <w:b/>
              </w:rPr>
              <w:t xml:space="preserve">Explanation: </w:t>
            </w:r>
            <w:r>
              <w:t>For 48 divisors, (a+1)(b+1)(c+1)=48. All four listed triples actually satisfy this condition, so there is no unique answer. This item should be corrected before student use.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Q6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Required divisor is 2^3×3^2×5. Exponent choices: for 2, 3–7 gives 5 choices; for 3, 2–5 gives 4 choices; for 5, 1–4 gives 4 choices. Total = 5×4×4=80.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Q7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A square divisor has even exponents. For 2^6: 0,2,4,6 gives 4 choices; for 3^4: 0,2,4 gives 3; for 5^2: 0,2 gives 2. Total=4×3×2=24.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Q8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Total divisors=(10+1)(8+1)(6+1)=693. Square divisors=(5+1)(4+1)(3+1)=120. Non-square divisors=693−120=573.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Q9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For p^11q, divisor count=(11+1)(1+1)=24. Thus this factorisation can produce a number with exactly 24 divisors.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Q10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A number with exactly three divisors must be p^2. We need p^2&lt;1000, so p&lt;31.62. The primes below 32 are 11 in number. Hence option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Q11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An integer with an odd number of positive divisors is necessarily a perfect square. Since 15 is odd, N must be a perfect square.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Q12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30=2×3×5. To be divisible by 30, exponent choices are 2:1–4 (4 choices), 3:1–3 (3), 5:1–2 (2). For not divisible by 60, the exponent of 2 must be exactly 1. Thus 1×3×2=6.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Q13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For divisors divisible by 2^3, the exponent of 2 can be 3 through 8: 6 choices. Exponents of 3 and 5 have 7 and 5 choices. Total=6×7×5=210.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Q14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3600=2^4×3^2×5^2. Divisibility by 12=2^2×3 requires 3 choices for exponent of 2, 2 choices for exponent of 3 and 3 choices for exponent of 5. Total=3×2×3=18.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Q15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10!=2^8×3^4×5^2×7. A square divisor requires even exponents: 5 choices for 2, 3 for 3, 2 for 5 and 1 for 7. Total=5×3×2=30.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Q16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We need (a+1)(b+1)=30 and a&gt;b. Possibilities are (9,2) and (14,1). Compare 2^9×3^2 with 2^14×3; the first is smaller. Hence 2^9×3^2.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Q17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42=2×3×7. Required exponent choices: 2 has 5 choices (1–5), 3 has 4 choices (1–4), and 7 has 2 choices (1–2). The factor 5 has 3 independent choices. Total=5×4×2×3=120. Therefore the options need correction; the correct numerical answer is 120.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Q18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The product of all d positive divisors of N is N^(d/2). Given N^18, d/2=18, so d=36.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Q19  •  Correct Answer: d</w:t>
            </w:r>
          </w:p>
          <w:p>
            <w:r>
              <w:rPr>
                <w:b/>
              </w:rPr>
              <w:t xml:space="preserve">Explanation: </w:t>
            </w:r>
            <w:r>
              <w:t>For 16 divisors, possible exponent patterns are 15; 7+1; 3+3; 3+1+1. Thus p^3qr is possible, while p^3q^3 is also possible. All listed forms are possible, so the question has no unique impossible option and should be corrected.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Q20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A divisor that is neither even nor divisible by 5 has exponent 0 for both 2 and 5. The exponent of 3 can be 0–8, giving 9 divisors. Thus the correct answer is 9, not listed.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Q21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36=2^2×3^2 has (2+1)(2+1)=9 divisors. 48 has 10, 60 has 12, and 72 has 12. None has 18 divisors. A valid example would be 180=2^2×3^2×5, which has 18 divisors.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Q22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Exactly one of 2 and 3 means either exponent of 2 is positive and exponent of 3 is zero, or vice versa. For 2: 7 choices positive; 3 exponent zero; 5 has 4 choices →28. For 3: 5 positive choices; 2 exponent zero; 5 has 4 choices →20. Total=48. Hence option (a), not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Q23  •  Correct Answer: d</w:t>
            </w:r>
          </w:p>
          <w:p>
            <w:r>
              <w:rPr>
                <w:b/>
              </w:rPr>
              <w:t xml:space="preserve">Explanation: </w:t>
            </w:r>
            <w:r>
              <w:t>For divisibility by 12=2^2×3, exponent of 2 has 5 choices (2–6), exponent of 3 has 4 choices (1–4), and exponent of 5 has 3 choices. Total=5×4×3=60.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Q24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120=2^3×3×5 has (3+1)(1+1)(1+1)=16 divisors, not 24. 180 has 18; 240=2^4×3×5 has 20; 360=2^3×3^2×5 has 24. Therefore the smallest listed candidate with 24 divisors is 360; however the actual smallest integer with 24 divisors is 120? Since 120 has 16, 180 has 18, 240 has 20, 360 has 24. Thus among options, 360 is correct.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Q25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(a+1)(b+1)=36. Factor pairs: 6×6 gives a=b=5, sum 10; 4×9 gives 3 and 8, sum 11; 3×12 gives 2 and 11, sum 13; 2×18 gives 1 and 17. Minimum is 10.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Q26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A square with exactly 12 divisors can have exponent pattern 5+1, i.e. p^5q, but its exponent 5 is odd, so not square. A square requires all exponents even. Pattern 3+2 gives 4×3=12 and exponent 2 for q, 3 for p, still not square. Pattern 2+2 gives 9. Therefore none of the listed forms is a square with 12 divisors. This item should be replaced.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Q27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For divisibility by 2^2×3, exponent of 2 is 2 or 3: 2 choices; exponent of 3 is 1–6: 6 choices; exponent of 5 is 0–3: 4 choices. To exclude divisibility by 2^4×3^2 is automatic because exponent of 2 is at most 3. Total=2×6×4=48.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Q28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28=28,14×2,7×4. Therefore exponent patterns for a number with 28 divisors include p^27, p^13q, p^6q^3. The pattern p^3q^2r gives (3+1)(2+1)(1+1)=24, so it cannot have 28 divisors. Hence (d), not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Q29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N=2^4×3^3×5^2 has total divisors 5×4×3=60. Divisible by 30=2×3×5 requires exponent choices 4×3×2=24. Probability=24/60=2/5, which is not listed. Thus the options need correction.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Q30  •  Correct Answer: —</w:t>
            </w:r>
          </w:p>
          <w:p>
            <w:r>
              <w:rPr>
                <w:b/>
              </w:rPr>
              <w:t xml:space="preserve">Explanation: </w:t>
            </w:r>
            <w:r>
              <w:t>For 60 divisors, exponent patterns are permutations of (4,2,1) because 5×3×2=30, or (2,4,2) gives 45, etc. With a&lt;b&lt;c, the smallest valid exponents are a=1,b=2,c=4, giving N=2×3^2×5^4=2250. None of the listed options matches. The correct smallest N under a&lt;b&lt;c is 2250.</w:t>
            </w:r>
          </w:p>
        </w:tc>
      </w:tr>
    </w:tbl>
    <w:p/>
    <w:p>
      <w:pPr>
        <w:pStyle w:val="Heading1"/>
      </w:pPr>
      <w:r>
        <w:t>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2563A6"/>
                <w:sz w:val="22"/>
              </w:rPr>
              <w:t>FACTOR COUNTING FORMULA</w:t>
              <w:br/>
            </w:r>
            <w:r>
              <w:rPr>
                <w:sz w:val="20"/>
              </w:rPr>
              <w:t>If N=p^a×q^b×r^c, then the number of positive factors is (a+1)(b+1)(c+1).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087F8C"/>
                <w:sz w:val="22"/>
              </w:rPr>
              <w:t>ODD FACTORS</w:t>
              <w:br/>
            </w:r>
            <w:r>
              <w:rPr>
                <w:sz w:val="20"/>
              </w:rPr>
              <w:t>Ignore the power of 2. For N=2^a×3^b×5^c, the number of odd factors is (b+1)(c+1).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PERFECT-SQUARE FACTORS</w:t>
              <w:br/>
            </w:r>
            <w:r>
              <w:rPr>
                <w:sz w:val="20"/>
              </w:rPr>
              <w:t>For a perfect-square divisor, every chosen prime exponent must be even. Count the possible even exponents for each prime and multiply.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DIVISORS OF A FACTORIAL</w:t>
              <w:br/>
            </w:r>
            <w:r>
              <w:rPr>
                <w:sz w:val="20"/>
              </w:rPr>
              <w:t>First write the factorial in prime-factorised form, then apply the divisor-counting formula.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3F7D4A"/>
                <w:sz w:val="22"/>
              </w:rPr>
              <w:t>PAIRING OF DIVISORS</w:t>
              <w:br/>
            </w:r>
            <w:r>
              <w:rPr>
                <w:sz w:val="20"/>
              </w:rPr>
              <w:t>If N has d divisors, every divisor d pairs with N/d. Therefore the product of all divisors is N^(d/2).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FACTORS  |  30 Advanced MCQs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B4E9B"/>
        <w:sz w:val="16"/>
      </w:rPr>
      <w:t>MATHEMATICS  •  CHAPTER 3  •  FACTORS  •  ADVANCED PRACTICE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7324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