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F75B5"/>
          <w:sz w:val="36"/>
        </w:rPr>
        <w:t>CHAPTER 3</w:t>
      </w:r>
    </w:p>
    <w:p>
      <w:pPr>
        <w:jc w:val="center"/>
      </w:pPr>
      <w:r>
        <w:rPr>
          <w:b/>
          <w:color w:val="17365D"/>
          <w:sz w:val="56"/>
        </w:rPr>
        <w:t>FACTORS</w:t>
      </w:r>
    </w:p>
    <w:p>
      <w:pPr>
        <w:jc w:val="center"/>
      </w:pPr>
      <w:r>
        <w:rPr>
          <w:color w:val="008C95"/>
          <w:sz w:val="24"/>
        </w:rPr>
        <w:t>Concepts • Methods • Formulae • Solved Examples • Quick Revision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DDEBF7"/>
          </w:tcPr>
          <w:p>
            <w:r>
              <w:rPr>
                <w:b/>
                <w:color w:val="17365D"/>
                <w:sz w:val="22"/>
              </w:rPr>
              <w:t>LEARNING OBJECTIVE</w:t>
              <w:br/>
            </w:r>
            <w:r>
              <w:rPr>
                <w:sz w:val="20"/>
              </w:rPr>
              <w:t>Learn how to identify, count, classify and use factors of numbers, including prime factorisation, number of divisors, odd/even factors, sum and product of factors, perfect powers, and higher-level factor problems.</w:t>
            </w:r>
          </w:p>
        </w:tc>
      </w:tr>
    </w:tbl>
    <w:p/>
    <w:p>
      <w:pPr>
        <w:pStyle w:val="Heading1"/>
      </w:pPr>
      <w:r>
        <w:t>Chapter Roadmap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No.</w:t>
            </w:r>
          </w:p>
        </w:tc>
        <w:tc>
          <w:tcPr>
            <w:tcW w:type="dxa" w:w="336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Section</w:t>
            </w:r>
          </w:p>
        </w:tc>
        <w:tc>
          <w:tcPr>
            <w:tcW w:type="dxa" w:w="3360"/>
            <w:vAlign w:val="center"/>
            <w:shd w:fill="17365D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Focus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22222"/>
                <w:sz w:val="20"/>
              </w:rPr>
              <w:t>1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Meaning of Factors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Factors, divisors, multiples and factor pairs.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22222"/>
                <w:sz w:val="20"/>
              </w:rPr>
              <w:t>2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Prime Factorisation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Unique prime-factor representation.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22222"/>
                <w:sz w:val="20"/>
              </w:rPr>
              <w:t>3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Number of Factors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Derivation and applications of the divisor-count formula.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22222"/>
                <w:sz w:val="20"/>
              </w:rPr>
              <w:t>4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Odd and Even Factors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Counting and classifying factors.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22222"/>
                <w:sz w:val="20"/>
              </w:rPr>
              <w:t>5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Sum and Product of Factors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Important formulas and applications.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22222"/>
                <w:sz w:val="20"/>
              </w:rPr>
              <w:t>6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Perfect Squares &amp; Cubes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Factor patterns and perfect-power conditions.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22222"/>
                <w:sz w:val="20"/>
              </w:rPr>
              <w:t>7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Numbers with a Given Number of Factors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Constructing smallest/largest numbers.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22222"/>
                <w:sz w:val="20"/>
              </w:rPr>
              <w:t>8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Advanced Factor Problems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Mixed, range and condition-based questions.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22222"/>
                <w:sz w:val="20"/>
              </w:rPr>
              <w:t>9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Shortcuts &amp; Revision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Common traps and complete formula sheet.</w:t>
            </w:r>
          </w:p>
        </w:tc>
      </w:tr>
    </w:tbl>
    <w:p>
      <w:r>
        <w:br w:type="page"/>
      </w:r>
    </w:p>
    <w:p>
      <w:pPr>
        <w:pStyle w:val="Heading1"/>
      </w:pPr>
      <w:r>
        <w:t>1. What is a Factor?</w:t>
      </w:r>
    </w:p>
    <w:p>
      <w:pPr>
        <w:spacing w:after="100"/>
      </w:pPr>
      <w:r>
        <w:t>A factor of a number is an integer that divides the number exactly, leaving remainder zero. For example, 6 is a factor of 24 because 24 ÷ 6 = 4.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DDEBF7"/>
          </w:tcPr>
          <w:p>
            <w:r>
              <w:rPr>
                <w:b/>
                <w:color w:val="17365D"/>
                <w:sz w:val="22"/>
              </w:rPr>
              <w:t>KEY DEFINITION</w:t>
              <w:br/>
            </w:r>
            <w:r>
              <w:rPr>
                <w:sz w:val="20"/>
              </w:rPr>
              <w:t>If a divides N exactly, then a is a factor (or divisor) of N. Every positive factor of N occurs in a factor pair whose product is N.</w:t>
            </w:r>
          </w:p>
        </w:tc>
      </w:tr>
    </w:tbl>
    <w:p/>
    <w:p>
      <w:pPr>
        <w:pStyle w:val="Heading2"/>
      </w:pPr>
      <w:r>
        <w:t>Factor Pairs</w:t>
      </w:r>
    </w:p>
    <w:p>
      <w:pPr>
        <w:spacing w:after="100"/>
      </w:pPr>
      <w:r>
        <w:t>For 36, the positive factor pairs are (1,36), (2,18), (3,12), (4,9), and (6,6). The complete positive factor set is 1, 2, 3, 4, 6, 9, 12, 18, 36.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 — Listing factors</w:t>
            </w:r>
          </w:p>
          <w:p>
            <w:r>
              <w:rPr>
                <w:b/>
              </w:rPr>
              <w:t xml:space="preserve">Question: </w:t>
            </w:r>
            <w:r>
              <w:t>Find all positive factors of 48.</w:t>
            </w:r>
          </w:p>
          <w:p>
            <w:r>
              <w:rPr>
                <w:b/>
              </w:rPr>
              <w:t>Solution:</w:t>
              <w:br/>
            </w:r>
            <w:r>
              <w:t>Check factor pairs: 1×48, 2×24, 3×16, 4×12, 6×8. Therefore all positive factors are 1, 2, 3, 4, 6, 8, 12, 16, 24 and 48.</w:t>
            </w:r>
          </w:p>
          <w:p>
            <w:r>
              <w:rPr>
                <w:b/>
                <w:color w:val="17365D"/>
              </w:rPr>
              <w:t>Final Answer: 10 positive factors</w:t>
            </w:r>
          </w:p>
          <w:p>
            <w:r>
              <w:rPr>
                <w:b/>
              </w:rPr>
              <w:t xml:space="preserve">Key Learning: </w:t>
            </w:r>
            <w:r>
              <w:t>Factor pairs reduce the work: once √N is reached, the pairs repeat.</w:t>
            </w:r>
          </w:p>
        </w:tc>
      </w:tr>
    </w:tbl>
    <w:p/>
    <w:p>
      <w:pPr>
        <w:pStyle w:val="Heading1"/>
      </w:pPr>
      <w:r>
        <w:t>2. Prime Factorisation</w:t>
      </w:r>
    </w:p>
    <w:p>
      <w:pPr>
        <w:spacing w:after="100"/>
      </w:pPr>
      <w:r>
        <w:t>Prime factorisation expresses a positive integer as a product of prime numbers. By the fundamental theorem of arithmetic, every integer greater than 1 has a unique prime factorisation apart from the order of the factors.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</w:tcPr>
          <w:p>
            <w:r>
              <w:rPr>
                <w:b/>
                <w:color w:val="17365D"/>
                <w:sz w:val="22"/>
              </w:rPr>
              <w:t>EXAMPLE</w:t>
              <w:br/>
            </w:r>
            <w:r>
              <w:rPr>
                <w:sz w:val="20"/>
              </w:rPr>
              <w:t>360 = 2³ × 3² × 5</w:t>
            </w:r>
          </w:p>
        </w:tc>
      </w:tr>
    </w:tbl>
    <w:p/>
    <w:p>
      <w:pPr>
        <w:spacing w:after="100"/>
      </w:pPr>
      <w:r>
        <w:t>Prime factorisation is the foundation for counting factors, finding HCF and LCM, finding the sum of factors, and recognising perfect squares or cubes.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2 — Prime factorisation</w:t>
            </w:r>
          </w:p>
          <w:p>
            <w:r>
              <w:rPr>
                <w:b/>
              </w:rPr>
              <w:t xml:space="preserve">Question: </w:t>
            </w:r>
            <w:r>
              <w:t>Express 840 as a product of primes.</w:t>
            </w:r>
          </w:p>
          <w:p>
            <w:r>
              <w:rPr>
                <w:b/>
              </w:rPr>
              <w:t>Solution:</w:t>
              <w:br/>
            </w:r>
            <w:r>
              <w:t>840 = 84×10 = (2²×3×7)×(2×5) = 2³×3×5×7.</w:t>
            </w:r>
          </w:p>
          <w:p>
            <w:r>
              <w:rPr>
                <w:b/>
                <w:color w:val="17365D"/>
              </w:rPr>
              <w:t>Final Answer: 2³ × 3 × 5 × 7</w:t>
            </w:r>
          </w:p>
        </w:tc>
      </w:tr>
    </w:tbl>
    <w:p/>
    <w:p>
      <w:pPr>
        <w:pStyle w:val="Heading1"/>
      </w:pPr>
      <w:r>
        <w:t>3. Number of Factors — The Main Formula</w:t>
      </w:r>
    </w:p>
    <w:p>
      <w:pPr>
        <w:spacing w:after="100"/>
      </w:pPr>
      <w:r>
        <w:t>Suppose N = pᵃ × qᵇ × rᶜ, where p, q and r are distinct primes. A factor of N can contain p⁰ through pᵃ, q⁰ through qᵇ and r⁰ through rᶜ. Thus there are (a+1)(b+1)(c+1) choices.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</w:tcPr>
          <w:p>
            <w:r>
              <w:rPr>
                <w:b/>
                <w:color w:val="17365D"/>
                <w:sz w:val="22"/>
              </w:rPr>
              <w:t>DIVISOR-COUNT FORMULA</w:t>
              <w:br/>
            </w:r>
            <w:r>
              <w:rPr>
                <w:sz w:val="20"/>
              </w:rPr>
              <w:t>If N = p₁ᵃ¹ × p₂ᵃ² × ... × pₖᵃᵏ, then the number of positive factors of N is (a₁+1)(a₂+1)...(aₖ+1).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3 — Counting factors</w:t>
            </w:r>
          </w:p>
          <w:p>
            <w:r>
              <w:rPr>
                <w:b/>
              </w:rPr>
              <w:t xml:space="preserve">Question: </w:t>
            </w:r>
            <w:r>
              <w:t>Find the number of positive factors of 360.</w:t>
            </w:r>
          </w:p>
          <w:p>
            <w:r>
              <w:rPr>
                <w:b/>
              </w:rPr>
              <w:t>Solution:</w:t>
              <w:br/>
            </w:r>
            <w:r>
              <w:t>360 = 2³×3²×5. Therefore d(360)=(3+1)(2+1)(1+1)=4×3×2=24.</w:t>
            </w:r>
          </w:p>
          <w:p>
            <w:r>
              <w:rPr>
                <w:b/>
                <w:color w:val="17365D"/>
              </w:rPr>
              <w:t>Final Answer: 24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4 — Counting factors of a power</w:t>
            </w:r>
          </w:p>
          <w:p>
            <w:r>
              <w:rPr>
                <w:b/>
              </w:rPr>
              <w:t xml:space="preserve">Question: </w:t>
            </w:r>
            <w:r>
              <w:t>Find the number of positive factors of 2⁸×3⁵.</w:t>
            </w:r>
          </w:p>
          <w:p>
            <w:r>
              <w:rPr>
                <w:b/>
              </w:rPr>
              <w:t>Solution:</w:t>
              <w:br/>
            </w:r>
            <w:r>
              <w:t>Apply the formula: (8+1)(5+1)=9×6=54.</w:t>
            </w:r>
          </w:p>
          <w:p>
            <w:r>
              <w:rPr>
                <w:b/>
                <w:color w:val="17365D"/>
              </w:rPr>
              <w:t>Final Answer: 54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5 — Finding an exponent</w:t>
            </w:r>
          </w:p>
          <w:p>
            <w:r>
              <w:rPr>
                <w:b/>
              </w:rPr>
              <w:t xml:space="preserve">Question: </w:t>
            </w:r>
            <w:r>
              <w:t>If N=2ⁿ×3² has 24 positive factors, find n.</w:t>
            </w:r>
          </w:p>
          <w:p>
            <w:r>
              <w:rPr>
                <w:b/>
              </w:rPr>
              <w:t>Solution:</w:t>
              <w:br/>
            </w:r>
            <w:r>
              <w:t>(n+1)(2+1)=24 → 3(n+1)=24 → n+1=8 → n=7.</w:t>
            </w:r>
          </w:p>
          <w:p>
            <w:r>
              <w:rPr>
                <w:b/>
                <w:color w:val="17365D"/>
              </w:rPr>
              <w:t>Final Answer: 7</w:t>
            </w:r>
          </w:p>
        </w:tc>
      </w:tr>
    </w:tbl>
    <w:p/>
    <w:p>
      <w:pPr>
        <w:pStyle w:val="Heading1"/>
      </w:pPr>
      <w:r>
        <w:t>4. Odd and Even Factors</w:t>
      </w:r>
    </w:p>
    <w:p>
      <w:pPr>
        <w:spacing w:after="100"/>
      </w:pPr>
      <w:r>
        <w:t>A factor is odd if it contains no factor 2. A factor is even if it contains at least one factor 2.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ODD FACTOR FORMULA</w:t>
              <w:br/>
            </w:r>
            <w:r>
              <w:rPr>
                <w:sz w:val="20"/>
              </w:rPr>
              <w:t>If N = 2ᵃ × m, where m is odd, then the number of odd factors of N equals the number of factors of m.</w:t>
            </w:r>
          </w:p>
        </w:tc>
      </w:tr>
    </w:tbl>
    <w:p/>
    <w:p>
      <w:pPr>
        <w:spacing w:after="100"/>
      </w:pPr>
      <w:r>
        <w:t>For N=2⁵×3²×5, odd factors are formed by choosing 3⁰,3¹,3² and 5⁰,5¹. Hence there are 3×2=6 odd factors.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6 — Counting odd factors</w:t>
            </w:r>
          </w:p>
          <w:p>
            <w:r>
              <w:rPr>
                <w:b/>
              </w:rPr>
              <w:t xml:space="preserve">Question: </w:t>
            </w:r>
            <w:r>
              <w:t>Find the number of odd factors of 720.</w:t>
            </w:r>
          </w:p>
          <w:p>
            <w:r>
              <w:rPr>
                <w:b/>
              </w:rPr>
              <w:t>Solution:</w:t>
              <w:br/>
            </w:r>
            <w:r>
              <w:t>720=2⁴×3²×5. Ignore the 2-part for odd factors. Number of odd factors=(2+1)(1+1)=6.</w:t>
            </w:r>
          </w:p>
          <w:p>
            <w:r>
              <w:rPr>
                <w:b/>
                <w:color w:val="17365D"/>
              </w:rPr>
              <w:t>Final Answer: 6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7 — Counting even factors</w:t>
            </w:r>
          </w:p>
          <w:p>
            <w:r>
              <w:rPr>
                <w:b/>
              </w:rPr>
              <w:t xml:space="preserve">Question: </w:t>
            </w:r>
            <w:r>
              <w:t>Find the number of even factors of 720.</w:t>
            </w:r>
          </w:p>
          <w:p>
            <w:r>
              <w:rPr>
                <w:b/>
              </w:rPr>
              <w:t>Solution:</w:t>
              <w:br/>
            </w:r>
            <w:r>
              <w:t>Total factors=(4+1)(2+1)(1+1)=30. Odd factors=6. Therefore even factors=30−6=24.</w:t>
            </w:r>
          </w:p>
          <w:p>
            <w:r>
              <w:rPr>
                <w:b/>
                <w:color w:val="17365D"/>
              </w:rPr>
              <w:t>Final Answer: 24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CE4D6"/>
          </w:tcPr>
          <w:p>
            <w:r>
              <w:rPr>
                <w:b/>
                <w:color w:val="17365D"/>
                <w:sz w:val="22"/>
              </w:rPr>
              <w:t>FAST METHOD</w:t>
              <w:br/>
            </w:r>
            <w:r>
              <w:rPr>
                <w:sz w:val="20"/>
              </w:rPr>
              <w:t>Even factors = Total factors − Odd factors.</w:t>
            </w:r>
          </w:p>
        </w:tc>
      </w:tr>
    </w:tbl>
    <w:p/>
    <w:p>
      <w:pPr>
        <w:pStyle w:val="Heading1"/>
      </w:pPr>
      <w:r>
        <w:t>5. When Does a Number Have an Odd Number of Factors?</w:t>
      </w:r>
    </w:p>
    <w:p>
      <w:pPr>
        <w:spacing w:after="100"/>
      </w:pPr>
      <w:r>
        <w:t>Factors normally occur in pairs: if d divides N, then N/d also divides N. A pair collapses into a single factor only when d=√N. This happens exactly when N is a perfect square.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IMPORTANT RESULT</w:t>
              <w:br/>
            </w:r>
            <w:r>
              <w:rPr>
                <w:sz w:val="20"/>
              </w:rPr>
              <w:t>A positive integer has an odd number of positive factors if and only if it is a perfect square.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8 — Odd number of factors</w:t>
            </w:r>
          </w:p>
          <w:p>
            <w:r>
              <w:rPr>
                <w:b/>
              </w:rPr>
              <w:t xml:space="preserve">Question: </w:t>
            </w:r>
            <w:r>
              <w:t>Which of 144, 180, 216 and 250 has an odd number of factors?</w:t>
            </w:r>
          </w:p>
          <w:p>
            <w:r>
              <w:rPr>
                <w:b/>
              </w:rPr>
              <w:t>Solution:</w:t>
              <w:br/>
            </w:r>
            <w:r>
              <w:t>144=12², so it is a perfect square. Therefore only 144 has an odd number of positive factors among the options.</w:t>
            </w:r>
          </w:p>
          <w:p>
            <w:r>
              <w:rPr>
                <w:b/>
                <w:color w:val="17365D"/>
              </w:rPr>
              <w:t>Final Answer: 144</w:t>
            </w:r>
          </w:p>
        </w:tc>
      </w:tr>
    </w:tbl>
    <w:p/>
    <w:p>
      <w:pPr>
        <w:pStyle w:val="Heading1"/>
      </w:pPr>
      <w:r>
        <w:t>6. Sum of Factors</w:t>
      </w:r>
    </w:p>
    <w:p>
      <w:pPr>
        <w:spacing w:after="100"/>
      </w:pPr>
      <w:r>
        <w:t>If N=pᵃqᵇrᶜ, then the sum of all positive divisors is obtained by multiplying geometric sums for each prime.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</w:tcPr>
          <w:p>
            <w:r>
              <w:rPr>
                <w:b/>
                <w:color w:val="17365D"/>
                <w:sz w:val="22"/>
              </w:rPr>
              <w:t>SUM-OF-DIVISORS FORMULA</w:t>
              <w:br/>
            </w:r>
            <w:r>
              <w:rPr>
                <w:sz w:val="20"/>
              </w:rPr>
              <w:t>σ(N) = (1+p+p²+...+pᵃ)(1+q+q²+...+qᵇ)...</w:t>
            </w:r>
          </w:p>
        </w:tc>
      </w:tr>
    </w:tbl>
    <w:p/>
    <w:p>
      <w:pPr>
        <w:spacing w:after="100"/>
      </w:pPr>
      <w:r>
        <w:t>Equivalently, for pᵃ: 1+p+...+pᵃ = (pᵃ⁺¹−1)/(p−1).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9 — Sum of factors</w:t>
            </w:r>
          </w:p>
          <w:p>
            <w:r>
              <w:rPr>
                <w:b/>
              </w:rPr>
              <w:t xml:space="preserve">Question: </w:t>
            </w:r>
            <w:r>
              <w:t>Find the sum of positive factors of 28.</w:t>
            </w:r>
          </w:p>
          <w:p>
            <w:r>
              <w:rPr>
                <w:b/>
              </w:rPr>
              <w:t>Solution:</w:t>
              <w:br/>
            </w:r>
            <w:r>
              <w:t>28=2²×7. Sum=(1+2+4)(1+7)=7×8=56.</w:t>
            </w:r>
          </w:p>
          <w:p>
            <w:r>
              <w:rPr>
                <w:b/>
                <w:color w:val="17365D"/>
              </w:rPr>
              <w:t>Final Answer: 56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10 — Sum of factors of a larger number</w:t>
            </w:r>
          </w:p>
          <w:p>
            <w:r>
              <w:rPr>
                <w:b/>
              </w:rPr>
              <w:t xml:space="preserve">Question: </w:t>
            </w:r>
            <w:r>
              <w:t>Find the sum of positive factors of 72.</w:t>
            </w:r>
          </w:p>
          <w:p>
            <w:r>
              <w:rPr>
                <w:b/>
              </w:rPr>
              <w:t>Solution:</w:t>
              <w:br/>
            </w:r>
            <w:r>
              <w:t>72=2³×3². Sum=(1+2+4+8)(1+3+9)=15×13=195.</w:t>
            </w:r>
          </w:p>
          <w:p>
            <w:r>
              <w:rPr>
                <w:b/>
                <w:color w:val="17365D"/>
              </w:rPr>
              <w:t>Final Answer: 195</w:t>
            </w:r>
          </w:p>
        </w:tc>
      </w:tr>
    </w:tbl>
    <w:p/>
    <w:p>
      <w:pPr>
        <w:pStyle w:val="Heading1"/>
      </w:pPr>
      <w:r>
        <w:t>7. Product of All Positive Factors</w:t>
      </w:r>
    </w:p>
    <w:p>
      <w:pPr>
        <w:spacing w:after="100"/>
      </w:pPr>
      <w:r>
        <w:t>If N has d positive factors, the product of all positive factors is N^(d/2). For a perfect square, this is an integer power because d is odd.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</w:tcPr>
          <w:p>
            <w:r>
              <w:rPr>
                <w:b/>
                <w:color w:val="17365D"/>
                <w:sz w:val="22"/>
              </w:rPr>
              <w:t>PRODUCT FORMULA</w:t>
              <w:br/>
            </w:r>
            <w:r>
              <w:rPr>
                <w:sz w:val="20"/>
              </w:rPr>
              <w:t>Product of all positive factors of N = N^(d/2), where d is the number of positive factors.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11 — Product of factors</w:t>
            </w:r>
          </w:p>
          <w:p>
            <w:r>
              <w:rPr>
                <w:b/>
              </w:rPr>
              <w:t xml:space="preserve">Question: </w:t>
            </w:r>
            <w:r>
              <w:t>Find the product of all positive factors of 36.</w:t>
            </w:r>
          </w:p>
          <w:p>
            <w:r>
              <w:rPr>
                <w:b/>
              </w:rPr>
              <w:t>Solution:</w:t>
              <w:br/>
            </w:r>
            <w:r>
              <w:t>36=2²×3², so d=(2+1)(2+1)=9. Product=36^(9/2) = (√36)^9 = 6⁹.</w:t>
            </w:r>
          </w:p>
          <w:p>
            <w:r>
              <w:rPr>
                <w:b/>
                <w:color w:val="17365D"/>
              </w:rPr>
              <w:t>Final Answer: 6⁹</w:t>
            </w:r>
          </w:p>
        </w:tc>
      </w:tr>
    </w:tbl>
    <w:p/>
    <w:p>
      <w:pPr>
        <w:pStyle w:val="Heading1"/>
      </w:pPr>
      <w:r>
        <w:t>8. Perfect Squares and Factor Patterns</w:t>
      </w:r>
    </w:p>
    <w:p>
      <w:pPr>
        <w:spacing w:after="100"/>
      </w:pPr>
      <w:r>
        <w:t>A positive integer is a perfect square if every exponent in its prime factorisation is even.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PERFECT SQUARE TEST</w:t>
              <w:br/>
            </w:r>
            <w:r>
              <w:rPr>
                <w:sz w:val="20"/>
              </w:rPr>
              <w:t>N is a perfect square exactly when all exponents in its prime factorisation are even.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12 — Perfect-square test</w:t>
            </w:r>
          </w:p>
          <w:p>
            <w:r>
              <w:rPr>
                <w:b/>
              </w:rPr>
              <w:t xml:space="preserve">Question: </w:t>
            </w:r>
            <w:r>
              <w:t>Is 1,764 a perfect square?</w:t>
            </w:r>
          </w:p>
          <w:p>
            <w:r>
              <w:rPr>
                <w:b/>
              </w:rPr>
              <w:t>Solution:</w:t>
              <w:br/>
            </w:r>
            <w:r>
              <w:t>1764=42². Its prime factorisation is 2²×3²×7², with all exponents even.</w:t>
            </w:r>
          </w:p>
          <w:p>
            <w:r>
              <w:rPr>
                <w:b/>
                <w:color w:val="17365D"/>
              </w:rPr>
              <w:t>Final Answer: Yes</w:t>
            </w:r>
          </w:p>
        </w:tc>
      </w:tr>
    </w:tbl>
    <w:p/>
    <w:p>
      <w:pPr>
        <w:pStyle w:val="Heading2"/>
      </w:pPr>
      <w:r>
        <w:t>Making a Number a Perfect Square</w:t>
      </w:r>
    </w:p>
    <w:p>
      <w:pPr>
        <w:spacing w:after="100"/>
      </w:pPr>
      <w:r>
        <w:t>To make a number a perfect square by multiplication, every prime exponent must become even. To make it a perfect square by division, remove primes whose exponents are odd.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13 — Smallest multiplier</w:t>
            </w:r>
          </w:p>
          <w:p>
            <w:r>
              <w:rPr>
                <w:b/>
              </w:rPr>
              <w:t xml:space="preserve">Question: </w:t>
            </w:r>
            <w:r>
              <w:t>What is the smallest number by which 540 must be multiplied to become a perfect square?</w:t>
            </w:r>
          </w:p>
          <w:p>
            <w:r>
              <w:rPr>
                <w:b/>
              </w:rPr>
              <w:t>Solution:</w:t>
              <w:br/>
            </w:r>
            <w:r>
              <w:t>540=2²×3³×5. Exponents 2,3,1. The odd exponents are on 3 and 5, so multiply by 3×5=15. Then 540×15=8100=90².</w:t>
            </w:r>
          </w:p>
          <w:p>
            <w:r>
              <w:rPr>
                <w:b/>
                <w:color w:val="17365D"/>
              </w:rPr>
              <w:t>Final Answer: 15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14 — Smallest divisor</w:t>
            </w:r>
          </w:p>
          <w:p>
            <w:r>
              <w:rPr>
                <w:b/>
              </w:rPr>
              <w:t xml:space="preserve">Question: </w:t>
            </w:r>
            <w:r>
              <w:t>What is the smallest number by which 540 must be divided to become a perfect square?</w:t>
            </w:r>
          </w:p>
          <w:p>
            <w:r>
              <w:rPr>
                <w:b/>
              </w:rPr>
              <w:t>Solution:</w:t>
              <w:br/>
            </w:r>
            <w:r>
              <w:t>540=2²×3³×5. Remove one 3 and one 5: divide by 15. Then 540/15=36=6².</w:t>
            </w:r>
          </w:p>
          <w:p>
            <w:r>
              <w:rPr>
                <w:b/>
                <w:color w:val="17365D"/>
              </w:rPr>
              <w:t>Final Answer: 15</w:t>
            </w:r>
          </w:p>
        </w:tc>
      </w:tr>
    </w:tbl>
    <w:p/>
    <w:p>
      <w:pPr>
        <w:pStyle w:val="Heading1"/>
      </w:pPr>
      <w:r>
        <w:t>9. Perfect Cubes</w:t>
      </w:r>
    </w:p>
    <w:p>
      <w:pPr>
        <w:spacing w:after="100"/>
      </w:pPr>
      <w:r>
        <w:t>A positive integer is a perfect cube if every exponent in its prime factorisation is a multiple of 3.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PERFECT CUBE TEST</w:t>
              <w:br/>
            </w:r>
            <w:r>
              <w:rPr>
                <w:sz w:val="20"/>
              </w:rPr>
              <w:t>N is a perfect cube exactly when every prime exponent in its factorisation is divisible by 3.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15 — Perfect-cube multiplier</w:t>
            </w:r>
          </w:p>
          <w:p>
            <w:r>
              <w:rPr>
                <w:b/>
              </w:rPr>
              <w:t xml:space="preserve">Question: </w:t>
            </w:r>
            <w:r>
              <w:t>Find the smallest number by which 108 must be multiplied to become a perfect cube.</w:t>
            </w:r>
          </w:p>
          <w:p>
            <w:r>
              <w:rPr>
                <w:b/>
              </w:rPr>
              <w:t>Solution:</w:t>
              <w:br/>
            </w:r>
            <w:r>
              <w:t>108=2²×3³. The exponent of 2 must become 3, so multiply by 2. Then 216=6³.</w:t>
            </w:r>
          </w:p>
          <w:p>
            <w:r>
              <w:rPr>
                <w:b/>
                <w:color w:val="17365D"/>
              </w:rPr>
              <w:t>Final Answer: 2</w:t>
            </w:r>
          </w:p>
        </w:tc>
      </w:tr>
    </w:tbl>
    <w:p/>
    <w:p>
      <w:pPr>
        <w:pStyle w:val="Heading1"/>
      </w:pPr>
      <w:r>
        <w:t>10. Numbers with a Given Number of Factors</w:t>
      </w:r>
    </w:p>
    <w:p>
      <w:pPr>
        <w:spacing w:after="100"/>
      </w:pPr>
      <w:r>
        <w:t>If a number has exactly k positive factors, its prime-exponent pattern must produce k through the divisor-count formula. This lets us construct the smallest or largest possible number.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DDEBF7"/>
          </w:tcPr>
          <w:p>
            <w:r>
              <w:rPr>
                <w:b/>
                <w:color w:val="17365D"/>
                <w:sz w:val="22"/>
              </w:rPr>
              <w:t>CONSTRUCTION PRINCIPLE</w:t>
              <w:br/>
            </w:r>
            <w:r>
              <w:rPr>
                <w:sz w:val="20"/>
              </w:rPr>
              <w:t>To obtain the smallest number with a fixed number of divisors, assign the largest exponent to the smallest prime, the next exponent to the next prime, and so 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16 — Smallest number with 12 factors</w:t>
            </w:r>
          </w:p>
          <w:p>
            <w:r>
              <w:rPr>
                <w:b/>
              </w:rPr>
              <w:t xml:space="preserve">Question: </w:t>
            </w:r>
            <w:r>
              <w:t>Find the smallest positive integer having exactly 12 factors.</w:t>
            </w:r>
          </w:p>
          <w:p>
            <w:r>
              <w:rPr>
                <w:b/>
              </w:rPr>
              <w:t>Solution:</w:t>
              <w:br/>
            </w:r>
            <w:r>
              <w:t>Possible exponent patterns for 12 are 11; 5,1; 3,2; 2,1,1. The smallest candidate from 2³×3² is 72; from 2²×3×5 is 60. Hence the smallest is 60.</w:t>
            </w:r>
          </w:p>
          <w:p>
            <w:r>
              <w:rPr>
                <w:b/>
                <w:color w:val="17365D"/>
              </w:rPr>
              <w:t>Final Answer: 60</w:t>
            </w:r>
          </w:p>
          <w:p>
            <w:r>
              <w:rPr>
                <w:b/>
              </w:rPr>
              <w:t xml:space="preserve">Key Learning: </w:t>
            </w:r>
            <w:r>
              <w:t>Test all relevant exponent partitions, then choose the smallest value.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17 — Smallest number with 16 factors</w:t>
            </w:r>
          </w:p>
          <w:p>
            <w:r>
              <w:rPr>
                <w:b/>
              </w:rPr>
              <w:t xml:space="preserve">Question: </w:t>
            </w:r>
            <w:r>
              <w:t>Find the smallest positive integer having exactly 16 factors.</w:t>
            </w:r>
          </w:p>
          <w:p>
            <w:r>
              <w:rPr>
                <w:b/>
              </w:rPr>
              <w:t>Solution:</w:t>
              <w:br/>
            </w:r>
            <w:r>
              <w:t>Patterns include 15; 7,1; 3,3; 3,1,1; 2,1,1,? (which gives 3×2×2=12, not 16). Candidates: 2³×3³=216 and 2³×3×5=120. Thus 120 has (3+1)(1+1)(1+1)=16 factors and is smaller.</w:t>
            </w:r>
          </w:p>
          <w:p>
            <w:r>
              <w:rPr>
                <w:b/>
                <w:color w:val="17365D"/>
              </w:rPr>
              <w:t>Final Answer: 120</w:t>
            </w:r>
          </w:p>
        </w:tc>
      </w:tr>
    </w:tbl>
    <w:p/>
    <w:p>
      <w:pPr>
        <w:pStyle w:val="Heading1"/>
      </w:pPr>
      <w:r>
        <w:t>11. Number of Factors in a Range</w:t>
      </w:r>
    </w:p>
    <w:p>
      <w:pPr>
        <w:spacing w:after="100"/>
      </w:pPr>
      <w:r>
        <w:t>Range questions often ask how many multiples or factors satisfy a condition. A systematic approach is to identify the divisor structure first, then apply the range condition.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18 — Factors in a range</w:t>
            </w:r>
          </w:p>
          <w:p>
            <w:r>
              <w:rPr>
                <w:b/>
              </w:rPr>
              <w:t xml:space="preserve">Question: </w:t>
            </w:r>
            <w:r>
              <w:t>How many positive factors of 360 are greater than 20?</w:t>
            </w:r>
          </w:p>
          <w:p>
            <w:r>
              <w:rPr>
                <w:b/>
              </w:rPr>
              <w:t>Solution:</w:t>
              <w:br/>
            </w:r>
            <w:r>
              <w:t>360 has 24 factors. List factor pairs: (1,360),(2,180),(3,120),(4,90),(5,72),(6,60),(8,45),(9,40),(10,36),(12,30),(15,24),(18,20). Factors greater than 20 are 24,30,36,40,45,60,72,90,120,180,360.</w:t>
            </w:r>
          </w:p>
          <w:p>
            <w:r>
              <w:rPr>
                <w:b/>
                <w:color w:val="17365D"/>
              </w:rPr>
              <w:t>Final Answer: 11</w:t>
            </w:r>
          </w:p>
        </w:tc>
      </w:tr>
    </w:tbl>
    <w:p/>
    <w:p>
      <w:pPr>
        <w:pStyle w:val="Heading1"/>
      </w:pPr>
      <w:r>
        <w:t>12. Factorial and Number of Factors</w:t>
      </w:r>
    </w:p>
    <w:p>
      <w:pPr>
        <w:spacing w:after="100"/>
      </w:pPr>
      <w:r>
        <w:t>Factorials can produce large numbers, but their factorisation can often be handled by counting the exponents of primes in n!. For elementary applications, cancellation and factor-pair ideas are often enough.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19 — Factorial simplification</w:t>
            </w:r>
          </w:p>
          <w:p>
            <w:r>
              <w:rPr>
                <w:b/>
              </w:rPr>
              <w:t xml:space="preserve">Question: </w:t>
            </w:r>
            <w:r>
              <w:t>How many factors does 5! have?</w:t>
            </w:r>
          </w:p>
          <w:p>
            <w:r>
              <w:rPr>
                <w:b/>
              </w:rPr>
              <w:t>Solution:</w:t>
              <w:br/>
            </w:r>
            <w:r>
              <w:t>5!=120=2³×3×5. Therefore number of factors=(3+1)(1+1)(1+1)=16.</w:t>
            </w:r>
          </w:p>
          <w:p>
            <w:r>
              <w:rPr>
                <w:b/>
                <w:color w:val="17365D"/>
              </w:rPr>
              <w:t>Final Answer: 16</w:t>
            </w:r>
          </w:p>
        </w:tc>
      </w:tr>
    </w:tbl>
    <w:p/>
    <w:p>
      <w:pPr>
        <w:pStyle w:val="Heading1"/>
      </w:pPr>
      <w:r>
        <w:t>13. Advanced Mixed Factor Problems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20 — Exactly a given number of factors</w:t>
            </w:r>
          </w:p>
          <w:p>
            <w:r>
              <w:rPr>
                <w:b/>
              </w:rPr>
              <w:t xml:space="preserve">Question: </w:t>
            </w:r>
            <w:r>
              <w:t>Find the smallest number having exactly 8 positive factors.</w:t>
            </w:r>
          </w:p>
          <w:p>
            <w:r>
              <w:rPr>
                <w:b/>
              </w:rPr>
              <w:t>Solution:</w:t>
              <w:br/>
            </w:r>
            <w:r>
              <w:t>Possible exponent patterns: 7 or 3,1 or 1,1,1. Candidates: 2⁷=128; 2³×3=24; 2×3×5=30. Smallest is 24.</w:t>
            </w:r>
          </w:p>
          <w:p>
            <w:r>
              <w:rPr>
                <w:b/>
                <w:color w:val="17365D"/>
              </w:rPr>
              <w:t>Final Answer: 24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21 — Square with a specified divisor count</w:t>
            </w:r>
          </w:p>
          <w:p>
            <w:r>
              <w:rPr>
                <w:b/>
              </w:rPr>
              <w:t xml:space="preserve">Question: </w:t>
            </w:r>
            <w:r>
              <w:t>Find the smallest perfect square having exactly 9 positive factors.</w:t>
            </w:r>
          </w:p>
          <w:p>
            <w:r>
              <w:rPr>
                <w:b/>
              </w:rPr>
              <w:t>Solution:</w:t>
              <w:br/>
            </w:r>
            <w:r>
              <w:t>For a square all exponents are even. Since 9=9 or 3×3, exponent patterns can be 8 or 2,2. Candidates: 2⁸=256 and 2²×3²=36. Therefore the smallest is 36.</w:t>
            </w:r>
          </w:p>
          <w:p>
            <w:r>
              <w:rPr>
                <w:b/>
                <w:color w:val="17365D"/>
              </w:rPr>
              <w:t>Final Answer: 36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22 — Odd factors</w:t>
            </w:r>
          </w:p>
          <w:p>
            <w:r>
              <w:rPr>
                <w:b/>
              </w:rPr>
              <w:t xml:space="preserve">Question: </w:t>
            </w:r>
            <w:r>
              <w:t>Find the number of odd divisors of 1,080.</w:t>
            </w:r>
          </w:p>
          <w:p>
            <w:r>
              <w:rPr>
                <w:b/>
              </w:rPr>
              <w:t>Solution:</w:t>
              <w:br/>
            </w:r>
            <w:r>
              <w:t>1080=2³×3³×5. Ignore the 2 exponent. Odd divisors=(3+1)(1+1)=8.</w:t>
            </w:r>
          </w:p>
          <w:p>
            <w:r>
              <w:rPr>
                <w:b/>
                <w:color w:val="17365D"/>
              </w:rPr>
              <w:t>Final Answer: 8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23 — Sum of proper factors</w:t>
            </w:r>
          </w:p>
          <w:p>
            <w:r>
              <w:rPr>
                <w:b/>
              </w:rPr>
              <w:t xml:space="preserve">Question: </w:t>
            </w:r>
            <w:r>
              <w:t>Find the sum of proper positive factors of 36.</w:t>
            </w:r>
          </w:p>
          <w:p>
            <w:r>
              <w:rPr>
                <w:b/>
              </w:rPr>
              <w:t>Solution:</w:t>
              <w:br/>
            </w:r>
            <w:r>
              <w:t>Sum of all factors of 36: 36=2²×3², so σ=(1+2+4)(1+3+9)=7×13=91. Remove 36 itself: 91−36=55.</w:t>
            </w:r>
          </w:p>
          <w:p>
            <w:r>
              <w:rPr>
                <w:b/>
                <w:color w:val="17365D"/>
              </w:rPr>
              <w:t>Final Answer: 55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BFF"/>
          </w:tcPr>
          <w:p>
            <w:r>
              <w:rPr>
                <w:b/>
                <w:color w:val="2F75B5"/>
                <w:sz w:val="24"/>
              </w:rPr>
              <w:t>Example 24 — Factor-count comparison</w:t>
            </w:r>
          </w:p>
          <w:p>
            <w:r>
              <w:rPr>
                <w:b/>
              </w:rPr>
              <w:t xml:space="preserve">Question: </w:t>
            </w:r>
            <w:r>
              <w:t>Which has more positive factors: 240 or 360?</w:t>
            </w:r>
          </w:p>
          <w:p>
            <w:r>
              <w:rPr>
                <w:b/>
              </w:rPr>
              <w:t>Solution:</w:t>
              <w:br/>
            </w:r>
            <w:r>
              <w:t>240=2⁴×3×5, so d=5×2×2=20. 360=2³×3²×5, so d=4×3×2=24. Hence 360 has more.</w:t>
            </w:r>
          </w:p>
          <w:p>
            <w:r>
              <w:rPr>
                <w:b/>
                <w:color w:val="17365D"/>
              </w:rPr>
              <w:t>Final Answer: 360</w:t>
            </w:r>
          </w:p>
        </w:tc>
      </w:tr>
    </w:tbl>
    <w:p/>
    <w:p>
      <w:pPr>
        <w:pStyle w:val="Heading1"/>
      </w:pPr>
      <w:r>
        <w:t>14. How Questions Are Asked from Factors</w:t>
      </w:r>
    </w:p>
    <w:p>
      <w:pPr>
        <w:spacing w:after="100"/>
      </w:pPr>
      <w:r>
        <w:t>1. List all factors or factor pairs of a number.</w:t>
      </w:r>
    </w:p>
    <w:p>
      <w:pPr>
        <w:spacing w:after="100"/>
      </w:pPr>
      <w:r>
        <w:t>2. Find prime factorisation.</w:t>
      </w:r>
    </w:p>
    <w:p>
      <w:pPr>
        <w:spacing w:after="100"/>
      </w:pPr>
      <w:r>
        <w:t>3. Find total number of positive factors.</w:t>
      </w:r>
    </w:p>
    <w:p>
      <w:pPr>
        <w:spacing w:after="100"/>
      </w:pPr>
      <w:r>
        <w:t>4. Find number of odd factors.</w:t>
      </w:r>
    </w:p>
    <w:p>
      <w:pPr>
        <w:spacing w:after="100"/>
      </w:pPr>
      <w:r>
        <w:t>5. Find number of even factors.</w:t>
      </w:r>
    </w:p>
    <w:p>
      <w:pPr>
        <w:spacing w:after="100"/>
      </w:pPr>
      <w:r>
        <w:t>6. Find sum of all positive factors.</w:t>
      </w:r>
    </w:p>
    <w:p>
      <w:pPr>
        <w:spacing w:after="100"/>
      </w:pPr>
      <w:r>
        <w:t>7. Find sum of proper factors.</w:t>
      </w:r>
    </w:p>
    <w:p>
      <w:pPr>
        <w:spacing w:after="100"/>
      </w:pPr>
      <w:r>
        <w:t>8. Find product of all positive factors.</w:t>
      </w:r>
    </w:p>
    <w:p>
      <w:pPr>
        <w:spacing w:after="100"/>
      </w:pPr>
      <w:r>
        <w:t>9. Determine whether a number is a perfect square.</w:t>
      </w:r>
    </w:p>
    <w:p>
      <w:pPr>
        <w:spacing w:after="100"/>
      </w:pPr>
      <w:r>
        <w:t>10. Find the smallest multiplier/divisor to make a perfect square.</w:t>
      </w:r>
    </w:p>
    <w:p>
      <w:pPr>
        <w:spacing w:after="100"/>
      </w:pPr>
      <w:r>
        <w:t>11. Determine whether a number is a perfect cube.</w:t>
      </w:r>
    </w:p>
    <w:p>
      <w:pPr>
        <w:spacing w:after="100"/>
      </w:pPr>
      <w:r>
        <w:t>12. Find the smallest multiplier/divisor to make a perfect cube.</w:t>
      </w:r>
    </w:p>
    <w:p>
      <w:pPr>
        <w:spacing w:after="100"/>
      </w:pPr>
      <w:r>
        <w:t>13. Find the smallest number with exactly k factors.</w:t>
      </w:r>
    </w:p>
    <w:p>
      <w:pPr>
        <w:spacing w:after="100"/>
      </w:pPr>
      <w:r>
        <w:t>14. Find the smallest perfect square with exactly k factors.</w:t>
      </w:r>
    </w:p>
    <w:p>
      <w:pPr>
        <w:spacing w:after="100"/>
      </w:pPr>
      <w:r>
        <w:t>15. Find a missing exponent when the divisor count is known.</w:t>
      </w:r>
    </w:p>
    <w:p>
      <w:pPr>
        <w:spacing w:after="100"/>
      </w:pPr>
      <w:r>
        <w:t>16. Compare divisor counts of two or more numbers.</w:t>
      </w:r>
    </w:p>
    <w:p>
      <w:pPr>
        <w:spacing w:after="100"/>
      </w:pPr>
      <w:r>
        <w:t>17. Count factors satisfying a range or parity condition.</w:t>
      </w:r>
    </w:p>
    <w:p>
      <w:pPr>
        <w:spacing w:after="100"/>
      </w:pPr>
      <w:r>
        <w:t>18. Combine factor-counting with HCF/LCM or divisibility.</w:t>
      </w:r>
    </w:p>
    <w:p>
      <w:pPr>
        <w:pStyle w:val="Heading1"/>
      </w:pPr>
      <w:r>
        <w:t>15. Common Mistakes</w:t>
      </w:r>
    </w:p>
    <w:p>
      <w:r>
        <w:rPr>
          <w:b/>
        </w:rPr>
        <w:t>1. Forgetting factor 1 and the number itself</w:t>
        <w:br/>
      </w:r>
      <w:r>
        <w:t>Correct approach: Every positive integer greater than 1 has at least factors 1 and itself.</w:t>
      </w:r>
    </w:p>
    <w:p>
      <w:r>
        <w:rPr>
          <w:b/>
        </w:rPr>
        <w:t>2. Counting factor pairs incorrectly</w:t>
        <w:br/>
      </w:r>
      <w:r>
        <w:t>Correct approach: A pair (a,b) contributes two factors unless a=b.</w:t>
      </w:r>
    </w:p>
    <w:p>
      <w:r>
        <w:rPr>
          <w:b/>
        </w:rPr>
        <w:t>3. Using the divisor formula without prime factorisation</w:t>
        <w:br/>
      </w:r>
      <w:r>
        <w:t>Correct approach: The formula requires prime exponents.</w:t>
      </w:r>
    </w:p>
    <w:p>
      <w:r>
        <w:rPr>
          <w:b/>
        </w:rPr>
        <w:t>4. Forgetting the +1 in (a+1)</w:t>
        <w:br/>
      </w:r>
      <w:r>
        <w:t>Correct approach: Each exponent can range from 0 through a.</w:t>
      </w:r>
    </w:p>
    <w:p>
      <w:r>
        <w:rPr>
          <w:b/>
        </w:rPr>
        <w:t>5. Assuming an odd number of factors means the number is odd</w:t>
        <w:br/>
      </w:r>
      <w:r>
        <w:t>Correct approach: A perfect square can be even, such as 36.</w:t>
      </w:r>
    </w:p>
    <w:p>
      <w:r>
        <w:rPr>
          <w:b/>
        </w:rPr>
        <w:t>6. Confusing odd factors with odd numbers</w:t>
        <w:br/>
      </w:r>
      <w:r>
        <w:t>Correct approach: Odd factors are factors that are odd; the original number may be even.</w:t>
      </w:r>
    </w:p>
    <w:p>
      <w:r>
        <w:rPr>
          <w:b/>
        </w:rPr>
        <w:t>7. Forgetting exponent zero</w:t>
        <w:br/>
      </w:r>
      <w:r>
        <w:t>Correct approach: Choosing p⁰=1 is essential to the divisor formula.</w:t>
      </w:r>
    </w:p>
    <w:p>
      <w:r>
        <w:rPr>
          <w:b/>
        </w:rPr>
        <w:t>8. Using the sum formula incorrectly</w:t>
        <w:br/>
      </w:r>
      <w:r>
        <w:t>Correct approach: Apply a geometric sum separately to each distinct prime.</w:t>
      </w:r>
    </w:p>
    <w:p>
      <w:r>
        <w:rPr>
          <w:b/>
        </w:rPr>
        <w:t>9. Assuming every number with an even number of factors is non-square</w:t>
        <w:br/>
      </w:r>
      <w:r>
        <w:t>Correct approach: Every non-square has an even number of positive factors; the converse is also true.</w:t>
      </w:r>
    </w:p>
    <w:p>
      <w:r>
        <w:rPr>
          <w:b/>
        </w:rPr>
        <w:t>10. Wrong exponent arrangement in construction problems</w:t>
        <w:br/>
      </w:r>
      <w:r>
        <w:t>Correct approach: For the smallest number, larger exponents should go to smaller primes.</w:t>
      </w:r>
    </w:p>
    <w:p>
      <w:r>
        <w:rPr>
          <w:b/>
        </w:rPr>
        <w:t>11. Ignoring alternative exponent partitions</w:t>
        <w:br/>
      </w:r>
      <w:r>
        <w:t>Correct approach: A divisor count such as 12 or 24 can have several factorisations.</w:t>
      </w:r>
    </w:p>
    <w:p>
      <w:r>
        <w:rPr>
          <w:b/>
        </w:rPr>
        <w:t>12. Calling 1 a prime number</w:t>
        <w:br/>
      </w:r>
      <w:r>
        <w:t>Correct approach: 1 is neither prime nor composite.</w:t>
      </w:r>
    </w:p>
    <w:p>
      <w:r>
        <w:rPr>
          <w:b/>
        </w:rPr>
        <w:t>13. Counting negative factors when the question asks positive factors</w:t>
        <w:br/>
      </w:r>
      <w:r>
        <w:t>Correct approach: The standard divisor-count formula counts positive factors.</w:t>
      </w:r>
    </w:p>
    <w:p>
      <w:r>
        <w:rPr>
          <w:b/>
        </w:rPr>
        <w:t>14. Forgetting proper factors exclude the number itself</w:t>
        <w:br/>
      </w:r>
      <w:r>
        <w:t>Correct approach: Subtract N from the sum of all positive factors.</w:t>
      </w:r>
    </w:p>
    <w:p>
      <w:r>
        <w:rPr>
          <w:b/>
        </w:rPr>
        <w:t>15. Failing to verify a constructed number</w:t>
        <w:br/>
      </w:r>
      <w:r>
        <w:t>Correct approach: Always calculate its factor count after construction.</w:t>
      </w:r>
    </w:p>
    <w:p>
      <w:pPr>
        <w:pStyle w:val="Heading1"/>
      </w:pPr>
      <w:r>
        <w:t>16. Shortcuts and Quick Methods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008C95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Shortcut</w:t>
            </w:r>
          </w:p>
        </w:tc>
        <w:tc>
          <w:tcPr>
            <w:tcW w:type="dxa" w:w="5040"/>
            <w:vAlign w:val="center"/>
            <w:shd w:fill="008C95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Use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Factor count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Prime-factorise N, then multiply one more than each exponent.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Odd factors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Ignore the power of 2 and apply the factor-count formula to the odd part.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Even factors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Total factors − odd factors.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Odd number of factors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The number is a perfect square.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Perfect square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All prime exponents are even.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Perfect cube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All prime exponents are multiples of 3.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Smallest number with k factors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Use exponent partitions of k and assign larger exponents to smaller primes.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Sum of factors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Use a geometric series for each prime exponent.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/>
                <w:color w:val="2F75B5"/>
                <w:sz w:val="20"/>
              </w:rPr>
              <w:t>Proper-factor sum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20"/>
              </w:rPr>
              <w:t>Sum of all factors − N.</w:t>
            </w:r>
          </w:p>
        </w:tc>
      </w:tr>
    </w:tbl>
    <w:p>
      <w:pPr>
        <w:pStyle w:val="Heading1"/>
      </w:pPr>
      <w:r>
        <w:t>17. Complete Formula Sheet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</w:tcPr>
          <w:p>
            <w:r>
              <w:rPr>
                <w:b/>
                <w:color w:val="17365D"/>
                <w:sz w:val="22"/>
              </w:rPr>
              <w:t>NUMBER OF FACTORS</w:t>
              <w:br/>
            </w:r>
            <w:r>
              <w:rPr>
                <w:sz w:val="20"/>
              </w:rPr>
              <w:t>If N=p₁ᵃ¹p₂ᵃ²...pₖᵃᵏ, then d(N)=∏(aᵢ+1).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</w:tcPr>
          <w:p>
            <w:r>
              <w:rPr>
                <w:b/>
                <w:color w:val="17365D"/>
                <w:sz w:val="22"/>
              </w:rPr>
              <w:t>SUM OF FACTORS</w:t>
              <w:br/>
            </w:r>
            <w:r>
              <w:rPr>
                <w:sz w:val="20"/>
              </w:rPr>
              <w:t>σ(N)=∏[(pᵃ⁺¹−1)/(p−1)].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</w:tcPr>
          <w:p>
            <w:r>
              <w:rPr>
                <w:b/>
                <w:color w:val="17365D"/>
                <w:sz w:val="22"/>
              </w:rPr>
              <w:t>PRODUCT OF FACTORS</w:t>
              <w:br/>
            </w:r>
            <w:r>
              <w:rPr>
                <w:sz w:val="20"/>
              </w:rPr>
              <w:t>Product of positive factors = N^(d/2), where d is the number of positive factors.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ODD FACTORS</w:t>
              <w:br/>
            </w:r>
            <w:r>
              <w:rPr>
                <w:sz w:val="20"/>
              </w:rPr>
              <w:t>If N=2ᵃm with m odd, number of odd factors = d(m).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EVEN FACTORS</w:t>
              <w:br/>
            </w:r>
            <w:r>
              <w:rPr>
                <w:sz w:val="20"/>
              </w:rPr>
              <w:t>Even factors = total factors − odd factors.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PERFECT SQUARE</w:t>
              <w:br/>
            </w:r>
            <w:r>
              <w:rPr>
                <w:sz w:val="20"/>
              </w:rPr>
              <w:t>Every prime exponent is even; equivalently, the number has an odd number of positive factors.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PERFECT CUBE</w:t>
              <w:br/>
            </w:r>
            <w:r>
              <w:rPr>
                <w:sz w:val="20"/>
              </w:rPr>
              <w:t>Every prime exponent is a multiple of 3.</w:t>
            </w:r>
          </w:p>
        </w:tc>
      </w:tr>
    </w:tbl>
    <w:p/>
    <w:p>
      <w:pPr>
        <w:pStyle w:val="Heading1"/>
      </w:pPr>
      <w:r>
        <w:t>18. Solved Example Summary</w:t>
      </w:r>
    </w:p>
    <w:p>
      <w:pPr>
        <w:spacing w:after="100"/>
      </w:pPr>
      <w:r>
        <w:t>The chapter includes 24 full-length solved examples covering factor pairs, prime factorisation, divisor counting, odd/even factors, sum and product of factors, perfect squares and cubes, construction problems, range questions, factorials, and mixed advanced applications.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DDEBF7"/>
          </w:tcPr>
          <w:p>
            <w:r>
              <w:rPr>
                <w:b/>
                <w:color w:val="17365D"/>
                <w:sz w:val="22"/>
              </w:rPr>
              <w:t>MASTER IDEA</w:t>
              <w:br/>
            </w:r>
            <w:r>
              <w:rPr>
                <w:sz w:val="20"/>
              </w:rPr>
              <w:t>Almost every advanced factor problem becomes easier after one first step: write the number in prime-factorised form. From the exponents, the number of factors, odd/even factors, sum of factors, and perfect-power properties can be determined systematically.</w:t>
            </w:r>
          </w:p>
        </w:tc>
      </w:tr>
    </w:tbl>
    <w:p/>
    <w:p>
      <w:pPr>
        <w:pStyle w:val="Heading1"/>
      </w:pPr>
      <w:r>
        <w:t>19. Quick Revision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DDEBF7"/>
          </w:tcPr>
          <w:p>
            <w:r>
              <w:rPr>
                <w:b/>
                <w:color w:val="17365D"/>
                <w:sz w:val="22"/>
              </w:rPr>
              <w:t>FACTOR BASICS</w:t>
              <w:br/>
            </w:r>
            <w:r>
              <w:rPr>
                <w:sz w:val="20"/>
              </w:rPr>
              <w:t>A factor divides exactly. Factors occur in pairs. A number N has factors d and N/d.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2CC"/>
          </w:tcPr>
          <w:p>
            <w:r>
              <w:rPr>
                <w:b/>
                <w:color w:val="17365D"/>
                <w:sz w:val="22"/>
              </w:rPr>
              <w:t>COUNTING</w:t>
              <w:br/>
            </w:r>
            <w:r>
              <w:rPr>
                <w:sz w:val="20"/>
              </w:rPr>
              <w:t>For N=pᵃqᵇrᶜ, total factors=(a+1)(b+1)(c+1).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PARITY</w:t>
              <w:br/>
            </w:r>
            <w:r>
              <w:rPr>
                <w:sz w:val="20"/>
              </w:rPr>
              <w:t>Odd factors come only from the odd part. Even factors = total − odd.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SQUARES</w:t>
              <w:br/>
            </w:r>
            <w:r>
              <w:rPr>
                <w:sz w:val="20"/>
              </w:rPr>
              <w:t>A number is a perfect square iff every prime exponent is even. It has an odd number of positive factors.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2F0D9"/>
          </w:tcPr>
          <w:p>
            <w:r>
              <w:rPr>
                <w:b/>
                <w:color w:val="17365D"/>
                <w:sz w:val="22"/>
              </w:rPr>
              <w:t>CUBES</w:t>
              <w:br/>
            </w:r>
            <w:r>
              <w:rPr>
                <w:sz w:val="20"/>
              </w:rPr>
              <w:t>A number is a perfect cube iff every prime exponent is divisible by 3.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CE4D6"/>
          </w:tcPr>
          <w:p>
            <w:r>
              <w:rPr>
                <w:b/>
                <w:color w:val="17365D"/>
                <w:sz w:val="22"/>
              </w:rPr>
              <w:t>SUM</w:t>
              <w:br/>
            </w:r>
            <w:r>
              <w:rPr>
                <w:sz w:val="20"/>
              </w:rPr>
              <w:t>Use geometric sums for each prime factor; subtract N for proper-factor sum.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CE4D6"/>
          </w:tcPr>
          <w:p>
            <w:r>
              <w:rPr>
                <w:b/>
                <w:color w:val="17365D"/>
                <w:sz w:val="22"/>
              </w:rPr>
              <w:t>CONSTRUCTION</w:t>
              <w:br/>
            </w:r>
            <w:r>
              <w:rPr>
                <w:sz w:val="20"/>
              </w:rPr>
              <w:t>For the smallest number with a fixed divisor count, put larger exponents on smaller primes.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CCCC"/>
          </w:tcPr>
          <w:p>
            <w:r>
              <w:rPr>
                <w:b/>
                <w:color w:val="17365D"/>
                <w:sz w:val="22"/>
              </w:rPr>
              <w:t>FINAL CHECK</w:t>
              <w:br/>
            </w:r>
            <w:r>
              <w:rPr>
                <w:sz w:val="20"/>
              </w:rPr>
              <w:t>Always prime-factorise first, apply the correct formula, and verify the final number or divisor count.</w:t>
            </w:r>
          </w:p>
        </w:tc>
      </w:tr>
    </w:tbl>
    <w:p/>
    <w:p>
      <w:pPr>
        <w:jc w:val="center"/>
      </w:pPr>
      <w:r>
        <w:rPr>
          <w:b/>
          <w:color w:val="17365D"/>
        </w:rPr>
        <w:t>End of Chapter 3 — Factors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2F75B5"/>
        <w:sz w:val="16"/>
      </w:rPr>
      <w:t>Professional Study Notes  |  Factors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noProof/>
      </w:rPr>
      <w:drawing>
        <wp:inline xmlns:wp="http://schemas.openxmlformats.org/drawingml/2006/wordprocessingDrawing" distT="0" distB="0" distL="0" distR="0">
          <wp:extent cx="502920" cy="433560"/>
          <wp:effectExtent l="0" t="0" r="0" b="0"/>
          <wp:docPr id="9001" name="VishvasniyaLogo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" name="VishvasniyaLogoHeader"/>
                  <pic:cNvPicPr/>
                </pic:nvPicPr>
                <pic:blipFill>
                  <a:blip r:embed="rIdLogoImg"/>
                  <a:stretch>
                    <a:fillRect/>
                  </a:stretch>
                </pic:blipFill>
                <pic:spPr>
                  <a:xfrm>
                    <a:off x="0" y="0"/>
                    <a:ext cx="502920" cy="43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right"/>
    </w:pPr>
    <w:r>
      <w:rPr>
        <w:color w:val="2F75B5"/>
        <w:sz w:val="16"/>
      </w:rPr>
      <w:t>MATHEMATICS  •  CHAPTER 3  •  FACTORS</w:t>
    </w:r>
  </w:p>
  <w:p>
    <w:pPr>
      <w:pStyle w:val="Header"/>
    </w:pPr>
    <w:r>
      <w:rPr>
        <w:noProof/>
      </w:rPr>
      <w:drawing>
        <wp:anchor xmlns:wp="http://schemas.openxmlformats.org/drawingml/2006/wordprocessingDrawing" distT="0" distB="0" distL="0" distR="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000000" cy="4310344"/>
          <wp:effectExtent l="0" t="0" r="0" b="0"/>
          <wp:wrapNone/>
          <wp:docPr id="9002" name="Vishvasniya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2" name="VishvasniyaWatermark"/>
                  <pic:cNvPicPr/>
                </pic:nvPicPr>
                <pic:blipFill>
                  <a:blip r:embed="rIdWatermarkImg">
                    <a:alphaModFix amt="32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5000000" cy="4310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2F75B5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008C95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LogoImg" Type="http://schemas.openxmlformats.org/officeDocument/2006/relationships/image" Target="media/vishvasniya_logo.jpeg"/><Relationship Id="rIdWatermarkImg" Type="http://schemas.openxmlformats.org/officeDocument/2006/relationships/image" Target="media/vishvasniya_logo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