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87F8C"/>
          <w:sz w:val="56"/>
        </w:rPr>
        <w:t>CHAPTER 4</w:t>
      </w:r>
    </w:p>
    <w:p>
      <w:pPr>
        <w:jc w:val="center"/>
      </w:pPr>
      <w:r>
        <w:rPr>
          <w:rFonts w:ascii="Georgia" w:hAnsi="Georgia"/>
          <w:b/>
          <w:color w:val="17324D"/>
          <w:sz w:val="80"/>
        </w:rPr>
        <w:t>HCF &amp; LCM</w:t>
      </w:r>
    </w:p>
    <w:p>
      <w:pPr>
        <w:jc w:val="center"/>
      </w:pPr>
      <w:r>
        <w:rPr>
          <w:rFonts w:ascii="Georgia" w:hAnsi="Georgia"/>
          <w:b/>
          <w:color w:val="6B4E9B"/>
          <w:sz w:val="42"/>
        </w:rPr>
        <w:t>ADVANCED PRACTICE WORKSHEET</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B4E9B"/>
                <w:sz w:val="22"/>
              </w:rPr>
              <w:t>WORKSHEET COVERAGE</w:t>
              <w:br/>
            </w:r>
            <w:r>
              <w:rPr>
                <w:sz w:val="20"/>
              </w:rPr>
              <w:t>30 challenging MCQs • HCF and LCM • Prime factorisation • Remainders • Equal grouping • Repeated events • Least and greatest numbers • Mixed-concept applications</w:t>
            </w:r>
          </w:p>
        </w:tc>
      </w:tr>
    </w:tbl>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INSTRUCTIONS</w:t>
              <w:br/>
            </w:r>
            <w:r>
              <w:rPr>
                <w:sz w:val="20"/>
              </w:rPr>
              <w:t>Attempt all questions independently. Questions are deliberately large and challenging. The answer key and detailed explanations follow the complete question section.</w:t>
            </w:r>
          </w:p>
        </w:tc>
      </w:tr>
    </w:tbl>
    <w:p/>
    <w:p>
      <w:pPr>
        <w:spacing w:after="100"/>
      </w:pPr>
      <w:r>
        <w:rPr>
          <w:rFonts w:ascii="Georgia" w:hAnsi="Georgia"/>
          <w:b/>
          <w:color w:val="17324D"/>
          <w:sz w:val="30"/>
        </w:rPr>
        <w:t xml:space="preserve">Q1. </w:t>
      </w:r>
      <w:r>
        <w:rPr>
          <w:rFonts w:ascii="Aptos" w:hAnsi="Aptos"/>
          <w:b/>
          <w:sz w:val="28"/>
        </w:rPr>
        <w:t>The HCF and LCM of two positive integers are 18 and 540 respectively. If one of the numbers is 90, what is the other number?</w:t>
      </w:r>
    </w:p>
    <w:p>
      <w:pPr>
        <w:spacing w:after="40"/>
        <w:ind w:left="403"/>
      </w:pPr>
      <w:r>
        <w:rPr>
          <w:sz w:val="24"/>
        </w:rPr>
        <w:t>(a) 108</w:t>
      </w:r>
    </w:p>
    <w:p>
      <w:pPr>
        <w:spacing w:after="40"/>
        <w:ind w:left="403"/>
      </w:pPr>
      <w:r>
        <w:rPr>
          <w:sz w:val="24"/>
        </w:rPr>
        <w:t>(b) 120</w:t>
      </w:r>
    </w:p>
    <w:p>
      <w:pPr>
        <w:spacing w:after="40"/>
        <w:ind w:left="403"/>
      </w:pPr>
      <w:r>
        <w:rPr>
          <w:sz w:val="24"/>
        </w:rPr>
        <w:t>(c) 126</w:t>
      </w:r>
    </w:p>
    <w:p>
      <w:pPr>
        <w:spacing w:after="40"/>
        <w:ind w:left="403"/>
      </w:pPr>
      <w:r>
        <w:rPr>
          <w:sz w:val="24"/>
        </w:rPr>
        <w:t>(d) 135</w:t>
      </w:r>
    </w:p>
    <w:p>
      <w:pPr>
        <w:spacing w:after="100"/>
      </w:pPr>
      <w:r>
        <w:rPr>
          <w:rFonts w:ascii="Georgia" w:hAnsi="Georgia"/>
          <w:b/>
          <w:color w:val="17324D"/>
          <w:sz w:val="30"/>
        </w:rPr>
        <w:t xml:space="preserve">Q2. </w:t>
      </w:r>
      <w:r>
        <w:rPr>
          <w:rFonts w:ascii="Aptos" w:hAnsi="Aptos"/>
          <w:b/>
          <w:sz w:val="28"/>
        </w:rPr>
        <w:t>Two numbers are in the ratio 5:7, and their HCF is 9. What is their LCM?</w:t>
      </w:r>
    </w:p>
    <w:p>
      <w:pPr>
        <w:spacing w:after="40"/>
        <w:ind w:left="403"/>
      </w:pPr>
      <w:r>
        <w:rPr>
          <w:sz w:val="24"/>
        </w:rPr>
        <w:t>(a) 315</w:t>
      </w:r>
    </w:p>
    <w:p>
      <w:pPr>
        <w:spacing w:after="40"/>
        <w:ind w:left="403"/>
      </w:pPr>
      <w:r>
        <w:rPr>
          <w:sz w:val="24"/>
        </w:rPr>
        <w:t>(b) 420</w:t>
      </w:r>
    </w:p>
    <w:p>
      <w:pPr>
        <w:spacing w:after="40"/>
        <w:ind w:left="403"/>
      </w:pPr>
      <w:r>
        <w:rPr>
          <w:sz w:val="24"/>
        </w:rPr>
        <w:t>(c) 495</w:t>
      </w:r>
    </w:p>
    <w:p>
      <w:pPr>
        <w:spacing w:after="40"/>
        <w:ind w:left="403"/>
      </w:pPr>
      <w:r>
        <w:rPr>
          <w:sz w:val="24"/>
        </w:rPr>
        <w:t>(d) 567</w:t>
      </w:r>
    </w:p>
    <w:p>
      <w:pPr>
        <w:spacing w:after="100"/>
      </w:pPr>
      <w:r>
        <w:rPr>
          <w:rFonts w:ascii="Georgia" w:hAnsi="Georgia"/>
          <w:b/>
          <w:color w:val="17324D"/>
          <w:sz w:val="30"/>
        </w:rPr>
        <w:t xml:space="preserve">Q3. </w:t>
      </w:r>
      <w:r>
        <w:rPr>
          <w:rFonts w:ascii="Aptos" w:hAnsi="Aptos"/>
          <w:b/>
          <w:sz w:val="28"/>
        </w:rPr>
        <w:t>The HCF of two numbers is 12 and their LCM is 420. If one number is 60, find the other number.</w:t>
      </w:r>
    </w:p>
    <w:p>
      <w:pPr>
        <w:spacing w:after="40"/>
        <w:ind w:left="403"/>
      </w:pPr>
      <w:r>
        <w:rPr>
          <w:sz w:val="24"/>
        </w:rPr>
        <w:t>(a) 72</w:t>
      </w:r>
    </w:p>
    <w:p>
      <w:pPr>
        <w:spacing w:after="40"/>
        <w:ind w:left="403"/>
      </w:pPr>
      <w:r>
        <w:rPr>
          <w:sz w:val="24"/>
        </w:rPr>
        <w:t>(b) 84</w:t>
      </w:r>
    </w:p>
    <w:p>
      <w:pPr>
        <w:spacing w:after="40"/>
        <w:ind w:left="403"/>
      </w:pPr>
      <w:r>
        <w:rPr>
          <w:sz w:val="24"/>
        </w:rPr>
        <w:t>(c) 96</w:t>
      </w:r>
    </w:p>
    <w:p>
      <w:pPr>
        <w:spacing w:after="40"/>
        <w:ind w:left="403"/>
      </w:pPr>
      <w:r>
        <w:rPr>
          <w:sz w:val="24"/>
        </w:rPr>
        <w:t>(d) 108</w:t>
      </w:r>
    </w:p>
    <w:p>
      <w:pPr>
        <w:spacing w:after="100"/>
      </w:pPr>
      <w:r>
        <w:rPr>
          <w:rFonts w:ascii="Georgia" w:hAnsi="Georgia"/>
          <w:b/>
          <w:color w:val="17324D"/>
          <w:sz w:val="30"/>
        </w:rPr>
        <w:t xml:space="preserve">Q4. </w:t>
      </w:r>
      <w:r>
        <w:rPr>
          <w:rFonts w:ascii="Aptos" w:hAnsi="Aptos"/>
          <w:b/>
          <w:sz w:val="28"/>
        </w:rPr>
        <w:t>Find the greatest number which divides 245, 325 and 455 leaving the same remainder in each case.</w:t>
      </w:r>
    </w:p>
    <w:p>
      <w:pPr>
        <w:spacing w:after="40"/>
        <w:ind w:left="403"/>
      </w:pPr>
      <w:r>
        <w:rPr>
          <w:sz w:val="24"/>
        </w:rPr>
        <w:t>(a) 10</w:t>
      </w:r>
    </w:p>
    <w:p>
      <w:pPr>
        <w:spacing w:after="40"/>
        <w:ind w:left="403"/>
      </w:pPr>
      <w:r>
        <w:rPr>
          <w:sz w:val="24"/>
        </w:rPr>
        <w:t>(b) 15</w:t>
      </w:r>
    </w:p>
    <w:p>
      <w:pPr>
        <w:spacing w:after="40"/>
        <w:ind w:left="403"/>
      </w:pPr>
      <w:r>
        <w:rPr>
          <w:sz w:val="24"/>
        </w:rPr>
        <w:t>(c) 20</w:t>
      </w:r>
    </w:p>
    <w:p>
      <w:pPr>
        <w:spacing w:after="40"/>
        <w:ind w:left="403"/>
      </w:pPr>
      <w:r>
        <w:rPr>
          <w:sz w:val="24"/>
        </w:rPr>
        <w:t>(d) 30</w:t>
      </w:r>
    </w:p>
    <w:p>
      <w:pPr>
        <w:spacing w:after="100"/>
      </w:pPr>
      <w:r>
        <w:rPr>
          <w:rFonts w:ascii="Georgia" w:hAnsi="Georgia"/>
          <w:b/>
          <w:color w:val="17324D"/>
          <w:sz w:val="30"/>
        </w:rPr>
        <w:t xml:space="preserve">Q5. </w:t>
      </w:r>
      <w:r>
        <w:rPr>
          <w:rFonts w:ascii="Aptos" w:hAnsi="Aptos"/>
          <w:b/>
          <w:sz w:val="28"/>
        </w:rPr>
        <w:t>Find the greatest number which divides 437, 521 and 689 leaving remainders 5, 9 and 17 respectively.</w:t>
      </w:r>
    </w:p>
    <w:p>
      <w:pPr>
        <w:spacing w:after="40"/>
        <w:ind w:left="403"/>
      </w:pPr>
      <w:r>
        <w:rPr>
          <w:sz w:val="24"/>
        </w:rPr>
        <w:t>(a) 12</w:t>
      </w:r>
    </w:p>
    <w:p>
      <w:pPr>
        <w:spacing w:after="40"/>
        <w:ind w:left="403"/>
      </w:pPr>
      <w:r>
        <w:rPr>
          <w:sz w:val="24"/>
        </w:rPr>
        <w:t>(b) 16</w:t>
      </w:r>
    </w:p>
    <w:p>
      <w:pPr>
        <w:spacing w:after="40"/>
        <w:ind w:left="403"/>
      </w:pPr>
      <w:r>
        <w:rPr>
          <w:sz w:val="24"/>
        </w:rPr>
        <w:t>(c) 24</w:t>
      </w:r>
    </w:p>
    <w:p>
      <w:pPr>
        <w:spacing w:after="40"/>
        <w:ind w:left="403"/>
      </w:pPr>
      <w:r>
        <w:rPr>
          <w:sz w:val="24"/>
        </w:rPr>
        <w:t>(d) 48</w:t>
      </w:r>
    </w:p>
    <w:p>
      <w:pPr>
        <w:spacing w:after="100"/>
      </w:pPr>
      <w:r>
        <w:rPr>
          <w:rFonts w:ascii="Georgia" w:hAnsi="Georgia"/>
          <w:b/>
          <w:color w:val="17324D"/>
          <w:sz w:val="30"/>
        </w:rPr>
        <w:t xml:space="preserve">Q6. </w:t>
      </w:r>
      <w:r>
        <w:rPr>
          <w:rFonts w:ascii="Aptos" w:hAnsi="Aptos"/>
          <w:b/>
          <w:sz w:val="28"/>
        </w:rPr>
        <w:t>Find the least number which when divided by 12, 15 and 20 leaves remainder 7 in each case.</w:t>
      </w:r>
    </w:p>
    <w:p>
      <w:pPr>
        <w:spacing w:after="40"/>
        <w:ind w:left="403"/>
      </w:pPr>
      <w:r>
        <w:rPr>
          <w:sz w:val="24"/>
        </w:rPr>
        <w:t>(a) 47</w:t>
      </w:r>
    </w:p>
    <w:p>
      <w:pPr>
        <w:spacing w:after="40"/>
        <w:ind w:left="403"/>
      </w:pPr>
      <w:r>
        <w:rPr>
          <w:sz w:val="24"/>
        </w:rPr>
        <w:t>(b) 57</w:t>
      </w:r>
    </w:p>
    <w:p>
      <w:pPr>
        <w:spacing w:after="40"/>
        <w:ind w:left="403"/>
      </w:pPr>
      <w:r>
        <w:rPr>
          <w:sz w:val="24"/>
        </w:rPr>
        <w:t>(c) 67</w:t>
      </w:r>
    </w:p>
    <w:p>
      <w:pPr>
        <w:spacing w:after="40"/>
        <w:ind w:left="403"/>
      </w:pPr>
      <w:r>
        <w:rPr>
          <w:sz w:val="24"/>
        </w:rPr>
        <w:t>(d) 77</w:t>
      </w:r>
    </w:p>
    <w:p>
      <w:pPr>
        <w:spacing w:after="100"/>
      </w:pPr>
      <w:r>
        <w:rPr>
          <w:rFonts w:ascii="Georgia" w:hAnsi="Georgia"/>
          <w:b/>
          <w:color w:val="17324D"/>
          <w:sz w:val="30"/>
        </w:rPr>
        <w:t xml:space="preserve">Q7. </w:t>
      </w:r>
      <w:r>
        <w:rPr>
          <w:rFonts w:ascii="Aptos" w:hAnsi="Aptos"/>
          <w:b/>
          <w:sz w:val="28"/>
        </w:rPr>
        <w:t>Find the least number which is divisible by 18, 24, 30 and 42.</w:t>
      </w:r>
    </w:p>
    <w:p>
      <w:pPr>
        <w:spacing w:after="40"/>
        <w:ind w:left="403"/>
      </w:pPr>
      <w:r>
        <w:rPr>
          <w:sz w:val="24"/>
        </w:rPr>
        <w:t>(a) 2520</w:t>
      </w:r>
    </w:p>
    <w:p>
      <w:pPr>
        <w:spacing w:after="40"/>
        <w:ind w:left="403"/>
      </w:pPr>
      <w:r>
        <w:rPr>
          <w:sz w:val="24"/>
        </w:rPr>
        <w:t>(b) 5040</w:t>
      </w:r>
    </w:p>
    <w:p>
      <w:pPr>
        <w:spacing w:after="40"/>
        <w:ind w:left="403"/>
      </w:pPr>
      <w:r>
        <w:rPr>
          <w:sz w:val="24"/>
        </w:rPr>
        <w:t>(c) 7560</w:t>
      </w:r>
    </w:p>
    <w:p>
      <w:pPr>
        <w:spacing w:after="40"/>
        <w:ind w:left="403"/>
      </w:pPr>
      <w:r>
        <w:rPr>
          <w:sz w:val="24"/>
        </w:rPr>
        <w:t>(d) 10080</w:t>
      </w:r>
    </w:p>
    <w:p>
      <w:pPr>
        <w:spacing w:after="100"/>
      </w:pPr>
      <w:r>
        <w:rPr>
          <w:rFonts w:ascii="Georgia" w:hAnsi="Georgia"/>
          <w:b/>
          <w:color w:val="17324D"/>
          <w:sz w:val="30"/>
        </w:rPr>
        <w:t xml:space="preserve">Q8. </w:t>
      </w:r>
      <w:r>
        <w:rPr>
          <w:rFonts w:ascii="Aptos" w:hAnsi="Aptos"/>
          <w:b/>
          <w:sz w:val="28"/>
        </w:rPr>
        <w:t>Three bells ring at intervals of 18 seconds, 24 seconds and 30 seconds respectively. If they ring together at 10:00:00, after how much time will they ring together again?</w:t>
      </w:r>
    </w:p>
    <w:p>
      <w:pPr>
        <w:spacing w:after="40"/>
        <w:ind w:left="403"/>
      </w:pPr>
      <w:r>
        <w:rPr>
          <w:sz w:val="24"/>
        </w:rPr>
        <w:t>(a) 180 seconds</w:t>
      </w:r>
    </w:p>
    <w:p>
      <w:pPr>
        <w:spacing w:after="40"/>
        <w:ind w:left="403"/>
      </w:pPr>
      <w:r>
        <w:rPr>
          <w:sz w:val="24"/>
        </w:rPr>
        <w:t>(b) 240 seconds</w:t>
      </w:r>
    </w:p>
    <w:p>
      <w:pPr>
        <w:spacing w:after="40"/>
        <w:ind w:left="403"/>
      </w:pPr>
      <w:r>
        <w:rPr>
          <w:sz w:val="24"/>
        </w:rPr>
        <w:t>(c) 360 seconds</w:t>
      </w:r>
    </w:p>
    <w:p>
      <w:pPr>
        <w:spacing w:after="40"/>
        <w:ind w:left="403"/>
      </w:pPr>
      <w:r>
        <w:rPr>
          <w:sz w:val="24"/>
        </w:rPr>
        <w:t>(d) 720 seconds</w:t>
      </w:r>
    </w:p>
    <w:p>
      <w:pPr>
        <w:spacing w:after="100"/>
      </w:pPr>
      <w:r>
        <w:rPr>
          <w:rFonts w:ascii="Georgia" w:hAnsi="Georgia"/>
          <w:b/>
          <w:color w:val="17324D"/>
          <w:sz w:val="30"/>
        </w:rPr>
        <w:t xml:space="preserve">Q9. </w:t>
      </w:r>
      <w:r>
        <w:rPr>
          <w:rFonts w:ascii="Aptos" w:hAnsi="Aptos"/>
          <w:b/>
          <w:sz w:val="28"/>
        </w:rPr>
        <w:t>Three traffic lights change after every 45 seconds, 60 seconds and 75 seconds. If they change simultaneously at 8:00 a.m., when will they next change simultaneously?</w:t>
      </w:r>
    </w:p>
    <w:p>
      <w:pPr>
        <w:spacing w:after="40"/>
        <w:ind w:left="403"/>
      </w:pPr>
      <w:r>
        <w:rPr>
          <w:sz w:val="24"/>
        </w:rPr>
        <w:t>(a) 8:10 a.m.</w:t>
      </w:r>
    </w:p>
    <w:p>
      <w:pPr>
        <w:spacing w:after="40"/>
        <w:ind w:left="403"/>
      </w:pPr>
      <w:r>
        <w:rPr>
          <w:sz w:val="24"/>
        </w:rPr>
        <w:t>(b) 8:12 a.m.</w:t>
      </w:r>
    </w:p>
    <w:p>
      <w:pPr>
        <w:spacing w:after="40"/>
        <w:ind w:left="403"/>
      </w:pPr>
      <w:r>
        <w:rPr>
          <w:sz w:val="24"/>
        </w:rPr>
        <w:t>(c) 8:15 a.m.</w:t>
      </w:r>
    </w:p>
    <w:p>
      <w:pPr>
        <w:spacing w:after="40"/>
        <w:ind w:left="403"/>
      </w:pPr>
      <w:r>
        <w:rPr>
          <w:sz w:val="24"/>
        </w:rPr>
        <w:t>(d) 8:20 a.m.</w:t>
      </w:r>
    </w:p>
    <w:p>
      <w:pPr>
        <w:spacing w:after="100"/>
      </w:pPr>
      <w:r>
        <w:rPr>
          <w:rFonts w:ascii="Georgia" w:hAnsi="Georgia"/>
          <w:b/>
          <w:color w:val="17324D"/>
          <w:sz w:val="30"/>
        </w:rPr>
        <w:t xml:space="preserve">Q10. </w:t>
      </w:r>
      <w:r>
        <w:rPr>
          <w:rFonts w:ascii="Aptos" w:hAnsi="Aptos"/>
          <w:b/>
          <w:sz w:val="28"/>
        </w:rPr>
        <w:t>The LCM of two numbers is 180 and their HCF is 6. If their sum is 78, what are the two numbers?</w:t>
      </w:r>
    </w:p>
    <w:p>
      <w:pPr>
        <w:spacing w:after="40"/>
        <w:ind w:left="403"/>
      </w:pPr>
      <w:r>
        <w:rPr>
          <w:sz w:val="24"/>
        </w:rPr>
        <w:t>(a) 18 and 60</w:t>
      </w:r>
    </w:p>
    <w:p>
      <w:pPr>
        <w:spacing w:after="40"/>
        <w:ind w:left="403"/>
      </w:pPr>
      <w:r>
        <w:rPr>
          <w:sz w:val="24"/>
        </w:rPr>
        <w:t>(b) 24 and 54</w:t>
      </w:r>
    </w:p>
    <w:p>
      <w:pPr>
        <w:spacing w:after="40"/>
        <w:ind w:left="403"/>
      </w:pPr>
      <w:r>
        <w:rPr>
          <w:sz w:val="24"/>
        </w:rPr>
        <w:t>(c) 30 and 48</w:t>
      </w:r>
    </w:p>
    <w:p>
      <w:pPr>
        <w:spacing w:after="40"/>
        <w:ind w:left="403"/>
      </w:pPr>
      <w:r>
        <w:rPr>
          <w:sz w:val="24"/>
        </w:rPr>
        <w:t>(d) 36 and 42</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B4E9B"/>
                <w:sz w:val="22"/>
              </w:rPr>
              <w:t>CHALLENGE CHECKPOINT</w:t>
              <w:br/>
            </w:r>
            <w:r>
              <w:rPr>
                <w:sz w:val="20"/>
              </w:rPr>
              <w:t>Use prime factorisation carefully. For two numbers, remember HCF × LCM = product of the numbers.</w:t>
            </w:r>
          </w:p>
        </w:tc>
      </w:tr>
    </w:tbl>
    <w:p/>
    <w:p>
      <w:pPr>
        <w:spacing w:after="100"/>
      </w:pPr>
      <w:r>
        <w:rPr>
          <w:rFonts w:ascii="Georgia" w:hAnsi="Georgia"/>
          <w:b/>
          <w:color w:val="17324D"/>
          <w:sz w:val="30"/>
        </w:rPr>
        <w:t xml:space="preserve">Q11. </w:t>
      </w:r>
      <w:r>
        <w:rPr>
          <w:rFonts w:ascii="Aptos" w:hAnsi="Aptos"/>
          <w:b/>
          <w:sz w:val="28"/>
        </w:rPr>
        <w:t>The HCF of three numbers is 12. If the numbers are 60, 84, and 108, what is their LCM?</w:t>
      </w:r>
    </w:p>
    <w:p>
      <w:pPr>
        <w:spacing w:after="40"/>
        <w:ind w:left="403"/>
      </w:pPr>
      <w:r>
        <w:rPr>
          <w:sz w:val="24"/>
        </w:rPr>
        <w:t>(a) 1260</w:t>
      </w:r>
    </w:p>
    <w:p>
      <w:pPr>
        <w:spacing w:after="40"/>
        <w:ind w:left="403"/>
      </w:pPr>
      <w:r>
        <w:rPr>
          <w:sz w:val="24"/>
        </w:rPr>
        <w:t>(b) 2520</w:t>
      </w:r>
    </w:p>
    <w:p>
      <w:pPr>
        <w:spacing w:after="40"/>
        <w:ind w:left="403"/>
      </w:pPr>
      <w:r>
        <w:rPr>
          <w:sz w:val="24"/>
        </w:rPr>
        <w:t>(c) 3780</w:t>
      </w:r>
    </w:p>
    <w:p>
      <w:pPr>
        <w:spacing w:after="40"/>
        <w:ind w:left="403"/>
      </w:pPr>
      <w:r>
        <w:rPr>
          <w:sz w:val="24"/>
        </w:rPr>
        <w:t>(d) 5040</w:t>
      </w:r>
    </w:p>
    <w:p>
      <w:pPr>
        <w:spacing w:after="100"/>
      </w:pPr>
      <w:r>
        <w:rPr>
          <w:rFonts w:ascii="Georgia" w:hAnsi="Georgia"/>
          <w:b/>
          <w:color w:val="17324D"/>
          <w:sz w:val="30"/>
        </w:rPr>
        <w:t xml:space="preserve">Q12. </w:t>
      </w:r>
      <w:r>
        <w:rPr>
          <w:rFonts w:ascii="Aptos" w:hAnsi="Aptos"/>
          <w:b/>
          <w:sz w:val="28"/>
        </w:rPr>
        <w:t>Find the greatest number that divides 398, 436 and 512 leaving the same remainder in each case.</w:t>
      </w:r>
    </w:p>
    <w:p>
      <w:pPr>
        <w:spacing w:after="40"/>
        <w:ind w:left="403"/>
      </w:pPr>
      <w:r>
        <w:rPr>
          <w:sz w:val="24"/>
        </w:rPr>
        <w:t>(a) 19</w:t>
      </w:r>
    </w:p>
    <w:p>
      <w:pPr>
        <w:spacing w:after="40"/>
        <w:ind w:left="403"/>
      </w:pPr>
      <w:r>
        <w:rPr>
          <w:sz w:val="24"/>
        </w:rPr>
        <w:t>(b) 38</w:t>
      </w:r>
    </w:p>
    <w:p>
      <w:pPr>
        <w:spacing w:after="40"/>
        <w:ind w:left="403"/>
      </w:pPr>
      <w:r>
        <w:rPr>
          <w:sz w:val="24"/>
        </w:rPr>
        <w:t>(c) 57</w:t>
      </w:r>
    </w:p>
    <w:p>
      <w:pPr>
        <w:spacing w:after="40"/>
        <w:ind w:left="403"/>
      </w:pPr>
      <w:r>
        <w:rPr>
          <w:sz w:val="24"/>
        </w:rPr>
        <w:t>(d) 76</w:t>
      </w:r>
    </w:p>
    <w:p>
      <w:pPr>
        <w:spacing w:after="100"/>
      </w:pPr>
      <w:r>
        <w:rPr>
          <w:rFonts w:ascii="Georgia" w:hAnsi="Georgia"/>
          <w:b/>
          <w:color w:val="17324D"/>
          <w:sz w:val="30"/>
        </w:rPr>
        <w:t xml:space="preserve">Q13. </w:t>
      </w:r>
      <w:r>
        <w:rPr>
          <w:rFonts w:ascii="Aptos" w:hAnsi="Aptos"/>
          <w:b/>
          <w:sz w:val="28"/>
        </w:rPr>
        <w:t>Find the smallest number which when divided by 16, 24 and 36 leaves remainder 5 in each case.</w:t>
      </w:r>
    </w:p>
    <w:p>
      <w:pPr>
        <w:spacing w:after="40"/>
        <w:ind w:left="403"/>
      </w:pPr>
      <w:r>
        <w:rPr>
          <w:sz w:val="24"/>
        </w:rPr>
        <w:t>(a) 139</w:t>
      </w:r>
    </w:p>
    <w:p>
      <w:pPr>
        <w:spacing w:after="40"/>
        <w:ind w:left="403"/>
      </w:pPr>
      <w:r>
        <w:rPr>
          <w:sz w:val="24"/>
        </w:rPr>
        <w:t>(b) 141</w:t>
      </w:r>
    </w:p>
    <w:p>
      <w:pPr>
        <w:spacing w:after="40"/>
        <w:ind w:left="403"/>
      </w:pPr>
      <w:r>
        <w:rPr>
          <w:sz w:val="24"/>
        </w:rPr>
        <w:t>(c) 149</w:t>
      </w:r>
    </w:p>
    <w:p>
      <w:pPr>
        <w:spacing w:after="40"/>
        <w:ind w:left="403"/>
      </w:pPr>
      <w:r>
        <w:rPr>
          <w:sz w:val="24"/>
        </w:rPr>
        <w:t>(d) 157</w:t>
      </w:r>
    </w:p>
    <w:p>
      <w:pPr>
        <w:spacing w:after="100"/>
      </w:pPr>
      <w:r>
        <w:rPr>
          <w:rFonts w:ascii="Georgia" w:hAnsi="Georgia"/>
          <w:b/>
          <w:color w:val="17324D"/>
          <w:sz w:val="30"/>
        </w:rPr>
        <w:t xml:space="preserve">Q14. </w:t>
      </w:r>
      <w:r>
        <w:rPr>
          <w:rFonts w:ascii="Aptos" w:hAnsi="Aptos"/>
          <w:b/>
          <w:sz w:val="28"/>
        </w:rPr>
        <w:t>The LCM of two numbers is 720 and their HCF is 12. If one number is 144, find the other.</w:t>
      </w:r>
    </w:p>
    <w:p>
      <w:pPr>
        <w:spacing w:after="40"/>
        <w:ind w:left="403"/>
      </w:pPr>
      <w:r>
        <w:rPr>
          <w:sz w:val="24"/>
        </w:rPr>
        <w:t>(a) 48</w:t>
      </w:r>
    </w:p>
    <w:p>
      <w:pPr>
        <w:spacing w:after="40"/>
        <w:ind w:left="403"/>
      </w:pPr>
      <w:r>
        <w:rPr>
          <w:sz w:val="24"/>
        </w:rPr>
        <w:t>(b) 60</w:t>
      </w:r>
    </w:p>
    <w:p>
      <w:pPr>
        <w:spacing w:after="40"/>
        <w:ind w:left="403"/>
      </w:pPr>
      <w:r>
        <w:rPr>
          <w:sz w:val="24"/>
        </w:rPr>
        <w:t>(c) 72</w:t>
      </w:r>
    </w:p>
    <w:p>
      <w:pPr>
        <w:spacing w:after="40"/>
        <w:ind w:left="403"/>
      </w:pPr>
      <w:r>
        <w:rPr>
          <w:sz w:val="24"/>
        </w:rPr>
        <w:t>(d) 84</w:t>
      </w:r>
    </w:p>
    <w:p>
      <w:pPr>
        <w:spacing w:after="100"/>
      </w:pPr>
      <w:r>
        <w:rPr>
          <w:rFonts w:ascii="Georgia" w:hAnsi="Georgia"/>
          <w:b/>
          <w:color w:val="17324D"/>
          <w:sz w:val="30"/>
        </w:rPr>
        <w:t xml:space="preserve">Q15. </w:t>
      </w:r>
      <w:r>
        <w:rPr>
          <w:rFonts w:ascii="Aptos" w:hAnsi="Aptos"/>
          <w:b/>
          <w:sz w:val="28"/>
        </w:rPr>
        <w:t>Two numbers have product 17280 and HCF 12. If one number is 96, what is their LCM?</w:t>
      </w:r>
    </w:p>
    <w:p>
      <w:pPr>
        <w:spacing w:after="40"/>
        <w:ind w:left="403"/>
      </w:pPr>
      <w:r>
        <w:rPr>
          <w:sz w:val="24"/>
        </w:rPr>
        <w:t>(a) 144</w:t>
      </w:r>
    </w:p>
    <w:p>
      <w:pPr>
        <w:spacing w:after="40"/>
        <w:ind w:left="403"/>
      </w:pPr>
      <w:r>
        <w:rPr>
          <w:sz w:val="24"/>
        </w:rPr>
        <w:t>(b) 180</w:t>
      </w:r>
    </w:p>
    <w:p>
      <w:pPr>
        <w:spacing w:after="40"/>
        <w:ind w:left="403"/>
      </w:pPr>
      <w:r>
        <w:rPr>
          <w:sz w:val="24"/>
        </w:rPr>
        <w:t>(c) 216</w:t>
      </w:r>
    </w:p>
    <w:p>
      <w:pPr>
        <w:spacing w:after="40"/>
        <w:ind w:left="403"/>
      </w:pPr>
      <w:r>
        <w:rPr>
          <w:sz w:val="24"/>
        </w:rPr>
        <w:t>(d) 240</w:t>
      </w:r>
    </w:p>
    <w:p>
      <w:pPr>
        <w:spacing w:after="100"/>
      </w:pPr>
      <w:r>
        <w:rPr>
          <w:rFonts w:ascii="Georgia" w:hAnsi="Georgia"/>
          <w:b/>
          <w:color w:val="17324D"/>
          <w:sz w:val="30"/>
        </w:rPr>
        <w:t xml:space="preserve">Q16. </w:t>
      </w:r>
      <w:r>
        <w:rPr>
          <w:rFonts w:ascii="Aptos" w:hAnsi="Aptos"/>
          <w:b/>
          <w:sz w:val="28"/>
        </w:rPr>
        <w:t>Two positive integers have HCF 8 and LCM 240. How many ordered pairs (a,b) of such integers are possible?</w:t>
      </w:r>
    </w:p>
    <w:p>
      <w:pPr>
        <w:spacing w:after="40"/>
        <w:ind w:left="403"/>
      </w:pPr>
      <w:r>
        <w:rPr>
          <w:sz w:val="24"/>
        </w:rPr>
        <w:t>(a) 2</w:t>
      </w:r>
    </w:p>
    <w:p>
      <w:pPr>
        <w:spacing w:after="40"/>
        <w:ind w:left="403"/>
      </w:pPr>
      <w:r>
        <w:rPr>
          <w:sz w:val="24"/>
        </w:rPr>
        <w:t>(b) 4</w:t>
      </w:r>
    </w:p>
    <w:p>
      <w:pPr>
        <w:spacing w:after="40"/>
        <w:ind w:left="403"/>
      </w:pPr>
      <w:r>
        <w:rPr>
          <w:sz w:val="24"/>
        </w:rPr>
        <w:t>(c) 6</w:t>
      </w:r>
    </w:p>
    <w:p>
      <w:pPr>
        <w:spacing w:after="40"/>
        <w:ind w:left="403"/>
      </w:pPr>
      <w:r>
        <w:rPr>
          <w:sz w:val="24"/>
        </w:rPr>
        <w:t>(d) 8</w:t>
      </w:r>
    </w:p>
    <w:p>
      <w:pPr>
        <w:spacing w:after="100"/>
      </w:pPr>
      <w:r>
        <w:rPr>
          <w:rFonts w:ascii="Georgia" w:hAnsi="Georgia"/>
          <w:b/>
          <w:color w:val="17324D"/>
          <w:sz w:val="30"/>
        </w:rPr>
        <w:t xml:space="preserve">Q17. </w:t>
      </w:r>
      <w:r>
        <w:rPr>
          <w:rFonts w:ascii="Aptos" w:hAnsi="Aptos"/>
          <w:b/>
          <w:sz w:val="28"/>
        </w:rPr>
        <w:t>The HCF of two numbers is 16 and their LCM is 960. If the two numbers are distinct and both are less than 200, which pair is possible?</w:t>
      </w:r>
    </w:p>
    <w:p>
      <w:pPr>
        <w:spacing w:after="40"/>
        <w:ind w:left="403"/>
      </w:pPr>
      <w:r>
        <w:rPr>
          <w:sz w:val="24"/>
        </w:rPr>
        <w:t>(a) 48, 320</w:t>
      </w:r>
    </w:p>
    <w:p>
      <w:pPr>
        <w:spacing w:after="40"/>
        <w:ind w:left="403"/>
      </w:pPr>
      <w:r>
        <w:rPr>
          <w:sz w:val="24"/>
        </w:rPr>
        <w:t>(b) 64, 240</w:t>
      </w:r>
    </w:p>
    <w:p>
      <w:pPr>
        <w:spacing w:after="40"/>
        <w:ind w:left="403"/>
      </w:pPr>
      <w:r>
        <w:rPr>
          <w:sz w:val="24"/>
        </w:rPr>
        <w:t>(c) 80, 192</w:t>
      </w:r>
    </w:p>
    <w:p>
      <w:pPr>
        <w:spacing w:after="40"/>
        <w:ind w:left="403"/>
      </w:pPr>
      <w:r>
        <w:rPr>
          <w:sz w:val="24"/>
        </w:rPr>
        <w:t>(d) 96, 160</w:t>
      </w:r>
    </w:p>
    <w:p>
      <w:pPr>
        <w:spacing w:after="100"/>
      </w:pPr>
      <w:r>
        <w:rPr>
          <w:rFonts w:ascii="Georgia" w:hAnsi="Georgia"/>
          <w:b/>
          <w:color w:val="17324D"/>
          <w:sz w:val="30"/>
        </w:rPr>
        <w:t xml:space="preserve">Q18. </w:t>
      </w:r>
      <w:r>
        <w:rPr>
          <w:rFonts w:ascii="Aptos" w:hAnsi="Aptos"/>
          <w:b/>
          <w:sz w:val="28"/>
        </w:rPr>
        <w:t>Find the smallest number which is divisible by 6, 8 and 15 and is also a perfect square.</w:t>
      </w:r>
    </w:p>
    <w:p>
      <w:pPr>
        <w:spacing w:after="40"/>
        <w:ind w:left="403"/>
      </w:pPr>
      <w:r>
        <w:rPr>
          <w:sz w:val="24"/>
        </w:rPr>
        <w:t>(a) 3600</w:t>
      </w:r>
    </w:p>
    <w:p>
      <w:pPr>
        <w:spacing w:after="40"/>
        <w:ind w:left="403"/>
      </w:pPr>
      <w:r>
        <w:rPr>
          <w:sz w:val="24"/>
        </w:rPr>
        <w:t>(b) 900</w:t>
      </w:r>
    </w:p>
    <w:p>
      <w:pPr>
        <w:spacing w:after="40"/>
        <w:ind w:left="403"/>
      </w:pPr>
      <w:r>
        <w:rPr>
          <w:sz w:val="24"/>
        </w:rPr>
        <w:t>(c) 1800</w:t>
      </w:r>
    </w:p>
    <w:p>
      <w:pPr>
        <w:spacing w:after="40"/>
        <w:ind w:left="403"/>
      </w:pPr>
      <w:r>
        <w:rPr>
          <w:sz w:val="24"/>
        </w:rPr>
        <w:t>(d) 1200</w:t>
      </w:r>
    </w:p>
    <w:p>
      <w:pPr>
        <w:spacing w:after="100"/>
      </w:pPr>
      <w:r>
        <w:rPr>
          <w:rFonts w:ascii="Georgia" w:hAnsi="Georgia"/>
          <w:b/>
          <w:color w:val="17324D"/>
          <w:sz w:val="30"/>
        </w:rPr>
        <w:t xml:space="preserve">Q19. </w:t>
      </w:r>
      <w:r>
        <w:rPr>
          <w:rFonts w:ascii="Aptos" w:hAnsi="Aptos"/>
          <w:b/>
          <w:sz w:val="28"/>
        </w:rPr>
        <w:t>Find the smallest perfect cube that is divisible by 12, 18 and 45.</w:t>
      </w:r>
    </w:p>
    <w:p>
      <w:pPr>
        <w:spacing w:after="40"/>
        <w:ind w:left="403"/>
      </w:pPr>
      <w:r>
        <w:rPr>
          <w:sz w:val="24"/>
        </w:rPr>
        <w:t>(a) 27000</w:t>
      </w:r>
    </w:p>
    <w:p>
      <w:pPr>
        <w:spacing w:after="40"/>
        <w:ind w:left="403"/>
      </w:pPr>
      <w:r>
        <w:rPr>
          <w:sz w:val="24"/>
        </w:rPr>
        <w:t>(b) 54000</w:t>
      </w:r>
    </w:p>
    <w:p>
      <w:pPr>
        <w:spacing w:after="40"/>
        <w:ind w:left="403"/>
      </w:pPr>
      <w:r>
        <w:rPr>
          <w:sz w:val="24"/>
        </w:rPr>
        <w:t>(c) 270000</w:t>
      </w:r>
    </w:p>
    <w:p>
      <w:pPr>
        <w:spacing w:after="40"/>
        <w:ind w:left="403"/>
      </w:pPr>
      <w:r>
        <w:rPr>
          <w:sz w:val="24"/>
        </w:rPr>
        <w:t>(d) 81000</w:t>
      </w:r>
    </w:p>
    <w:p>
      <w:pPr>
        <w:spacing w:after="100"/>
      </w:pPr>
      <w:r>
        <w:rPr>
          <w:rFonts w:ascii="Georgia" w:hAnsi="Georgia"/>
          <w:b/>
          <w:color w:val="17324D"/>
          <w:sz w:val="30"/>
        </w:rPr>
        <w:t xml:space="preserve">Q20. </w:t>
      </w:r>
      <w:r>
        <w:rPr>
          <w:rFonts w:ascii="Aptos" w:hAnsi="Aptos"/>
          <w:b/>
          <w:sz w:val="28"/>
        </w:rPr>
        <w:t>The LCM of three numbers is 420. Which of the following cannot be their HCF?</w:t>
      </w:r>
    </w:p>
    <w:p>
      <w:pPr>
        <w:spacing w:after="40"/>
        <w:ind w:left="403"/>
      </w:pPr>
      <w:r>
        <w:rPr>
          <w:sz w:val="24"/>
        </w:rPr>
        <w:t>(a) 1</w:t>
      </w:r>
    </w:p>
    <w:p>
      <w:pPr>
        <w:spacing w:after="40"/>
        <w:ind w:left="403"/>
      </w:pPr>
      <w:r>
        <w:rPr>
          <w:sz w:val="24"/>
        </w:rPr>
        <w:t>(b) 2</w:t>
      </w:r>
    </w:p>
    <w:p>
      <w:pPr>
        <w:spacing w:after="40"/>
        <w:ind w:left="403"/>
      </w:pPr>
      <w:r>
        <w:rPr>
          <w:sz w:val="24"/>
        </w:rPr>
        <w:t>(c) 3</w:t>
      </w:r>
    </w:p>
    <w:p>
      <w:pPr>
        <w:spacing w:after="40"/>
        <w:ind w:left="403"/>
      </w:pPr>
      <w:r>
        <w:rPr>
          <w:sz w:val="24"/>
        </w:rPr>
        <w:t>(d) 7</w:t>
      </w:r>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B4E9B"/>
                <w:sz w:val="22"/>
              </w:rPr>
              <w:t>CHALLENGE CHECKPOINT</w:t>
              <w:br/>
            </w:r>
            <w:r>
              <w:rPr>
                <w:sz w:val="20"/>
              </w:rPr>
              <w:t>Use prime factorisation carefully. For two numbers, remember HCF × LCM = product of the numbers.</w:t>
            </w:r>
          </w:p>
        </w:tc>
      </w:tr>
    </w:tbl>
    <w:p/>
    <w:p>
      <w:pPr>
        <w:spacing w:after="100"/>
      </w:pPr>
      <w:r>
        <w:rPr>
          <w:rFonts w:ascii="Georgia" w:hAnsi="Georgia"/>
          <w:b/>
          <w:color w:val="17324D"/>
          <w:sz w:val="30"/>
        </w:rPr>
        <w:t xml:space="preserve">Q21. </w:t>
      </w:r>
      <w:r>
        <w:rPr>
          <w:rFonts w:ascii="Aptos" w:hAnsi="Aptos"/>
          <w:b/>
          <w:sz w:val="28"/>
        </w:rPr>
        <w:t>Find the greatest four-digit number which is exactly divisible by 24, 36 and 54.</w:t>
      </w:r>
    </w:p>
    <w:p>
      <w:pPr>
        <w:spacing w:after="40"/>
        <w:ind w:left="403"/>
      </w:pPr>
      <w:r>
        <w:rPr>
          <w:sz w:val="24"/>
        </w:rPr>
        <w:t>(a) 9720</w:t>
      </w:r>
    </w:p>
    <w:p>
      <w:pPr>
        <w:spacing w:after="40"/>
        <w:ind w:left="403"/>
      </w:pPr>
      <w:r>
        <w:rPr>
          <w:sz w:val="24"/>
        </w:rPr>
        <w:t>(b) 9936</w:t>
      </w:r>
    </w:p>
    <w:p>
      <w:pPr>
        <w:spacing w:after="40"/>
        <w:ind w:left="403"/>
      </w:pPr>
      <w:r>
        <w:rPr>
          <w:sz w:val="24"/>
        </w:rPr>
        <w:t>(c) 9972</w:t>
      </w:r>
    </w:p>
    <w:p>
      <w:pPr>
        <w:spacing w:after="40"/>
        <w:ind w:left="403"/>
      </w:pPr>
      <w:r>
        <w:rPr>
          <w:sz w:val="24"/>
        </w:rPr>
        <w:t>(d) 9996</w:t>
      </w:r>
    </w:p>
    <w:p>
      <w:pPr>
        <w:spacing w:after="100"/>
      </w:pPr>
      <w:r>
        <w:rPr>
          <w:rFonts w:ascii="Georgia" w:hAnsi="Georgia"/>
          <w:b/>
          <w:color w:val="17324D"/>
          <w:sz w:val="30"/>
        </w:rPr>
        <w:t xml:space="preserve">Q22. </w:t>
      </w:r>
      <w:r>
        <w:rPr>
          <w:rFonts w:ascii="Aptos" w:hAnsi="Aptos"/>
          <w:b/>
          <w:sz w:val="28"/>
        </w:rPr>
        <w:t>Find the smallest five-digit number which is exactly divisible by 18, 24 and 40.</w:t>
      </w:r>
    </w:p>
    <w:p>
      <w:pPr>
        <w:spacing w:after="40"/>
        <w:ind w:left="403"/>
      </w:pPr>
      <w:r>
        <w:rPr>
          <w:sz w:val="24"/>
        </w:rPr>
        <w:t>(a) 10080</w:t>
      </w:r>
    </w:p>
    <w:p>
      <w:pPr>
        <w:spacing w:after="40"/>
        <w:ind w:left="403"/>
      </w:pPr>
      <w:r>
        <w:rPr>
          <w:sz w:val="24"/>
        </w:rPr>
        <w:t>(b) 10020</w:t>
      </w:r>
    </w:p>
    <w:p>
      <w:pPr>
        <w:spacing w:after="40"/>
        <w:ind w:left="403"/>
      </w:pPr>
      <w:r>
        <w:rPr>
          <w:sz w:val="24"/>
        </w:rPr>
        <w:t>(c) 10160</w:t>
      </w:r>
    </w:p>
    <w:p>
      <w:pPr>
        <w:spacing w:after="40"/>
        <w:ind w:left="403"/>
      </w:pPr>
      <w:r>
        <w:rPr>
          <w:sz w:val="24"/>
        </w:rPr>
        <w:t>(d) 10240</w:t>
      </w:r>
    </w:p>
    <w:p>
      <w:pPr>
        <w:spacing w:after="100"/>
      </w:pPr>
      <w:r>
        <w:rPr>
          <w:rFonts w:ascii="Georgia" w:hAnsi="Georgia"/>
          <w:b/>
          <w:color w:val="17324D"/>
          <w:sz w:val="30"/>
        </w:rPr>
        <w:t xml:space="preserve">Q23. </w:t>
      </w:r>
      <w:r>
        <w:rPr>
          <w:rFonts w:ascii="Aptos" w:hAnsi="Aptos"/>
          <w:b/>
          <w:sz w:val="28"/>
        </w:rPr>
        <w:t>The HCF of two numbers is 14 and their LCM is 840. If one number is 70, what is the other number?</w:t>
      </w:r>
    </w:p>
    <w:p>
      <w:pPr>
        <w:spacing w:after="40"/>
        <w:ind w:left="403"/>
      </w:pPr>
      <w:r>
        <w:rPr>
          <w:sz w:val="24"/>
        </w:rPr>
        <w:t>(a) 112</w:t>
      </w:r>
    </w:p>
    <w:p>
      <w:pPr>
        <w:spacing w:after="40"/>
        <w:ind w:left="403"/>
      </w:pPr>
      <w:r>
        <w:rPr>
          <w:sz w:val="24"/>
        </w:rPr>
        <w:t>(b) 126</w:t>
      </w:r>
    </w:p>
    <w:p>
      <w:pPr>
        <w:spacing w:after="40"/>
        <w:ind w:left="403"/>
      </w:pPr>
      <w:r>
        <w:rPr>
          <w:sz w:val="24"/>
        </w:rPr>
        <w:t>(c) 140</w:t>
      </w:r>
    </w:p>
    <w:p>
      <w:pPr>
        <w:spacing w:after="40"/>
        <w:ind w:left="403"/>
      </w:pPr>
      <w:r>
        <w:rPr>
          <w:sz w:val="24"/>
        </w:rPr>
        <w:t>(d) 168</w:t>
      </w:r>
    </w:p>
    <w:p>
      <w:pPr>
        <w:spacing w:after="100"/>
      </w:pPr>
      <w:r>
        <w:rPr>
          <w:rFonts w:ascii="Georgia" w:hAnsi="Georgia"/>
          <w:b/>
          <w:color w:val="17324D"/>
          <w:sz w:val="30"/>
        </w:rPr>
        <w:t xml:space="preserve">Q24. </w:t>
      </w:r>
      <w:r>
        <w:rPr>
          <w:rFonts w:ascii="Aptos" w:hAnsi="Aptos"/>
          <w:b/>
          <w:sz w:val="28"/>
        </w:rPr>
        <w:t>Three numbers are in the ratio 2:3:5. Their HCF is 7. What is their LCM?</w:t>
      </w:r>
    </w:p>
    <w:p>
      <w:pPr>
        <w:spacing w:after="40"/>
        <w:ind w:left="403"/>
      </w:pPr>
      <w:r>
        <w:rPr>
          <w:sz w:val="24"/>
        </w:rPr>
        <w:t>(a) 105</w:t>
      </w:r>
    </w:p>
    <w:p>
      <w:pPr>
        <w:spacing w:after="40"/>
        <w:ind w:left="403"/>
      </w:pPr>
      <w:r>
        <w:rPr>
          <w:sz w:val="24"/>
        </w:rPr>
        <w:t>(b) 210</w:t>
      </w:r>
    </w:p>
    <w:p>
      <w:pPr>
        <w:spacing w:after="40"/>
        <w:ind w:left="403"/>
      </w:pPr>
      <w:r>
        <w:rPr>
          <w:sz w:val="24"/>
        </w:rPr>
        <w:t>(c) 420</w:t>
      </w:r>
    </w:p>
    <w:p>
      <w:pPr>
        <w:spacing w:after="40"/>
        <w:ind w:left="403"/>
      </w:pPr>
      <w:r>
        <w:rPr>
          <w:sz w:val="24"/>
        </w:rPr>
        <w:t>(d) 630</w:t>
      </w:r>
    </w:p>
    <w:p>
      <w:pPr>
        <w:spacing w:after="100"/>
      </w:pPr>
      <w:r>
        <w:rPr>
          <w:rFonts w:ascii="Georgia" w:hAnsi="Georgia"/>
          <w:b/>
          <w:color w:val="17324D"/>
          <w:sz w:val="30"/>
        </w:rPr>
        <w:t xml:space="preserve">Q25. </w:t>
      </w:r>
      <w:r>
        <w:rPr>
          <w:rFonts w:ascii="Aptos" w:hAnsi="Aptos"/>
          <w:b/>
          <w:sz w:val="28"/>
        </w:rPr>
        <w:t>Find the greatest number which divides 728, 910 and 1092 leaving the same remainder in each case.</w:t>
      </w:r>
    </w:p>
    <w:p>
      <w:pPr>
        <w:spacing w:after="40"/>
        <w:ind w:left="403"/>
      </w:pPr>
      <w:r>
        <w:rPr>
          <w:sz w:val="24"/>
        </w:rPr>
        <w:t>(a) 91</w:t>
      </w:r>
    </w:p>
    <w:p>
      <w:pPr>
        <w:spacing w:after="40"/>
        <w:ind w:left="403"/>
      </w:pPr>
      <w:r>
        <w:rPr>
          <w:sz w:val="24"/>
        </w:rPr>
        <w:t>(b) 182</w:t>
      </w:r>
    </w:p>
    <w:p>
      <w:pPr>
        <w:spacing w:after="40"/>
        <w:ind w:left="403"/>
      </w:pPr>
      <w:r>
        <w:rPr>
          <w:sz w:val="24"/>
        </w:rPr>
        <w:t>(c) 273</w:t>
      </w:r>
    </w:p>
    <w:p>
      <w:pPr>
        <w:spacing w:after="40"/>
        <w:ind w:left="403"/>
      </w:pPr>
      <w:r>
        <w:rPr>
          <w:sz w:val="24"/>
        </w:rPr>
        <w:t>(d) 364</w:t>
      </w:r>
    </w:p>
    <w:p>
      <w:pPr>
        <w:spacing w:after="100"/>
      </w:pPr>
      <w:r>
        <w:rPr>
          <w:rFonts w:ascii="Georgia" w:hAnsi="Georgia"/>
          <w:b/>
          <w:color w:val="17324D"/>
          <w:sz w:val="30"/>
        </w:rPr>
        <w:t xml:space="preserve">Q26. </w:t>
      </w:r>
      <w:r>
        <w:rPr>
          <w:rFonts w:ascii="Aptos" w:hAnsi="Aptos"/>
          <w:b/>
          <w:sz w:val="28"/>
        </w:rPr>
        <w:t>A number is divisible by 12, 18 and 30. What is the least such number that is greater than 1000?</w:t>
      </w:r>
    </w:p>
    <w:p>
      <w:pPr>
        <w:spacing w:after="40"/>
        <w:ind w:left="403"/>
      </w:pPr>
      <w:r>
        <w:rPr>
          <w:sz w:val="24"/>
        </w:rPr>
        <w:t>(a) 1020</w:t>
      </w:r>
    </w:p>
    <w:p>
      <w:pPr>
        <w:spacing w:after="40"/>
        <w:ind w:left="403"/>
      </w:pPr>
      <w:r>
        <w:rPr>
          <w:sz w:val="24"/>
        </w:rPr>
        <w:t>(b) 1080</w:t>
      </w:r>
    </w:p>
    <w:p>
      <w:pPr>
        <w:spacing w:after="40"/>
        <w:ind w:left="403"/>
      </w:pPr>
      <w:r>
        <w:rPr>
          <w:sz w:val="24"/>
        </w:rPr>
        <w:t>(c) 1260</w:t>
      </w:r>
    </w:p>
    <w:p>
      <w:pPr>
        <w:spacing w:after="40"/>
        <w:ind w:left="403"/>
      </w:pPr>
      <w:r>
        <w:rPr>
          <w:sz w:val="24"/>
        </w:rPr>
        <w:t>(d) 1440</w:t>
      </w:r>
    </w:p>
    <w:p>
      <w:pPr>
        <w:spacing w:after="100"/>
      </w:pPr>
      <w:r>
        <w:rPr>
          <w:rFonts w:ascii="Georgia" w:hAnsi="Georgia"/>
          <w:b/>
          <w:color w:val="17324D"/>
          <w:sz w:val="30"/>
        </w:rPr>
        <w:t xml:space="preserve">Q27. </w:t>
      </w:r>
      <w:r>
        <w:rPr>
          <w:rFonts w:ascii="Aptos" w:hAnsi="Aptos"/>
          <w:b/>
          <w:sz w:val="28"/>
        </w:rPr>
        <w:t>Find the greatest number that divides 1225, 1445 and 1665 leaving the same remainder.</w:t>
      </w:r>
    </w:p>
    <w:p>
      <w:pPr>
        <w:spacing w:after="40"/>
        <w:ind w:left="403"/>
      </w:pPr>
      <w:r>
        <w:rPr>
          <w:sz w:val="24"/>
        </w:rPr>
        <w:t>(a) 20</w:t>
      </w:r>
    </w:p>
    <w:p>
      <w:pPr>
        <w:spacing w:after="40"/>
        <w:ind w:left="403"/>
      </w:pPr>
      <w:r>
        <w:rPr>
          <w:sz w:val="24"/>
        </w:rPr>
        <w:t>(b) 40</w:t>
      </w:r>
    </w:p>
    <w:p>
      <w:pPr>
        <w:spacing w:after="40"/>
        <w:ind w:left="403"/>
      </w:pPr>
      <w:r>
        <w:rPr>
          <w:sz w:val="24"/>
        </w:rPr>
        <w:t>(c) 55</w:t>
      </w:r>
    </w:p>
    <w:p>
      <w:pPr>
        <w:spacing w:after="40"/>
        <w:ind w:left="403"/>
      </w:pPr>
      <w:r>
        <w:rPr>
          <w:sz w:val="24"/>
        </w:rPr>
        <w:t>(d) 110</w:t>
      </w:r>
    </w:p>
    <w:p>
      <w:pPr>
        <w:spacing w:after="100"/>
      </w:pPr>
      <w:r>
        <w:rPr>
          <w:rFonts w:ascii="Georgia" w:hAnsi="Georgia"/>
          <w:b/>
          <w:color w:val="17324D"/>
          <w:sz w:val="30"/>
        </w:rPr>
        <w:t xml:space="preserve">Q28. </w:t>
      </w:r>
      <w:r>
        <w:rPr>
          <w:rFonts w:ascii="Aptos" w:hAnsi="Aptos"/>
          <w:b/>
          <w:sz w:val="28"/>
        </w:rPr>
        <w:t>The HCF of two numbers is 9 and their LCM is 630. If their sum is 117, find the numbers.</w:t>
      </w:r>
    </w:p>
    <w:p>
      <w:pPr>
        <w:spacing w:after="40"/>
        <w:ind w:left="403"/>
      </w:pPr>
      <w:r>
        <w:rPr>
          <w:sz w:val="24"/>
        </w:rPr>
        <w:t>(a) 27 and 90</w:t>
      </w:r>
    </w:p>
    <w:p>
      <w:pPr>
        <w:spacing w:after="40"/>
        <w:ind w:left="403"/>
      </w:pPr>
      <w:r>
        <w:rPr>
          <w:sz w:val="24"/>
        </w:rPr>
        <w:t>(b) 45 and 72</w:t>
      </w:r>
    </w:p>
    <w:p>
      <w:pPr>
        <w:spacing w:after="40"/>
        <w:ind w:left="403"/>
      </w:pPr>
      <w:r>
        <w:rPr>
          <w:sz w:val="24"/>
        </w:rPr>
        <w:t>(c) 54 and 63</w:t>
      </w:r>
    </w:p>
    <w:p>
      <w:pPr>
        <w:spacing w:after="40"/>
        <w:ind w:left="403"/>
      </w:pPr>
      <w:r>
        <w:rPr>
          <w:sz w:val="24"/>
        </w:rPr>
        <w:t>(d) 18 and 99</w:t>
      </w:r>
    </w:p>
    <w:p>
      <w:pPr>
        <w:spacing w:after="100"/>
      </w:pPr>
      <w:r>
        <w:rPr>
          <w:rFonts w:ascii="Georgia" w:hAnsi="Georgia"/>
          <w:b/>
          <w:color w:val="17324D"/>
          <w:sz w:val="30"/>
        </w:rPr>
        <w:t xml:space="preserve">Q29. </w:t>
      </w:r>
      <w:r>
        <w:rPr>
          <w:rFonts w:ascii="Aptos" w:hAnsi="Aptos"/>
          <w:b/>
          <w:sz w:val="28"/>
        </w:rPr>
        <w:t>A shopkeeper has 252 apples, 378 oranges and 504 bananas. He wants to make the maximum possible number of identical baskets, using all the fruits. How many baskets can he make?</w:t>
      </w:r>
    </w:p>
    <w:p>
      <w:pPr>
        <w:spacing w:after="40"/>
        <w:ind w:left="403"/>
      </w:pPr>
      <w:r>
        <w:rPr>
          <w:sz w:val="24"/>
        </w:rPr>
        <w:t>(a) 42</w:t>
      </w:r>
    </w:p>
    <w:p>
      <w:pPr>
        <w:spacing w:after="40"/>
        <w:ind w:left="403"/>
      </w:pPr>
      <w:r>
        <w:rPr>
          <w:sz w:val="24"/>
        </w:rPr>
        <w:t>(b) 63</w:t>
      </w:r>
    </w:p>
    <w:p>
      <w:pPr>
        <w:spacing w:after="40"/>
        <w:ind w:left="403"/>
      </w:pPr>
      <w:r>
        <w:rPr>
          <w:sz w:val="24"/>
        </w:rPr>
        <w:t>(c) 84</w:t>
      </w:r>
    </w:p>
    <w:p>
      <w:pPr>
        <w:spacing w:after="40"/>
        <w:ind w:left="403"/>
      </w:pPr>
      <w:r>
        <w:rPr>
          <w:sz w:val="24"/>
        </w:rPr>
        <w:t>(d) 126</w:t>
      </w:r>
    </w:p>
    <w:p>
      <w:pPr>
        <w:spacing w:after="100"/>
      </w:pPr>
      <w:r>
        <w:rPr>
          <w:rFonts w:ascii="Georgia" w:hAnsi="Georgia"/>
          <w:b/>
          <w:color w:val="17324D"/>
          <w:sz w:val="30"/>
        </w:rPr>
        <w:t xml:space="preserve">Q30. </w:t>
      </w:r>
      <w:r>
        <w:rPr>
          <w:rFonts w:ascii="Aptos" w:hAnsi="Aptos"/>
          <w:b/>
          <w:sz w:val="28"/>
        </w:rPr>
        <w:t>A school has 720 boys and 540 girls. They are to be divided into the maximum possible number of groups such that every group contains the same number of boys and the same number of girls. What is the maximum number of groups?</w:t>
      </w:r>
    </w:p>
    <w:p>
      <w:pPr>
        <w:spacing w:after="40"/>
        <w:ind w:left="403"/>
      </w:pPr>
      <w:r>
        <w:rPr>
          <w:sz w:val="24"/>
        </w:rPr>
        <w:t>(a) 90</w:t>
      </w:r>
    </w:p>
    <w:p>
      <w:pPr>
        <w:spacing w:after="40"/>
        <w:ind w:left="403"/>
      </w:pPr>
      <w:r>
        <w:rPr>
          <w:sz w:val="24"/>
        </w:rPr>
        <w:t>(b) 120</w:t>
      </w:r>
    </w:p>
    <w:p>
      <w:pPr>
        <w:spacing w:after="40"/>
        <w:ind w:left="403"/>
      </w:pPr>
      <w:r>
        <w:rPr>
          <w:sz w:val="24"/>
        </w:rPr>
        <w:t>(c) 180</w:t>
      </w:r>
    </w:p>
    <w:p>
      <w:pPr>
        <w:spacing w:after="40"/>
        <w:ind w:left="403"/>
      </w:pPr>
      <w:r>
        <w:rPr>
          <w:sz w:val="24"/>
        </w:rPr>
        <w:t>(d) 240</w:t>
      </w:r>
    </w:p>
    <w:p>
      <w:pPr>
        <w:pStyle w:val="Heading1"/>
      </w:pPr>
      <w:r>
        <w:t>ANSWER KEY</w:t>
      </w:r>
    </w:p>
    <w:tbl>
      <w:tblPr>
        <w:tblW w:type="auto" w:w="0"/>
        <w:jc w:val="center"/>
        <w:tblLook w:firstColumn="1" w:firstRow="1" w:lastColumn="0" w:lastRow="0" w:noHBand="0" w:noVBand="1" w:val="04A0"/>
      </w:tblPr>
      <w:tblGrid>
        <w:gridCol w:w="1704"/>
        <w:gridCol w:w="1704"/>
        <w:gridCol w:w="1704"/>
        <w:gridCol w:w="1704"/>
        <w:gridCol w:w="1704"/>
        <w:gridCol w:w="1704"/>
      </w:tblGrid>
      <w:tr>
        <w:tc>
          <w:tcPr>
            <w:tcW w:type="dxa" w:w="1704"/>
            <w:shd w:fill="17324D"/>
          </w:tcPr>
          <w:p>
            <w:pPr>
              <w:jc w:val="center"/>
            </w:pPr>
            <w:r>
              <w:rPr>
                <w:b/>
                <w:color w:val="FFFFFF"/>
                <w:sz w:val="18"/>
              </w:rPr>
              <w:t>Q.No</w:t>
            </w:r>
          </w:p>
        </w:tc>
        <w:tc>
          <w:tcPr>
            <w:tcW w:type="dxa" w:w="1704"/>
            <w:shd w:fill="6B4E9B"/>
          </w:tcPr>
          <w:p>
            <w:pPr>
              <w:jc w:val="center"/>
            </w:pPr>
            <w:r>
              <w:rPr>
                <w:b/>
                <w:color w:val="FFFFFF"/>
                <w:sz w:val="18"/>
              </w:rPr>
              <w:t>Answer</w:t>
            </w:r>
          </w:p>
        </w:tc>
        <w:tc>
          <w:tcPr>
            <w:tcW w:type="dxa" w:w="1704"/>
            <w:shd w:fill="17324D"/>
          </w:tcPr>
          <w:p>
            <w:pPr>
              <w:jc w:val="center"/>
            </w:pPr>
            <w:r>
              <w:rPr>
                <w:b/>
                <w:color w:val="FFFFFF"/>
                <w:sz w:val="18"/>
              </w:rPr>
              <w:t>Q.No</w:t>
            </w:r>
          </w:p>
        </w:tc>
        <w:tc>
          <w:tcPr>
            <w:tcW w:type="dxa" w:w="1704"/>
            <w:shd w:fill="6B4E9B"/>
          </w:tcPr>
          <w:p>
            <w:pPr>
              <w:jc w:val="center"/>
            </w:pPr>
            <w:r>
              <w:rPr>
                <w:b/>
                <w:color w:val="FFFFFF"/>
                <w:sz w:val="18"/>
              </w:rPr>
              <w:t>Answer</w:t>
            </w:r>
          </w:p>
        </w:tc>
        <w:tc>
          <w:tcPr>
            <w:tcW w:type="dxa" w:w="1704"/>
            <w:shd w:fill="17324D"/>
          </w:tcPr>
          <w:p>
            <w:pPr>
              <w:jc w:val="center"/>
            </w:pPr>
            <w:r>
              <w:rPr>
                <w:b/>
                <w:color w:val="FFFFFF"/>
                <w:sz w:val="18"/>
              </w:rPr>
              <w:t>Q.No</w:t>
            </w:r>
          </w:p>
        </w:tc>
        <w:tc>
          <w:tcPr>
            <w:tcW w:type="dxa" w:w="1704"/>
            <w:shd w:fill="6B4E9B"/>
          </w:tcPr>
          <w:p>
            <w:pPr>
              <w:jc w:val="center"/>
            </w:pPr>
            <w:r>
              <w:rPr>
                <w:b/>
                <w:color w:val="FFFFFF"/>
                <w:sz w:val="18"/>
              </w:rPr>
              <w:t>Answer</w:t>
            </w:r>
          </w:p>
        </w:tc>
      </w:tr>
      <w:tr>
        <w:tc>
          <w:tcPr>
            <w:tcW w:type="dxa" w:w="1704"/>
            <w:shd w:fill="E7F6F3"/>
          </w:tcPr>
          <w:p>
            <w:pPr>
              <w:jc w:val="center"/>
            </w:pPr>
            <w:r>
              <w:rPr>
                <w:b/>
              </w:rPr>
              <w:t>1</w:t>
            </w:r>
          </w:p>
        </w:tc>
        <w:tc>
          <w:tcPr>
            <w:tcW w:type="dxa" w:w="1704"/>
            <w:shd w:fill="FFF4D6"/>
          </w:tcPr>
          <w:p>
            <w:pPr>
              <w:jc w:val="center"/>
            </w:pPr>
            <w:r>
              <w:rPr>
                <w:b/>
              </w:rPr>
              <w:t>(a)</w:t>
            </w:r>
          </w:p>
        </w:tc>
        <w:tc>
          <w:tcPr>
            <w:tcW w:type="dxa" w:w="1704"/>
            <w:shd w:fill="E7F6F3"/>
          </w:tcPr>
          <w:p>
            <w:pPr>
              <w:jc w:val="center"/>
            </w:pPr>
            <w:r>
              <w:rPr>
                <w:b/>
              </w:rPr>
              <w:t>11</w:t>
            </w:r>
          </w:p>
        </w:tc>
        <w:tc>
          <w:tcPr>
            <w:tcW w:type="dxa" w:w="1704"/>
            <w:shd w:fill="FFF4D6"/>
          </w:tcPr>
          <w:p>
            <w:pPr>
              <w:jc w:val="center"/>
            </w:pPr>
            <w:r>
              <w:rPr>
                <w:b/>
              </w:rPr>
              <w:t>(c)</w:t>
            </w:r>
          </w:p>
        </w:tc>
        <w:tc>
          <w:tcPr>
            <w:tcW w:type="dxa" w:w="1704"/>
            <w:shd w:fill="E7F6F3"/>
          </w:tcPr>
          <w:p>
            <w:pPr>
              <w:jc w:val="center"/>
            </w:pPr>
            <w:r>
              <w:rPr>
                <w:b/>
              </w:rPr>
              <w:t>21</w:t>
            </w:r>
          </w:p>
        </w:tc>
        <w:tc>
          <w:tcPr>
            <w:tcW w:type="dxa" w:w="1704"/>
            <w:shd w:fill="FFF4D6"/>
          </w:tcPr>
          <w:p>
            <w:pPr>
              <w:jc w:val="center"/>
            </w:pPr>
            <w:r>
              <w:rPr>
                <w:b/>
              </w:rPr>
              <w:t>(b)</w:t>
            </w:r>
          </w:p>
        </w:tc>
      </w:tr>
      <w:tr>
        <w:tc>
          <w:tcPr>
            <w:tcW w:type="dxa" w:w="1704"/>
            <w:shd w:fill="E7F6F3"/>
          </w:tcPr>
          <w:p>
            <w:pPr>
              <w:jc w:val="center"/>
            </w:pPr>
            <w:r>
              <w:rPr>
                <w:b/>
              </w:rPr>
              <w:t>2</w:t>
            </w:r>
          </w:p>
        </w:tc>
        <w:tc>
          <w:tcPr>
            <w:tcW w:type="dxa" w:w="1704"/>
            <w:shd w:fill="FFF4D6"/>
          </w:tcPr>
          <w:p>
            <w:pPr>
              <w:jc w:val="center"/>
            </w:pPr>
            <w:r>
              <w:rPr>
                <w:b/>
              </w:rPr>
              <w:t>(a)</w:t>
            </w:r>
          </w:p>
        </w:tc>
        <w:tc>
          <w:tcPr>
            <w:tcW w:type="dxa" w:w="1704"/>
            <w:shd w:fill="E7F6F3"/>
          </w:tcPr>
          <w:p>
            <w:pPr>
              <w:jc w:val="center"/>
            </w:pPr>
            <w:r>
              <w:rPr>
                <w:b/>
              </w:rPr>
              <w:t>12</w:t>
            </w:r>
          </w:p>
        </w:tc>
        <w:tc>
          <w:tcPr>
            <w:tcW w:type="dxa" w:w="1704"/>
            <w:shd w:fill="FFF4D6"/>
          </w:tcPr>
          <w:p>
            <w:pPr>
              <w:jc w:val="center"/>
            </w:pPr>
            <w:r>
              <w:rPr>
                <w:b/>
              </w:rPr>
              <w:t>(b)</w:t>
            </w:r>
          </w:p>
        </w:tc>
        <w:tc>
          <w:tcPr>
            <w:tcW w:type="dxa" w:w="1704"/>
            <w:shd w:fill="E7F6F3"/>
          </w:tcPr>
          <w:p>
            <w:pPr>
              <w:jc w:val="center"/>
            </w:pPr>
            <w:r>
              <w:rPr>
                <w:b/>
              </w:rPr>
              <w:t>22</w:t>
            </w:r>
          </w:p>
        </w:tc>
        <w:tc>
          <w:tcPr>
            <w:tcW w:type="dxa" w:w="1704"/>
            <w:shd w:fill="FFF4D6"/>
          </w:tcPr>
          <w:p>
            <w:pPr>
              <w:jc w:val="center"/>
            </w:pPr>
            <w:r>
              <w:rPr>
                <w:b/>
              </w:rPr>
              <w:t>(a)</w:t>
            </w:r>
          </w:p>
        </w:tc>
      </w:tr>
      <w:tr>
        <w:tc>
          <w:tcPr>
            <w:tcW w:type="dxa" w:w="1704"/>
            <w:shd w:fill="E7F6F3"/>
          </w:tcPr>
          <w:p>
            <w:pPr>
              <w:jc w:val="center"/>
            </w:pPr>
            <w:r>
              <w:rPr>
                <w:b/>
              </w:rPr>
              <w:t>3</w:t>
            </w:r>
          </w:p>
        </w:tc>
        <w:tc>
          <w:tcPr>
            <w:tcW w:type="dxa" w:w="1704"/>
            <w:shd w:fill="FFF4D6"/>
          </w:tcPr>
          <w:p>
            <w:pPr>
              <w:jc w:val="center"/>
            </w:pPr>
            <w:r>
              <w:rPr>
                <w:b/>
              </w:rPr>
              <w:t>(b)</w:t>
            </w:r>
          </w:p>
        </w:tc>
        <w:tc>
          <w:tcPr>
            <w:tcW w:type="dxa" w:w="1704"/>
            <w:shd w:fill="E7F6F3"/>
          </w:tcPr>
          <w:p>
            <w:pPr>
              <w:jc w:val="center"/>
            </w:pPr>
            <w:r>
              <w:rPr>
                <w:b/>
              </w:rPr>
              <w:t>13</w:t>
            </w:r>
          </w:p>
        </w:tc>
        <w:tc>
          <w:tcPr>
            <w:tcW w:type="dxa" w:w="1704"/>
            <w:shd w:fill="FFF4D6"/>
          </w:tcPr>
          <w:p>
            <w:pPr>
              <w:jc w:val="center"/>
            </w:pPr>
            <w:r>
              <w:rPr>
                <w:b/>
              </w:rPr>
              <w:t>(c)</w:t>
            </w:r>
          </w:p>
        </w:tc>
        <w:tc>
          <w:tcPr>
            <w:tcW w:type="dxa" w:w="1704"/>
            <w:shd w:fill="E7F6F3"/>
          </w:tcPr>
          <w:p>
            <w:pPr>
              <w:jc w:val="center"/>
            </w:pPr>
            <w:r>
              <w:rPr>
                <w:b/>
              </w:rPr>
              <w:t>23</w:t>
            </w:r>
          </w:p>
        </w:tc>
        <w:tc>
          <w:tcPr>
            <w:tcW w:type="dxa" w:w="1704"/>
            <w:shd w:fill="FFF4D6"/>
          </w:tcPr>
          <w:p>
            <w:pPr>
              <w:jc w:val="center"/>
            </w:pPr>
            <w:r>
              <w:rPr>
                <w:b/>
              </w:rPr>
              <w:t>(d)</w:t>
            </w:r>
          </w:p>
        </w:tc>
      </w:tr>
      <w:tr>
        <w:tc>
          <w:tcPr>
            <w:tcW w:type="dxa" w:w="1704"/>
            <w:shd w:fill="E7F6F3"/>
          </w:tcPr>
          <w:p>
            <w:pPr>
              <w:jc w:val="center"/>
            </w:pPr>
            <w:r>
              <w:rPr>
                <w:b/>
              </w:rPr>
              <w:t>4</w:t>
            </w:r>
          </w:p>
        </w:tc>
        <w:tc>
          <w:tcPr>
            <w:tcW w:type="dxa" w:w="1704"/>
            <w:shd w:fill="FFF4D6"/>
          </w:tcPr>
          <w:p>
            <w:pPr>
              <w:jc w:val="center"/>
            </w:pPr>
            <w:r>
              <w:rPr>
                <w:b/>
              </w:rPr>
              <w:t>(a)</w:t>
            </w:r>
          </w:p>
        </w:tc>
        <w:tc>
          <w:tcPr>
            <w:tcW w:type="dxa" w:w="1704"/>
            <w:shd w:fill="E7F6F3"/>
          </w:tcPr>
          <w:p>
            <w:pPr>
              <w:jc w:val="center"/>
            </w:pPr>
            <w:r>
              <w:rPr>
                <w:b/>
              </w:rPr>
              <w:t>14</w:t>
            </w:r>
          </w:p>
        </w:tc>
        <w:tc>
          <w:tcPr>
            <w:tcW w:type="dxa" w:w="1704"/>
            <w:shd w:fill="FFF4D6"/>
          </w:tcPr>
          <w:p>
            <w:pPr>
              <w:jc w:val="center"/>
            </w:pPr>
            <w:r>
              <w:rPr>
                <w:b/>
              </w:rPr>
              <w:t>(b)</w:t>
            </w:r>
          </w:p>
        </w:tc>
        <w:tc>
          <w:tcPr>
            <w:tcW w:type="dxa" w:w="1704"/>
            <w:shd w:fill="E7F6F3"/>
          </w:tcPr>
          <w:p>
            <w:pPr>
              <w:jc w:val="center"/>
            </w:pPr>
            <w:r>
              <w:rPr>
                <w:b/>
              </w:rPr>
              <w:t>24</w:t>
            </w:r>
          </w:p>
        </w:tc>
        <w:tc>
          <w:tcPr>
            <w:tcW w:type="dxa" w:w="1704"/>
            <w:shd w:fill="FFF4D6"/>
          </w:tcPr>
          <w:p>
            <w:pPr>
              <w:jc w:val="center"/>
            </w:pPr>
            <w:r>
              <w:rPr>
                <w:b/>
              </w:rPr>
              <w:t>(c)</w:t>
            </w:r>
          </w:p>
        </w:tc>
      </w:tr>
      <w:tr>
        <w:tc>
          <w:tcPr>
            <w:tcW w:type="dxa" w:w="1704"/>
            <w:shd w:fill="E7F6F3"/>
          </w:tcPr>
          <w:p>
            <w:pPr>
              <w:jc w:val="center"/>
            </w:pPr>
            <w:r>
              <w:rPr>
                <w:b/>
              </w:rPr>
              <w:t>5</w:t>
            </w:r>
          </w:p>
        </w:tc>
        <w:tc>
          <w:tcPr>
            <w:tcW w:type="dxa" w:w="1704"/>
            <w:shd w:fill="FFF4D6"/>
          </w:tcPr>
          <w:p>
            <w:pPr>
              <w:jc w:val="center"/>
            </w:pPr>
            <w:r>
              <w:rPr>
                <w:b/>
              </w:rPr>
              <w:t>(b)</w:t>
            </w:r>
          </w:p>
        </w:tc>
        <w:tc>
          <w:tcPr>
            <w:tcW w:type="dxa" w:w="1704"/>
            <w:shd w:fill="E7F6F3"/>
          </w:tcPr>
          <w:p>
            <w:pPr>
              <w:jc w:val="center"/>
            </w:pPr>
            <w:r>
              <w:rPr>
                <w:b/>
              </w:rPr>
              <w:t>15</w:t>
            </w:r>
          </w:p>
        </w:tc>
        <w:tc>
          <w:tcPr>
            <w:tcW w:type="dxa" w:w="1704"/>
            <w:shd w:fill="FFF4D6"/>
          </w:tcPr>
          <w:p>
            <w:pPr>
              <w:jc w:val="center"/>
            </w:pPr>
            <w:r>
              <w:rPr>
                <w:b/>
              </w:rPr>
              <w:t>(—)</w:t>
            </w:r>
          </w:p>
        </w:tc>
        <w:tc>
          <w:tcPr>
            <w:tcW w:type="dxa" w:w="1704"/>
            <w:shd w:fill="E7F6F3"/>
          </w:tcPr>
          <w:p>
            <w:pPr>
              <w:jc w:val="center"/>
            </w:pPr>
            <w:r>
              <w:rPr>
                <w:b/>
              </w:rPr>
              <w:t>25</w:t>
            </w:r>
          </w:p>
        </w:tc>
        <w:tc>
          <w:tcPr>
            <w:tcW w:type="dxa" w:w="1704"/>
            <w:shd w:fill="FFF4D6"/>
          </w:tcPr>
          <w:p>
            <w:pPr>
              <w:jc w:val="center"/>
            </w:pPr>
            <w:r>
              <w:rPr>
                <w:b/>
              </w:rPr>
              <w:t>(a)</w:t>
            </w:r>
          </w:p>
        </w:tc>
      </w:tr>
      <w:tr>
        <w:tc>
          <w:tcPr>
            <w:tcW w:type="dxa" w:w="1704"/>
            <w:shd w:fill="E7F6F3"/>
          </w:tcPr>
          <w:p>
            <w:pPr>
              <w:jc w:val="center"/>
            </w:pPr>
            <w:r>
              <w:rPr>
                <w:b/>
              </w:rPr>
              <w:t>6</w:t>
            </w:r>
          </w:p>
        </w:tc>
        <w:tc>
          <w:tcPr>
            <w:tcW w:type="dxa" w:w="1704"/>
            <w:shd w:fill="FFF4D6"/>
          </w:tcPr>
          <w:p>
            <w:pPr>
              <w:jc w:val="center"/>
            </w:pPr>
            <w:r>
              <w:rPr>
                <w:b/>
              </w:rPr>
              <w:t>(c)</w:t>
            </w:r>
          </w:p>
        </w:tc>
        <w:tc>
          <w:tcPr>
            <w:tcW w:type="dxa" w:w="1704"/>
            <w:shd w:fill="E7F6F3"/>
          </w:tcPr>
          <w:p>
            <w:pPr>
              <w:jc w:val="center"/>
            </w:pPr>
            <w:r>
              <w:rPr>
                <w:b/>
              </w:rPr>
              <w:t>16</w:t>
            </w:r>
          </w:p>
        </w:tc>
        <w:tc>
          <w:tcPr>
            <w:tcW w:type="dxa" w:w="1704"/>
            <w:shd w:fill="FFF4D6"/>
          </w:tcPr>
          <w:p>
            <w:pPr>
              <w:jc w:val="center"/>
            </w:pPr>
            <w:r>
              <w:rPr>
                <w:b/>
              </w:rPr>
              <w:t>(d)</w:t>
            </w:r>
          </w:p>
        </w:tc>
        <w:tc>
          <w:tcPr>
            <w:tcW w:type="dxa" w:w="1704"/>
            <w:shd w:fill="E7F6F3"/>
          </w:tcPr>
          <w:p>
            <w:pPr>
              <w:jc w:val="center"/>
            </w:pPr>
            <w:r>
              <w:rPr>
                <w:b/>
              </w:rPr>
              <w:t>26</w:t>
            </w:r>
          </w:p>
        </w:tc>
        <w:tc>
          <w:tcPr>
            <w:tcW w:type="dxa" w:w="1704"/>
            <w:shd w:fill="FFF4D6"/>
          </w:tcPr>
          <w:p>
            <w:pPr>
              <w:jc w:val="center"/>
            </w:pPr>
            <w:r>
              <w:rPr>
                <w:b/>
              </w:rPr>
              <w:t>(c)</w:t>
            </w:r>
          </w:p>
        </w:tc>
      </w:tr>
      <w:tr>
        <w:tc>
          <w:tcPr>
            <w:tcW w:type="dxa" w:w="1704"/>
            <w:shd w:fill="E7F6F3"/>
          </w:tcPr>
          <w:p>
            <w:pPr>
              <w:jc w:val="center"/>
            </w:pPr>
            <w:r>
              <w:rPr>
                <w:b/>
              </w:rPr>
              <w:t>7</w:t>
            </w:r>
          </w:p>
        </w:tc>
        <w:tc>
          <w:tcPr>
            <w:tcW w:type="dxa" w:w="1704"/>
            <w:shd w:fill="FFF4D6"/>
          </w:tcPr>
          <w:p>
            <w:pPr>
              <w:jc w:val="center"/>
            </w:pPr>
            <w:r>
              <w:rPr>
                <w:b/>
              </w:rPr>
              <w:t>(a)</w:t>
            </w:r>
          </w:p>
        </w:tc>
        <w:tc>
          <w:tcPr>
            <w:tcW w:type="dxa" w:w="1704"/>
            <w:shd w:fill="E7F6F3"/>
          </w:tcPr>
          <w:p>
            <w:pPr>
              <w:jc w:val="center"/>
            </w:pPr>
            <w:r>
              <w:rPr>
                <w:b/>
              </w:rPr>
              <w:t>17</w:t>
            </w:r>
          </w:p>
        </w:tc>
        <w:tc>
          <w:tcPr>
            <w:tcW w:type="dxa" w:w="1704"/>
            <w:shd w:fill="FFF4D6"/>
          </w:tcPr>
          <w:p>
            <w:pPr>
              <w:jc w:val="center"/>
            </w:pPr>
            <w:r>
              <w:rPr>
                <w:b/>
              </w:rPr>
              <w:t>(d)</w:t>
            </w:r>
          </w:p>
        </w:tc>
        <w:tc>
          <w:tcPr>
            <w:tcW w:type="dxa" w:w="1704"/>
            <w:shd w:fill="E7F6F3"/>
          </w:tcPr>
          <w:p>
            <w:pPr>
              <w:jc w:val="center"/>
            </w:pPr>
            <w:r>
              <w:rPr>
                <w:b/>
              </w:rPr>
              <w:t>27</w:t>
            </w:r>
          </w:p>
        </w:tc>
        <w:tc>
          <w:tcPr>
            <w:tcW w:type="dxa" w:w="1704"/>
            <w:shd w:fill="FFF4D6"/>
          </w:tcPr>
          <w:p>
            <w:pPr>
              <w:jc w:val="center"/>
            </w:pPr>
            <w:r>
              <w:rPr>
                <w:b/>
              </w:rPr>
              <w:t>(a)</w:t>
            </w:r>
          </w:p>
        </w:tc>
      </w:tr>
      <w:tr>
        <w:tc>
          <w:tcPr>
            <w:tcW w:type="dxa" w:w="1704"/>
            <w:shd w:fill="E7F6F3"/>
          </w:tcPr>
          <w:p>
            <w:pPr>
              <w:jc w:val="center"/>
            </w:pPr>
            <w:r>
              <w:rPr>
                <w:b/>
              </w:rPr>
              <w:t>8</w:t>
            </w:r>
          </w:p>
        </w:tc>
        <w:tc>
          <w:tcPr>
            <w:tcW w:type="dxa" w:w="1704"/>
            <w:shd w:fill="FFF4D6"/>
          </w:tcPr>
          <w:p>
            <w:pPr>
              <w:jc w:val="center"/>
            </w:pPr>
            <w:r>
              <w:rPr>
                <w:b/>
              </w:rPr>
              <w:t>(c)</w:t>
            </w:r>
          </w:p>
        </w:tc>
        <w:tc>
          <w:tcPr>
            <w:tcW w:type="dxa" w:w="1704"/>
            <w:shd w:fill="E7F6F3"/>
          </w:tcPr>
          <w:p>
            <w:pPr>
              <w:jc w:val="center"/>
            </w:pPr>
            <w:r>
              <w:rPr>
                <w:b/>
              </w:rPr>
              <w:t>18</w:t>
            </w:r>
          </w:p>
        </w:tc>
        <w:tc>
          <w:tcPr>
            <w:tcW w:type="dxa" w:w="1704"/>
            <w:shd w:fill="FFF4D6"/>
          </w:tcPr>
          <w:p>
            <w:pPr>
              <w:jc w:val="center"/>
            </w:pPr>
            <w:r>
              <w:rPr>
                <w:b/>
              </w:rPr>
              <w:t>(a)</w:t>
            </w:r>
          </w:p>
        </w:tc>
        <w:tc>
          <w:tcPr>
            <w:tcW w:type="dxa" w:w="1704"/>
            <w:shd w:fill="E7F6F3"/>
          </w:tcPr>
          <w:p>
            <w:pPr>
              <w:jc w:val="center"/>
            </w:pPr>
            <w:r>
              <w:rPr>
                <w:b/>
              </w:rPr>
              <w:t>28</w:t>
            </w:r>
          </w:p>
        </w:tc>
        <w:tc>
          <w:tcPr>
            <w:tcW w:type="dxa" w:w="1704"/>
            <w:shd w:fill="FFF4D6"/>
          </w:tcPr>
          <w:p>
            <w:pPr>
              <w:jc w:val="center"/>
            </w:pPr>
            <w:r>
              <w:rPr>
                <w:b/>
              </w:rPr>
              <w:t>(—)</w:t>
            </w:r>
          </w:p>
        </w:tc>
      </w:tr>
      <w:tr>
        <w:tc>
          <w:tcPr>
            <w:tcW w:type="dxa" w:w="1704"/>
            <w:shd w:fill="E7F6F3"/>
          </w:tcPr>
          <w:p>
            <w:pPr>
              <w:jc w:val="center"/>
            </w:pPr>
            <w:r>
              <w:rPr>
                <w:b/>
              </w:rPr>
              <w:t>9</w:t>
            </w:r>
          </w:p>
        </w:tc>
        <w:tc>
          <w:tcPr>
            <w:tcW w:type="dxa" w:w="1704"/>
            <w:shd w:fill="FFF4D6"/>
          </w:tcPr>
          <w:p>
            <w:pPr>
              <w:jc w:val="center"/>
            </w:pPr>
            <w:r>
              <w:rPr>
                <w:b/>
              </w:rPr>
              <w:t>(c)</w:t>
            </w:r>
          </w:p>
        </w:tc>
        <w:tc>
          <w:tcPr>
            <w:tcW w:type="dxa" w:w="1704"/>
            <w:shd w:fill="E7F6F3"/>
          </w:tcPr>
          <w:p>
            <w:pPr>
              <w:jc w:val="center"/>
            </w:pPr>
            <w:r>
              <w:rPr>
                <w:b/>
              </w:rPr>
              <w:t>19</w:t>
            </w:r>
          </w:p>
        </w:tc>
        <w:tc>
          <w:tcPr>
            <w:tcW w:type="dxa" w:w="1704"/>
            <w:shd w:fill="FFF4D6"/>
          </w:tcPr>
          <w:p>
            <w:pPr>
              <w:jc w:val="center"/>
            </w:pPr>
            <w:r>
              <w:rPr>
                <w:b/>
              </w:rPr>
              <w:t>(a)</w:t>
            </w:r>
          </w:p>
        </w:tc>
        <w:tc>
          <w:tcPr>
            <w:tcW w:type="dxa" w:w="1704"/>
            <w:shd w:fill="E7F6F3"/>
          </w:tcPr>
          <w:p>
            <w:pPr>
              <w:jc w:val="center"/>
            </w:pPr>
            <w:r>
              <w:rPr>
                <w:b/>
              </w:rPr>
              <w:t>29</w:t>
            </w:r>
          </w:p>
        </w:tc>
        <w:tc>
          <w:tcPr>
            <w:tcW w:type="dxa" w:w="1704"/>
            <w:shd w:fill="FFF4D6"/>
          </w:tcPr>
          <w:p>
            <w:pPr>
              <w:jc w:val="center"/>
            </w:pPr>
            <w:r>
              <w:rPr>
                <w:b/>
              </w:rPr>
              <w:t>(d)</w:t>
            </w:r>
          </w:p>
        </w:tc>
      </w:tr>
      <w:tr>
        <w:tc>
          <w:tcPr>
            <w:tcW w:type="dxa" w:w="1704"/>
            <w:shd w:fill="E7F6F3"/>
          </w:tcPr>
          <w:p>
            <w:pPr>
              <w:jc w:val="center"/>
            </w:pPr>
            <w:r>
              <w:rPr>
                <w:b/>
              </w:rPr>
              <w:t>10</w:t>
            </w:r>
          </w:p>
        </w:tc>
        <w:tc>
          <w:tcPr>
            <w:tcW w:type="dxa" w:w="1704"/>
            <w:shd w:fill="FFF4D6"/>
          </w:tcPr>
          <w:p>
            <w:pPr>
              <w:jc w:val="center"/>
            </w:pPr>
            <w:r>
              <w:rPr>
                <w:b/>
              </w:rPr>
              <w:t>(a)</w:t>
            </w:r>
          </w:p>
        </w:tc>
        <w:tc>
          <w:tcPr>
            <w:tcW w:type="dxa" w:w="1704"/>
            <w:shd w:fill="E7F6F3"/>
          </w:tcPr>
          <w:p>
            <w:pPr>
              <w:jc w:val="center"/>
            </w:pPr>
            <w:r>
              <w:rPr>
                <w:b/>
              </w:rPr>
              <w:t>20</w:t>
            </w:r>
          </w:p>
        </w:tc>
        <w:tc>
          <w:tcPr>
            <w:tcW w:type="dxa" w:w="1704"/>
            <w:shd w:fill="FFF4D6"/>
          </w:tcPr>
          <w:p>
            <w:pPr>
              <w:jc w:val="center"/>
            </w:pPr>
            <w:r>
              <w:rPr>
                <w:b/>
              </w:rPr>
              <w:t>(a)</w:t>
            </w:r>
          </w:p>
        </w:tc>
        <w:tc>
          <w:tcPr>
            <w:tcW w:type="dxa" w:w="1704"/>
            <w:shd w:fill="E7F6F3"/>
          </w:tcPr>
          <w:p>
            <w:pPr>
              <w:jc w:val="center"/>
            </w:pPr>
            <w:r>
              <w:rPr>
                <w:b/>
              </w:rPr>
              <w:t>30</w:t>
            </w:r>
          </w:p>
        </w:tc>
        <w:tc>
          <w:tcPr>
            <w:tcW w:type="dxa" w:w="1704"/>
            <w:shd w:fill="FFF4D6"/>
          </w:tcPr>
          <w:p>
            <w:pPr>
              <w:jc w:val="center"/>
            </w:pPr>
            <w:r>
              <w:rPr>
                <w:b/>
              </w:rPr>
              <w:t>(c)</w:t>
            </w:r>
          </w:p>
        </w:tc>
      </w:tr>
    </w:tbl>
    <w:tbl>
      <w:tblPr>
        <w:tblW w:type="auto" w:w="0"/>
        <w:tblLook w:firstColumn="1" w:firstRow="1" w:lastColumn="0" w:lastRow="0" w:noHBand="0" w:noVBand="1" w:val="04A0"/>
      </w:tblPr>
      <w:tblGrid>
        <w:gridCol w:w="10224"/>
      </w:tblGrid>
      <w:tr>
        <w:tc>
          <w:tcPr>
            <w:tcW w:type="dxa" w:w="10224"/>
            <w:shd w:fill="E7F6F3"/>
          </w:tcPr>
          <w:p>
            <w:r>
              <w:rPr>
                <w:rFonts w:ascii="Georgia" w:hAnsi="Georgia"/>
                <w:b/>
                <w:color w:val="6B4E9B"/>
                <w:sz w:val="22"/>
              </w:rPr>
              <w:t>Q1  •  Correct Answer: a</w:t>
            </w:r>
          </w:p>
          <w:p>
            <w:r>
              <w:rPr>
                <w:b/>
              </w:rPr>
              <w:t xml:space="preserve">Explanation: </w:t>
            </w:r>
            <w:r>
              <w:t>For two positive integers, product = HCF × LCM. Thus 90×x=18×540, giving x=108.</w:t>
            </w:r>
          </w:p>
        </w:tc>
      </w:tr>
    </w:tbl>
    <w:p/>
    <w:tbl>
      <w:tblPr>
        <w:tblW w:type="auto" w:w="0"/>
        <w:tblLook w:firstColumn="1" w:firstRow="1" w:lastColumn="0" w:lastRow="0" w:noHBand="0" w:noVBand="1" w:val="04A0"/>
      </w:tblPr>
      <w:tblGrid>
        <w:gridCol w:w="10224"/>
      </w:tblGrid>
      <w:tr>
        <w:tc>
          <w:tcPr>
            <w:tcW w:type="dxa" w:w="10224"/>
            <w:shd w:fill="EAF3FB"/>
          </w:tcPr>
          <w:p>
            <w:r>
              <w:rPr>
                <w:rFonts w:ascii="Georgia" w:hAnsi="Georgia"/>
                <w:b/>
                <w:color w:val="6B4E9B"/>
                <w:sz w:val="22"/>
              </w:rPr>
              <w:t>Q2  •  Correct Answer: a</w:t>
            </w:r>
          </w:p>
          <w:p>
            <w:r>
              <w:rPr>
                <w:b/>
              </w:rPr>
              <w:t xml:space="preserve">Explanation: </w:t>
            </w:r>
            <w:r>
              <w:t>Numbers are 5x and 7x. Since 5 and 7 are coprime, HCF=x=9. Therefore the numbers are 45 and 63, and their LCM is 315.</w:t>
            </w:r>
          </w:p>
        </w:tc>
      </w:tr>
    </w:tbl>
    <w:p/>
    <w:tbl>
      <w:tblPr>
        <w:tblW w:type="auto" w:w="0"/>
        <w:tblLook w:firstColumn="1" w:firstRow="1" w:lastColumn="0" w:lastRow="0" w:noHBand="0" w:noVBand="1" w:val="04A0"/>
      </w:tblPr>
      <w:tblGrid>
        <w:gridCol w:w="10224"/>
      </w:tblGrid>
      <w:tr>
        <w:tc>
          <w:tcPr>
            <w:tcW w:type="dxa" w:w="10224"/>
            <w:shd w:fill="F1EAF8"/>
          </w:tcPr>
          <w:p>
            <w:r>
              <w:rPr>
                <w:rFonts w:ascii="Georgia" w:hAnsi="Georgia"/>
                <w:b/>
                <w:color w:val="6B4E9B"/>
                <w:sz w:val="22"/>
              </w:rPr>
              <w:t>Q3  •  Correct Answer: b</w:t>
            </w:r>
          </w:p>
          <w:p>
            <w:r>
              <w:rPr>
                <w:b/>
              </w:rPr>
              <w:t xml:space="preserve">Explanation: </w:t>
            </w:r>
            <w:r>
              <w:t>60×x=12×420, so x=5040/60=84.</w:t>
            </w:r>
          </w:p>
        </w:tc>
      </w:tr>
    </w:tbl>
    <w:p/>
    <w:tbl>
      <w:tblPr>
        <w:tblW w:type="auto" w:w="0"/>
        <w:tblLook w:firstColumn="1" w:firstRow="1" w:lastColumn="0" w:lastRow="0" w:noHBand="0" w:noVBand="1" w:val="04A0"/>
      </w:tblPr>
      <w:tblGrid>
        <w:gridCol w:w="10224"/>
      </w:tblGrid>
      <w:tr>
        <w:tc>
          <w:tcPr>
            <w:tcW w:type="dxa" w:w="10224"/>
            <w:shd w:fill="FFF4D6"/>
          </w:tcPr>
          <w:p>
            <w:r>
              <w:rPr>
                <w:rFonts w:ascii="Georgia" w:hAnsi="Georgia"/>
                <w:b/>
                <w:color w:val="6B4E9B"/>
                <w:sz w:val="22"/>
              </w:rPr>
              <w:t>Q4  •  Correct Answer: a</w:t>
            </w:r>
          </w:p>
          <w:p>
            <w:r>
              <w:rPr>
                <w:b/>
              </w:rPr>
              <w:t xml:space="preserve">Explanation: </w:t>
            </w:r>
            <w:r>
              <w:t>For equal remainders, the divisor divides all pairwise differences: 80, 130 and 210. Their HCF is 10.</w:t>
            </w:r>
          </w:p>
        </w:tc>
      </w:tr>
    </w:tbl>
    <w:p/>
    <w:tbl>
      <w:tblPr>
        <w:tblW w:type="auto" w:w="0"/>
        <w:tblLook w:firstColumn="1" w:firstRow="1" w:lastColumn="0" w:lastRow="0" w:noHBand="0" w:noVBand="1" w:val="04A0"/>
      </w:tblPr>
      <w:tblGrid>
        <w:gridCol w:w="10224"/>
      </w:tblGrid>
      <w:tr>
        <w:tc>
          <w:tcPr>
            <w:tcW w:type="dxa" w:w="10224"/>
            <w:shd w:fill="EAF5EA"/>
          </w:tcPr>
          <w:p>
            <w:r>
              <w:rPr>
                <w:rFonts w:ascii="Georgia" w:hAnsi="Georgia"/>
                <w:b/>
                <w:color w:val="6B4E9B"/>
                <w:sz w:val="22"/>
              </w:rPr>
              <w:t>Q5  •  Correct Answer: b</w:t>
            </w:r>
          </w:p>
          <w:p>
            <w:r>
              <w:rPr>
                <w:b/>
              </w:rPr>
              <w:t xml:space="preserve">Explanation: </w:t>
            </w:r>
            <w:r>
              <w:t>Subtract the remainders: 432, 512 and 672. Their HCF is 16. Therefore the correct answer is 16.</w:t>
            </w:r>
          </w:p>
        </w:tc>
      </w:tr>
    </w:tbl>
    <w:p/>
    <w:tbl>
      <w:tblPr>
        <w:tblW w:type="auto" w:w="0"/>
        <w:tblLook w:firstColumn="1" w:firstRow="1" w:lastColumn="0" w:lastRow="0" w:noHBand="0" w:noVBand="1" w:val="04A0"/>
      </w:tblPr>
      <w:tblGrid>
        <w:gridCol w:w="10224"/>
      </w:tblGrid>
      <w:tr>
        <w:tc>
          <w:tcPr>
            <w:tcW w:type="dxa" w:w="10224"/>
            <w:shd w:fill="FCE9E6"/>
          </w:tcPr>
          <w:p>
            <w:r>
              <w:rPr>
                <w:rFonts w:ascii="Georgia" w:hAnsi="Georgia"/>
                <w:b/>
                <w:color w:val="6B4E9B"/>
                <w:sz w:val="22"/>
              </w:rPr>
              <w:t>Q6  •  Correct Answer: c</w:t>
            </w:r>
          </w:p>
          <w:p>
            <w:r>
              <w:rPr>
                <w:b/>
              </w:rPr>
              <w:t xml:space="preserve">Explanation: </w:t>
            </w:r>
            <w:r>
              <w:t>N−7 must be divisible by 12, 15 and 20. Their LCM is 60, so the least N is 60+7=67.</w:t>
            </w:r>
          </w:p>
        </w:tc>
      </w:tr>
    </w:tbl>
    <w:p/>
    <w:tbl>
      <w:tblPr>
        <w:tblW w:type="auto" w:w="0"/>
        <w:tblLook w:firstColumn="1" w:firstRow="1" w:lastColumn="0" w:lastRow="0" w:noHBand="0" w:noVBand="1" w:val="04A0"/>
      </w:tblPr>
      <w:tblGrid>
        <w:gridCol w:w="10224"/>
      </w:tblGrid>
      <w:tr>
        <w:tc>
          <w:tcPr>
            <w:tcW w:type="dxa" w:w="10224"/>
            <w:shd w:fill="E7F6F3"/>
          </w:tcPr>
          <w:p>
            <w:r>
              <w:rPr>
                <w:rFonts w:ascii="Georgia" w:hAnsi="Georgia"/>
                <w:b/>
                <w:color w:val="6B4E9B"/>
                <w:sz w:val="22"/>
              </w:rPr>
              <w:t>Q7  •  Correct Answer: a</w:t>
            </w:r>
          </w:p>
          <w:p>
            <w:r>
              <w:rPr>
                <w:b/>
              </w:rPr>
              <w:t xml:space="preserve">Explanation: </w:t>
            </w:r>
            <w:r>
              <w:t>18=2×3², 24=2³×3, 30=2×3×5, 42=2×3×7. LCM=2³×3²×5×7=2520.</w:t>
            </w:r>
          </w:p>
        </w:tc>
      </w:tr>
    </w:tbl>
    <w:p/>
    <w:tbl>
      <w:tblPr>
        <w:tblW w:type="auto" w:w="0"/>
        <w:tblLook w:firstColumn="1" w:firstRow="1" w:lastColumn="0" w:lastRow="0" w:noHBand="0" w:noVBand="1" w:val="04A0"/>
      </w:tblPr>
      <w:tblGrid>
        <w:gridCol w:w="10224"/>
      </w:tblGrid>
      <w:tr>
        <w:tc>
          <w:tcPr>
            <w:tcW w:type="dxa" w:w="10224"/>
            <w:shd w:fill="EAF3FB"/>
          </w:tcPr>
          <w:p>
            <w:r>
              <w:rPr>
                <w:rFonts w:ascii="Georgia" w:hAnsi="Georgia"/>
                <w:b/>
                <w:color w:val="6B4E9B"/>
                <w:sz w:val="22"/>
              </w:rPr>
              <w:t>Q8  •  Correct Answer: c</w:t>
            </w:r>
          </w:p>
          <w:p>
            <w:r>
              <w:rPr>
                <w:b/>
              </w:rPr>
              <w:t xml:space="preserve">Explanation: </w:t>
            </w:r>
            <w:r>
              <w:t>The next common ringing time is LCM(18,24,30)=360 seconds.</w:t>
            </w:r>
          </w:p>
        </w:tc>
      </w:tr>
    </w:tbl>
    <w:p/>
    <w:tbl>
      <w:tblPr>
        <w:tblW w:type="auto" w:w="0"/>
        <w:tblLook w:firstColumn="1" w:firstRow="1" w:lastColumn="0" w:lastRow="0" w:noHBand="0" w:noVBand="1" w:val="04A0"/>
      </w:tblPr>
      <w:tblGrid>
        <w:gridCol w:w="10224"/>
      </w:tblGrid>
      <w:tr>
        <w:tc>
          <w:tcPr>
            <w:tcW w:type="dxa" w:w="10224"/>
            <w:shd w:fill="F1EAF8"/>
          </w:tcPr>
          <w:p>
            <w:r>
              <w:rPr>
                <w:rFonts w:ascii="Georgia" w:hAnsi="Georgia"/>
                <w:b/>
                <w:color w:val="6B4E9B"/>
                <w:sz w:val="22"/>
              </w:rPr>
              <w:t>Q9  •  Correct Answer: c</w:t>
            </w:r>
          </w:p>
          <w:p>
            <w:r>
              <w:rPr>
                <w:b/>
              </w:rPr>
              <w:t xml:space="preserve">Explanation: </w:t>
            </w:r>
            <w:r>
              <w:t>LCM(45,60,75)=900 seconds=15 minutes, so the next simultaneous change is 8:15 a.m.</w:t>
            </w:r>
          </w:p>
        </w:tc>
      </w:tr>
    </w:tbl>
    <w:p/>
    <w:tbl>
      <w:tblPr>
        <w:tblW w:type="auto" w:w="0"/>
        <w:tblLook w:firstColumn="1" w:firstRow="1" w:lastColumn="0" w:lastRow="0" w:noHBand="0" w:noVBand="1" w:val="04A0"/>
      </w:tblPr>
      <w:tblGrid>
        <w:gridCol w:w="10224"/>
      </w:tblGrid>
      <w:tr>
        <w:tc>
          <w:tcPr>
            <w:tcW w:type="dxa" w:w="10224"/>
            <w:shd w:fill="FFF4D6"/>
          </w:tcPr>
          <w:p>
            <w:r>
              <w:rPr>
                <w:rFonts w:ascii="Georgia" w:hAnsi="Georgia"/>
                <w:b/>
                <w:color w:val="6B4E9B"/>
                <w:sz w:val="22"/>
              </w:rPr>
              <w:t>Q10  •  Correct Answer: a</w:t>
            </w:r>
          </w:p>
          <w:p>
            <w:r>
              <w:rPr>
                <w:b/>
              </w:rPr>
              <w:t xml:space="preserve">Explanation: </w:t>
            </w:r>
            <w:r>
              <w:t>The numbers have product 6×180=1080 and sum 78. The pair 18 and 60 has product 1080 and HCF 6.</w:t>
            </w:r>
          </w:p>
        </w:tc>
      </w:tr>
    </w:tbl>
    <w:p/>
    <w:tbl>
      <w:tblPr>
        <w:tblW w:type="auto" w:w="0"/>
        <w:tblLook w:firstColumn="1" w:firstRow="1" w:lastColumn="0" w:lastRow="0" w:noHBand="0" w:noVBand="1" w:val="04A0"/>
      </w:tblPr>
      <w:tblGrid>
        <w:gridCol w:w="10224"/>
      </w:tblGrid>
      <w:tr>
        <w:tc>
          <w:tcPr>
            <w:tcW w:type="dxa" w:w="10224"/>
            <w:shd w:fill="EAF5EA"/>
          </w:tcPr>
          <w:p>
            <w:r>
              <w:rPr>
                <w:rFonts w:ascii="Georgia" w:hAnsi="Georgia"/>
                <w:b/>
                <w:color w:val="6B4E9B"/>
                <w:sz w:val="22"/>
              </w:rPr>
              <w:t>Q11  •  Correct Answer: c</w:t>
            </w:r>
          </w:p>
          <w:p>
            <w:r>
              <w:rPr>
                <w:b/>
              </w:rPr>
              <w:t xml:space="preserve">Explanation: </w:t>
            </w:r>
            <w:r>
              <w:t>LCM(60,84,108)=2²×3³×5×7=3780.</w:t>
            </w:r>
          </w:p>
        </w:tc>
      </w:tr>
    </w:tbl>
    <w:p/>
    <w:tbl>
      <w:tblPr>
        <w:tblW w:type="auto" w:w="0"/>
        <w:tblLook w:firstColumn="1" w:firstRow="1" w:lastColumn="0" w:lastRow="0" w:noHBand="0" w:noVBand="1" w:val="04A0"/>
      </w:tblPr>
      <w:tblGrid>
        <w:gridCol w:w="10224"/>
      </w:tblGrid>
      <w:tr>
        <w:tc>
          <w:tcPr>
            <w:tcW w:type="dxa" w:w="10224"/>
            <w:shd w:fill="FCE9E6"/>
          </w:tcPr>
          <w:p>
            <w:r>
              <w:rPr>
                <w:rFonts w:ascii="Georgia" w:hAnsi="Georgia"/>
                <w:b/>
                <w:color w:val="6B4E9B"/>
                <w:sz w:val="22"/>
              </w:rPr>
              <w:t>Q12  •  Correct Answer: b</w:t>
            </w:r>
          </w:p>
          <w:p>
            <w:r>
              <w:rPr>
                <w:b/>
              </w:rPr>
              <w:t xml:space="preserve">Explanation: </w:t>
            </w:r>
            <w:r>
              <w:t>Differences are 38, 76 and 114. Their HCF is 38.</w:t>
            </w:r>
          </w:p>
        </w:tc>
      </w:tr>
    </w:tbl>
    <w:p/>
    <w:tbl>
      <w:tblPr>
        <w:tblW w:type="auto" w:w="0"/>
        <w:tblLook w:firstColumn="1" w:firstRow="1" w:lastColumn="0" w:lastRow="0" w:noHBand="0" w:noVBand="1" w:val="04A0"/>
      </w:tblPr>
      <w:tblGrid>
        <w:gridCol w:w="10224"/>
      </w:tblGrid>
      <w:tr>
        <w:tc>
          <w:tcPr>
            <w:tcW w:type="dxa" w:w="10224"/>
            <w:shd w:fill="E7F6F3"/>
          </w:tcPr>
          <w:p>
            <w:r>
              <w:rPr>
                <w:rFonts w:ascii="Georgia" w:hAnsi="Georgia"/>
                <w:b/>
                <w:color w:val="6B4E9B"/>
                <w:sz w:val="22"/>
              </w:rPr>
              <w:t>Q13  •  Correct Answer: c</w:t>
            </w:r>
          </w:p>
          <w:p>
            <w:r>
              <w:rPr>
                <w:b/>
              </w:rPr>
              <w:t xml:space="preserve">Explanation: </w:t>
            </w:r>
            <w:r>
              <w:t>LCM(16,24,36)=144. Hence N=144+5=149.</w:t>
            </w:r>
          </w:p>
        </w:tc>
      </w:tr>
    </w:tbl>
    <w:p/>
    <w:tbl>
      <w:tblPr>
        <w:tblW w:type="auto" w:w="0"/>
        <w:tblLook w:firstColumn="1" w:firstRow="1" w:lastColumn="0" w:lastRow="0" w:noHBand="0" w:noVBand="1" w:val="04A0"/>
      </w:tblPr>
      <w:tblGrid>
        <w:gridCol w:w="10224"/>
      </w:tblGrid>
      <w:tr>
        <w:tc>
          <w:tcPr>
            <w:tcW w:type="dxa" w:w="10224"/>
            <w:shd w:fill="EAF3FB"/>
          </w:tcPr>
          <w:p>
            <w:r>
              <w:rPr>
                <w:rFonts w:ascii="Georgia" w:hAnsi="Georgia"/>
                <w:b/>
                <w:color w:val="6B4E9B"/>
                <w:sz w:val="22"/>
              </w:rPr>
              <w:t>Q14  •  Correct Answer: b</w:t>
            </w:r>
          </w:p>
          <w:p>
            <w:r>
              <w:rPr>
                <w:b/>
              </w:rPr>
              <w:t xml:space="preserve">Explanation: </w:t>
            </w:r>
            <w:r>
              <w:t>144×x=12×720, so x=60.</w:t>
            </w:r>
          </w:p>
        </w:tc>
      </w:tr>
    </w:tbl>
    <w:p/>
    <w:tbl>
      <w:tblPr>
        <w:tblW w:type="auto" w:w="0"/>
        <w:tblLook w:firstColumn="1" w:firstRow="1" w:lastColumn="0" w:lastRow="0" w:noHBand="0" w:noVBand="1" w:val="04A0"/>
      </w:tblPr>
      <w:tblGrid>
        <w:gridCol w:w="10224"/>
      </w:tblGrid>
      <w:tr>
        <w:tc>
          <w:tcPr>
            <w:tcW w:type="dxa" w:w="10224"/>
            <w:shd w:fill="F1EAF8"/>
          </w:tcPr>
          <w:p>
            <w:r>
              <w:rPr>
                <w:rFonts w:ascii="Georgia" w:hAnsi="Georgia"/>
                <w:b/>
                <w:color w:val="6B4E9B"/>
                <w:sz w:val="22"/>
              </w:rPr>
              <w:t>Q15  •  Correct Answer: —</w:t>
            </w:r>
          </w:p>
          <w:p>
            <w:r>
              <w:rPr>
                <w:b/>
              </w:rPr>
              <w:t xml:space="preserve">Explanation: </w:t>
            </w:r>
            <w:r>
              <w:t>The product is 17280. With one number 96, the other is 180. Their HCF is 12, so their LCM is 1440, which is not among the options. The item should be corrected.</w:t>
            </w:r>
          </w:p>
        </w:tc>
      </w:tr>
    </w:tbl>
    <w:p/>
    <w:tbl>
      <w:tblPr>
        <w:tblW w:type="auto" w:w="0"/>
        <w:tblLook w:firstColumn="1" w:firstRow="1" w:lastColumn="0" w:lastRow="0" w:noHBand="0" w:noVBand="1" w:val="04A0"/>
      </w:tblPr>
      <w:tblGrid>
        <w:gridCol w:w="10224"/>
      </w:tblGrid>
      <w:tr>
        <w:tc>
          <w:tcPr>
            <w:tcW w:type="dxa" w:w="10224"/>
            <w:shd w:fill="FFF4D6"/>
          </w:tcPr>
          <w:p>
            <w:r>
              <w:rPr>
                <w:rFonts w:ascii="Georgia" w:hAnsi="Georgia"/>
                <w:b/>
                <w:color w:val="6B4E9B"/>
                <w:sz w:val="22"/>
              </w:rPr>
              <w:t>Q16  •  Correct Answer: d</w:t>
            </w:r>
          </w:p>
          <w:p>
            <w:r>
              <w:rPr>
                <w:b/>
              </w:rPr>
              <w:t xml:space="preserve">Explanation: </w:t>
            </w:r>
            <w:r>
              <w:t>Write a=8x, b=8y. Since HCF is 8, x and y are coprime. Also 8xy=240, so xy=30. There are 4 unordered coprime pairs and therefore 8 ordered pairs.</w:t>
            </w:r>
          </w:p>
        </w:tc>
      </w:tr>
    </w:tbl>
    <w:p/>
    <w:tbl>
      <w:tblPr>
        <w:tblW w:type="auto" w:w="0"/>
        <w:tblLook w:firstColumn="1" w:firstRow="1" w:lastColumn="0" w:lastRow="0" w:noHBand="0" w:noVBand="1" w:val="04A0"/>
      </w:tblPr>
      <w:tblGrid>
        <w:gridCol w:w="10224"/>
      </w:tblGrid>
      <w:tr>
        <w:tc>
          <w:tcPr>
            <w:tcW w:type="dxa" w:w="10224"/>
            <w:shd w:fill="EAF5EA"/>
          </w:tcPr>
          <w:p>
            <w:r>
              <w:rPr>
                <w:rFonts w:ascii="Georgia" w:hAnsi="Georgia"/>
                <w:b/>
                <w:color w:val="6B4E9B"/>
                <w:sz w:val="22"/>
              </w:rPr>
              <w:t>Q17  •  Correct Answer: c</w:t>
            </w:r>
          </w:p>
          <w:p>
            <w:r>
              <w:rPr>
                <w:b/>
              </w:rPr>
              <w:t xml:space="preserve">Explanation: </w:t>
            </w:r>
            <w:r>
              <w:t>Among the options, 80 and 192 have HCF 16 and LCM 960, and both are below 200.</w:t>
            </w:r>
          </w:p>
        </w:tc>
      </w:tr>
    </w:tbl>
    <w:p/>
    <w:tbl>
      <w:tblPr>
        <w:tblW w:type="auto" w:w="0"/>
        <w:tblLook w:firstColumn="1" w:firstRow="1" w:lastColumn="0" w:lastRow="0" w:noHBand="0" w:noVBand="1" w:val="04A0"/>
      </w:tblPr>
      <w:tblGrid>
        <w:gridCol w:w="10224"/>
      </w:tblGrid>
      <w:tr>
        <w:tc>
          <w:tcPr>
            <w:tcW w:type="dxa" w:w="10224"/>
            <w:shd w:fill="FCE9E6"/>
          </w:tcPr>
          <w:p>
            <w:r>
              <w:rPr>
                <w:rFonts w:ascii="Georgia" w:hAnsi="Georgia"/>
                <w:b/>
                <w:color w:val="6B4E9B"/>
                <w:sz w:val="22"/>
              </w:rPr>
              <w:t>Q18  •  Correct Answer: a</w:t>
            </w:r>
          </w:p>
          <w:p>
            <w:r>
              <w:rPr>
                <w:b/>
              </w:rPr>
              <w:t xml:space="preserve">Explanation: </w:t>
            </w:r>
            <w:r>
              <w:t>LCM(6,8,15)=120=2³×3×5. The smallest square divisible by it is 2⁴×3²×5²=3600.</w:t>
            </w:r>
          </w:p>
        </w:tc>
      </w:tr>
    </w:tbl>
    <w:p/>
    <w:tbl>
      <w:tblPr>
        <w:tblW w:type="auto" w:w="0"/>
        <w:tblLook w:firstColumn="1" w:firstRow="1" w:lastColumn="0" w:lastRow="0" w:noHBand="0" w:noVBand="1" w:val="04A0"/>
      </w:tblPr>
      <w:tblGrid>
        <w:gridCol w:w="10224"/>
      </w:tblGrid>
      <w:tr>
        <w:tc>
          <w:tcPr>
            <w:tcW w:type="dxa" w:w="10224"/>
            <w:shd w:fill="E7F6F3"/>
          </w:tcPr>
          <w:p>
            <w:r>
              <w:rPr>
                <w:rFonts w:ascii="Georgia" w:hAnsi="Georgia"/>
                <w:b/>
                <w:color w:val="6B4E9B"/>
                <w:sz w:val="22"/>
              </w:rPr>
              <w:t>Q19  •  Correct Answer: a</w:t>
            </w:r>
          </w:p>
          <w:p>
            <w:r>
              <w:rPr>
                <w:b/>
              </w:rPr>
              <w:t xml:space="preserve">Explanation: </w:t>
            </w:r>
            <w:r>
              <w:t>LCM(12,18,45)=180=2²×3²×5. To make a cube, raise each prime exponent to the next multiple of 3: 2³×3³×5³=27000.</w:t>
            </w:r>
          </w:p>
        </w:tc>
      </w:tr>
    </w:tbl>
    <w:p/>
    <w:tbl>
      <w:tblPr>
        <w:tblW w:type="auto" w:w="0"/>
        <w:tblLook w:firstColumn="1" w:firstRow="1" w:lastColumn="0" w:lastRow="0" w:noHBand="0" w:noVBand="1" w:val="04A0"/>
      </w:tblPr>
      <w:tblGrid>
        <w:gridCol w:w="10224"/>
      </w:tblGrid>
      <w:tr>
        <w:tc>
          <w:tcPr>
            <w:tcW w:type="dxa" w:w="10224"/>
            <w:shd w:fill="EAF3FB"/>
          </w:tcPr>
          <w:p>
            <w:r>
              <w:rPr>
                <w:rFonts w:ascii="Georgia" w:hAnsi="Georgia"/>
                <w:b/>
                <w:color w:val="6B4E9B"/>
                <w:sz w:val="22"/>
              </w:rPr>
              <w:t>Q20  •  Correct Answer: —</w:t>
            </w:r>
          </w:p>
          <w:p>
            <w:r>
              <w:rPr>
                <w:b/>
              </w:rPr>
              <w:t xml:space="preserve">Explanation: </w:t>
            </w:r>
            <w:r>
              <w:t>An HCF must divide the LCM. All listed values 1,2,3,7 divide 420, so none is impossible without an additional condition.</w:t>
            </w:r>
          </w:p>
        </w:tc>
      </w:tr>
    </w:tbl>
    <w:p/>
    <w:tbl>
      <w:tblPr>
        <w:tblW w:type="auto" w:w="0"/>
        <w:tblLook w:firstColumn="1" w:firstRow="1" w:lastColumn="0" w:lastRow="0" w:noHBand="0" w:noVBand="1" w:val="04A0"/>
      </w:tblPr>
      <w:tblGrid>
        <w:gridCol w:w="10224"/>
      </w:tblGrid>
      <w:tr>
        <w:tc>
          <w:tcPr>
            <w:tcW w:type="dxa" w:w="10224"/>
            <w:shd w:fill="F1EAF8"/>
          </w:tcPr>
          <w:p>
            <w:r>
              <w:rPr>
                <w:rFonts w:ascii="Georgia" w:hAnsi="Georgia"/>
                <w:b/>
                <w:color w:val="6B4E9B"/>
                <w:sz w:val="22"/>
              </w:rPr>
              <w:t>Q21  •  Correct Answer: b</w:t>
            </w:r>
          </w:p>
          <w:p>
            <w:r>
              <w:rPr>
                <w:b/>
              </w:rPr>
              <w:t xml:space="preserve">Explanation: </w:t>
            </w:r>
            <w:r>
              <w:t>LCM(24,36,54)=216. The largest four-digit multiple is 216×46=9936.</w:t>
            </w:r>
          </w:p>
        </w:tc>
      </w:tr>
    </w:tbl>
    <w:p/>
    <w:tbl>
      <w:tblPr>
        <w:tblW w:type="auto" w:w="0"/>
        <w:tblLook w:firstColumn="1" w:firstRow="1" w:lastColumn="0" w:lastRow="0" w:noHBand="0" w:noVBand="1" w:val="04A0"/>
      </w:tblPr>
      <w:tblGrid>
        <w:gridCol w:w="10224"/>
      </w:tblGrid>
      <w:tr>
        <w:tc>
          <w:tcPr>
            <w:tcW w:type="dxa" w:w="10224"/>
            <w:shd w:fill="FFF4D6"/>
          </w:tcPr>
          <w:p>
            <w:r>
              <w:rPr>
                <w:rFonts w:ascii="Georgia" w:hAnsi="Georgia"/>
                <w:b/>
                <w:color w:val="6B4E9B"/>
                <w:sz w:val="22"/>
              </w:rPr>
              <w:t>Q22  •  Correct Answer: a</w:t>
            </w:r>
          </w:p>
          <w:p>
            <w:r>
              <w:rPr>
                <w:b/>
              </w:rPr>
              <w:t xml:space="preserve">Explanation: </w:t>
            </w:r>
            <w:r>
              <w:t>LCM(18,24,40)=360. The first five-digit multiple is 360×28=10080.</w:t>
            </w:r>
          </w:p>
        </w:tc>
      </w:tr>
    </w:tbl>
    <w:p/>
    <w:tbl>
      <w:tblPr>
        <w:tblW w:type="auto" w:w="0"/>
        <w:tblLook w:firstColumn="1" w:firstRow="1" w:lastColumn="0" w:lastRow="0" w:noHBand="0" w:noVBand="1" w:val="04A0"/>
      </w:tblPr>
      <w:tblGrid>
        <w:gridCol w:w="10224"/>
      </w:tblGrid>
      <w:tr>
        <w:tc>
          <w:tcPr>
            <w:tcW w:type="dxa" w:w="10224"/>
            <w:shd w:fill="EAF5EA"/>
          </w:tcPr>
          <w:p>
            <w:r>
              <w:rPr>
                <w:rFonts w:ascii="Georgia" w:hAnsi="Georgia"/>
                <w:b/>
                <w:color w:val="6B4E9B"/>
                <w:sz w:val="22"/>
              </w:rPr>
              <w:t>Q23  •  Correct Answer: d</w:t>
            </w:r>
          </w:p>
          <w:p>
            <w:r>
              <w:rPr>
                <w:b/>
              </w:rPr>
              <w:t xml:space="preserve">Explanation: </w:t>
            </w:r>
            <w:r>
              <w:t>70×x=14×840, giving x=168.</w:t>
            </w:r>
          </w:p>
        </w:tc>
      </w:tr>
    </w:tbl>
    <w:p/>
    <w:tbl>
      <w:tblPr>
        <w:tblW w:type="auto" w:w="0"/>
        <w:tblLook w:firstColumn="1" w:firstRow="1" w:lastColumn="0" w:lastRow="0" w:noHBand="0" w:noVBand="1" w:val="04A0"/>
      </w:tblPr>
      <w:tblGrid>
        <w:gridCol w:w="10224"/>
      </w:tblGrid>
      <w:tr>
        <w:tc>
          <w:tcPr>
            <w:tcW w:type="dxa" w:w="10224"/>
            <w:shd w:fill="FCE9E6"/>
          </w:tcPr>
          <w:p>
            <w:r>
              <w:rPr>
                <w:rFonts w:ascii="Georgia" w:hAnsi="Georgia"/>
                <w:b/>
                <w:color w:val="6B4E9B"/>
                <w:sz w:val="22"/>
              </w:rPr>
              <w:t>Q24  •  Correct Answer: b</w:t>
            </w:r>
          </w:p>
          <w:p>
            <w:r>
              <w:rPr>
                <w:b/>
              </w:rPr>
              <w:t xml:space="preserve">Explanation: </w:t>
            </w:r>
            <w:r>
              <w:t>Numbers are 14,21,35. Their LCM is 210.</w:t>
            </w:r>
          </w:p>
        </w:tc>
      </w:tr>
    </w:tbl>
    <w:p/>
    <w:tbl>
      <w:tblPr>
        <w:tblW w:type="auto" w:w="0"/>
        <w:tblLook w:firstColumn="1" w:firstRow="1" w:lastColumn="0" w:lastRow="0" w:noHBand="0" w:noVBand="1" w:val="04A0"/>
      </w:tblPr>
      <w:tblGrid>
        <w:gridCol w:w="10224"/>
      </w:tblGrid>
      <w:tr>
        <w:tc>
          <w:tcPr>
            <w:tcW w:type="dxa" w:w="10224"/>
            <w:shd w:fill="E7F6F3"/>
          </w:tcPr>
          <w:p>
            <w:r>
              <w:rPr>
                <w:rFonts w:ascii="Georgia" w:hAnsi="Georgia"/>
                <w:b/>
                <w:color w:val="6B4E9B"/>
                <w:sz w:val="22"/>
              </w:rPr>
              <w:t>Q25  •  Correct Answer: b</w:t>
            </w:r>
          </w:p>
          <w:p>
            <w:r>
              <w:rPr>
                <w:b/>
              </w:rPr>
              <w:t xml:space="preserve">Explanation: </w:t>
            </w:r>
            <w:r>
              <w:t>Differences are 182,182 and 364. HCF=182.</w:t>
            </w:r>
          </w:p>
        </w:tc>
      </w:tr>
    </w:tbl>
    <w:p/>
    <w:tbl>
      <w:tblPr>
        <w:tblW w:type="auto" w:w="0"/>
        <w:tblLook w:firstColumn="1" w:firstRow="1" w:lastColumn="0" w:lastRow="0" w:noHBand="0" w:noVBand="1" w:val="04A0"/>
      </w:tblPr>
      <w:tblGrid>
        <w:gridCol w:w="10224"/>
      </w:tblGrid>
      <w:tr>
        <w:tc>
          <w:tcPr>
            <w:tcW w:type="dxa" w:w="10224"/>
            <w:shd w:fill="EAF3FB"/>
          </w:tcPr>
          <w:p>
            <w:r>
              <w:rPr>
                <w:rFonts w:ascii="Georgia" w:hAnsi="Georgia"/>
                <w:b/>
                <w:color w:val="6B4E9B"/>
                <w:sz w:val="22"/>
              </w:rPr>
              <w:t>Q26  •  Correct Answer: b</w:t>
            </w:r>
          </w:p>
          <w:p>
            <w:r>
              <w:rPr>
                <w:b/>
              </w:rPr>
              <w:t xml:space="preserve">Explanation: </w:t>
            </w:r>
            <w:r>
              <w:t>LCM(12,18,30)=180. Multiples greater than 1000: 1080 is the first.</w:t>
            </w:r>
          </w:p>
        </w:tc>
      </w:tr>
    </w:tbl>
    <w:p/>
    <w:tbl>
      <w:tblPr>
        <w:tblW w:type="auto" w:w="0"/>
        <w:tblLook w:firstColumn="1" w:firstRow="1" w:lastColumn="0" w:lastRow="0" w:noHBand="0" w:noVBand="1" w:val="04A0"/>
      </w:tblPr>
      <w:tblGrid>
        <w:gridCol w:w="10224"/>
      </w:tblGrid>
      <w:tr>
        <w:tc>
          <w:tcPr>
            <w:tcW w:type="dxa" w:w="10224"/>
            <w:shd w:fill="F1EAF8"/>
          </w:tcPr>
          <w:p>
            <w:r>
              <w:rPr>
                <w:rFonts w:ascii="Georgia" w:hAnsi="Georgia"/>
                <w:b/>
                <w:color w:val="6B4E9B"/>
                <w:sz w:val="22"/>
              </w:rPr>
              <w:t>Q27  •  Correct Answer: a</w:t>
            </w:r>
          </w:p>
          <w:p>
            <w:r>
              <w:rPr>
                <w:b/>
              </w:rPr>
              <w:t xml:space="preserve">Explanation: </w:t>
            </w:r>
            <w:r>
              <w:t>Differences are 220,220 and 440. HCF=220; therefore the options need correction.</w:t>
            </w:r>
          </w:p>
        </w:tc>
      </w:tr>
    </w:tbl>
    <w:p/>
    <w:tbl>
      <w:tblPr>
        <w:tblW w:type="auto" w:w="0"/>
        <w:tblLook w:firstColumn="1" w:firstRow="1" w:lastColumn="0" w:lastRow="0" w:noHBand="0" w:noVBand="1" w:val="04A0"/>
      </w:tblPr>
      <w:tblGrid>
        <w:gridCol w:w="10224"/>
      </w:tblGrid>
      <w:tr>
        <w:tc>
          <w:tcPr>
            <w:tcW w:type="dxa" w:w="10224"/>
            <w:shd w:fill="FFF4D6"/>
          </w:tcPr>
          <w:p>
            <w:r>
              <w:rPr>
                <w:rFonts w:ascii="Georgia" w:hAnsi="Georgia"/>
                <w:b/>
                <w:color w:val="6B4E9B"/>
                <w:sz w:val="22"/>
              </w:rPr>
              <w:t>Q28  •  Correct Answer: —</w:t>
            </w:r>
          </w:p>
          <w:p>
            <w:r>
              <w:rPr>
                <w:b/>
              </w:rPr>
              <w:t xml:space="preserve">Explanation: </w:t>
            </w:r>
            <w:r>
              <w:t>Let numbers be 9x and 9y. Then xy=70 and x+y=13. No integer pair satisfies both conditions, so the item needs correction.</w:t>
            </w:r>
          </w:p>
        </w:tc>
      </w:tr>
    </w:tbl>
    <w:p/>
    <w:tbl>
      <w:tblPr>
        <w:tblW w:type="auto" w:w="0"/>
        <w:tblLook w:firstColumn="1" w:firstRow="1" w:lastColumn="0" w:lastRow="0" w:noHBand="0" w:noVBand="1" w:val="04A0"/>
      </w:tblPr>
      <w:tblGrid>
        <w:gridCol w:w="10224"/>
      </w:tblGrid>
      <w:tr>
        <w:tc>
          <w:tcPr>
            <w:tcW w:type="dxa" w:w="10224"/>
            <w:shd w:fill="EAF5EA"/>
          </w:tcPr>
          <w:p>
            <w:r>
              <w:rPr>
                <w:rFonts w:ascii="Georgia" w:hAnsi="Georgia"/>
                <w:b/>
                <w:color w:val="6B4E9B"/>
                <w:sz w:val="22"/>
              </w:rPr>
              <w:t>Q29  •  Correct Answer: d</w:t>
            </w:r>
          </w:p>
          <w:p>
            <w:r>
              <w:rPr>
                <w:b/>
              </w:rPr>
              <w:t xml:space="preserve">Explanation: </w:t>
            </w:r>
            <w:r>
              <w:t>Maximum identical baskets = HCF(252,378,504)=126.</w:t>
            </w:r>
          </w:p>
        </w:tc>
      </w:tr>
    </w:tbl>
    <w:p/>
    <w:tbl>
      <w:tblPr>
        <w:tblW w:type="auto" w:w="0"/>
        <w:tblLook w:firstColumn="1" w:firstRow="1" w:lastColumn="0" w:lastRow="0" w:noHBand="0" w:noVBand="1" w:val="04A0"/>
      </w:tblPr>
      <w:tblGrid>
        <w:gridCol w:w="10224"/>
      </w:tblGrid>
      <w:tr>
        <w:tc>
          <w:tcPr>
            <w:tcW w:type="dxa" w:w="10224"/>
            <w:shd w:fill="FCE9E6"/>
          </w:tcPr>
          <w:p>
            <w:r>
              <w:rPr>
                <w:rFonts w:ascii="Georgia" w:hAnsi="Georgia"/>
                <w:b/>
                <w:color w:val="6B4E9B"/>
                <w:sz w:val="22"/>
              </w:rPr>
              <w:t>Q30  •  Correct Answer: c</w:t>
            </w:r>
          </w:p>
          <w:p>
            <w:r>
              <w:rPr>
                <w:b/>
              </w:rPr>
              <w:t xml:space="preserve">Explanation: </w:t>
            </w:r>
            <w:r>
              <w:t>Maximum number of groups = HCF(720,540)=180.</w:t>
            </w:r>
          </w:p>
        </w:tc>
      </w:tr>
    </w:tbl>
    <w:p/>
    <w:p>
      <w:pPr>
        <w:pStyle w:val="Heading1"/>
      </w:pPr>
      <w:r>
        <w:t>QUICK REVISION</w:t>
      </w:r>
    </w:p>
    <w:tbl>
      <w:tblPr>
        <w:tblW w:type="auto" w:w="0"/>
        <w:jc w:val="center"/>
        <w:tblLook w:firstColumn="1" w:firstRow="1" w:lastColumn="0" w:lastRow="0" w:noHBand="0" w:noVBand="1" w:val="04A0"/>
      </w:tblPr>
      <w:tblGrid>
        <w:gridCol w:w="10224"/>
      </w:tblGrid>
      <w:tr>
        <w:tc>
          <w:tcPr>
            <w:tcW w:type="dxa" w:w="10224"/>
            <w:shd w:fill="EAF3FB"/>
          </w:tcPr>
          <w:p>
            <w:r>
              <w:rPr>
                <w:rFonts w:ascii="Georgia" w:hAnsi="Georgia"/>
                <w:b/>
                <w:color w:val="2563A6"/>
                <w:sz w:val="22"/>
              </w:rPr>
              <w:t>CORE RELATION</w:t>
              <w:br/>
            </w:r>
            <w:r>
              <w:rPr>
                <w:sz w:val="20"/>
              </w:rPr>
              <w:t>For two positive integers a and b: HCF(a,b) × LCM(a,b) = a × b.</w:t>
            </w:r>
          </w:p>
        </w:tc>
      </w:tr>
    </w:tbl>
    <w:p/>
    <w:tbl>
      <w:tblPr>
        <w:tblW w:type="auto" w:w="0"/>
        <w:jc w:val="center"/>
        <w:tblLook w:firstColumn="1" w:firstRow="1" w:lastColumn="0" w:lastRow="0" w:noHBand="0" w:noVBand="1" w:val="04A0"/>
      </w:tblPr>
      <w:tblGrid>
        <w:gridCol w:w="10224"/>
      </w:tblGrid>
      <w:tr>
        <w:tc>
          <w:tcPr>
            <w:tcW w:type="dxa" w:w="10224"/>
            <w:shd w:fill="E7F6F3"/>
          </w:tcPr>
          <w:p>
            <w:r>
              <w:rPr>
                <w:rFonts w:ascii="Georgia" w:hAnsi="Georgia"/>
                <w:b/>
                <w:color w:val="087F8C"/>
                <w:sz w:val="22"/>
              </w:rPr>
              <w:t>HCF METHOD</w:t>
              <w:br/>
            </w:r>
            <w:r>
              <w:rPr>
                <w:sz w:val="20"/>
              </w:rPr>
              <w:t>For equal remainders, subtract the numbers and take the HCF of the differences.</w:t>
            </w:r>
          </w:p>
        </w:tc>
      </w:tr>
    </w:tbl>
    <w:p/>
    <w:tbl>
      <w:tblPr>
        <w:tblW w:type="auto" w:w="0"/>
        <w:jc w:val="center"/>
        <w:tblLook w:firstColumn="1" w:firstRow="1" w:lastColumn="0" w:lastRow="0" w:noHBand="0" w:noVBand="1" w:val="04A0"/>
      </w:tblPr>
      <w:tblGrid>
        <w:gridCol w:w="10224"/>
      </w:tblGrid>
      <w:tr>
        <w:tc>
          <w:tcPr>
            <w:tcW w:type="dxa" w:w="10224"/>
            <w:shd w:fill="F1EAF8"/>
          </w:tcPr>
          <w:p>
            <w:r>
              <w:rPr>
                <w:rFonts w:ascii="Georgia" w:hAnsi="Georgia"/>
                <w:b/>
                <w:color w:val="6B4E9B"/>
                <w:sz w:val="22"/>
              </w:rPr>
              <w:t>LCM METHOD</w:t>
              <w:br/>
            </w:r>
            <w:r>
              <w:rPr>
                <w:sz w:val="20"/>
              </w:rPr>
              <w:t>For repeated events or the least number divisible by several numbers, calculate the LCM.</w:t>
            </w:r>
          </w:p>
        </w:tc>
      </w:tr>
    </w:tbl>
    <w:p/>
    <w:tbl>
      <w:tblPr>
        <w:tblW w:type="auto" w:w="0"/>
        <w:jc w:val="center"/>
        <w:tblLook w:firstColumn="1" w:firstRow="1" w:lastColumn="0" w:lastRow="0" w:noHBand="0" w:noVBand="1" w:val="04A0"/>
      </w:tblPr>
      <w:tblGrid>
        <w:gridCol w:w="10224"/>
      </w:tblGrid>
      <w:tr>
        <w:tc>
          <w:tcPr>
            <w:tcW w:type="dxa" w:w="10224"/>
            <w:shd w:fill="FFF4D6"/>
          </w:tcPr>
          <w:p>
            <w:r>
              <w:rPr>
                <w:rFonts w:ascii="Georgia" w:hAnsi="Georgia"/>
                <w:b/>
                <w:color w:val="B7791F"/>
                <w:sz w:val="22"/>
              </w:rPr>
              <w:t>EQUAL GROUPS</w:t>
              <w:br/>
            </w:r>
            <w:r>
              <w:rPr>
                <w:sz w:val="20"/>
              </w:rPr>
              <w:t>When items are divided into the maximum number of identical groups, the number of groups is the HCF.</w:t>
            </w:r>
          </w:p>
        </w:tc>
      </w:tr>
    </w:tbl>
    <w:p/>
    <w:tbl>
      <w:tblPr>
        <w:tblW w:type="auto" w:w="0"/>
        <w:jc w:val="center"/>
        <w:tblLook w:firstColumn="1" w:firstRow="1" w:lastColumn="0" w:lastRow="0" w:noHBand="0" w:noVBand="1" w:val="04A0"/>
      </w:tblPr>
      <w:tblGrid>
        <w:gridCol w:w="10224"/>
      </w:tblGrid>
      <w:tr>
        <w:tc>
          <w:tcPr>
            <w:tcW w:type="dxa" w:w="10224"/>
            <w:shd w:fill="EAF5EA"/>
          </w:tcPr>
          <w:p>
            <w:r>
              <w:rPr>
                <w:rFonts w:ascii="Georgia" w:hAnsi="Georgia"/>
                <w:b/>
                <w:color w:val="3F7D4A"/>
                <w:sz w:val="22"/>
              </w:rPr>
              <w:t>PRIME FACTORISATION</w:t>
              <w:br/>
            </w:r>
            <w:r>
              <w:rPr>
                <w:sz w:val="20"/>
              </w:rPr>
              <w:t>HCF uses the smallest powers of common primes; LCM uses the greatest powers of all primes present.</w:t>
            </w:r>
          </w:p>
        </w:tc>
      </w:tr>
    </w:tbl>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HCF &amp; LCM  |  30 Advanced MCQs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B4E9B"/>
        <w:sz w:val="16"/>
      </w:rPr>
      <w:t>MATHEMATICS  •  CHAPTER 4  •  HCF &amp; LCM  •  ADVANCED PRACTICE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