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F75B5"/>
          <w:sz w:val="36"/>
        </w:rPr>
        <w:t>CHAPTER 4</w:t>
      </w:r>
    </w:p>
    <w:p>
      <w:pPr>
        <w:jc w:val="center"/>
      </w:pPr>
      <w:r>
        <w:rPr>
          <w:b/>
          <w:color w:val="17365D"/>
          <w:sz w:val="56"/>
        </w:rPr>
        <w:t>HCF &amp; LCM</w:t>
      </w:r>
    </w:p>
    <w:p>
      <w:pPr>
        <w:jc w:val="center"/>
      </w:pPr>
      <w:r>
        <w:rPr>
          <w:color w:val="008C95"/>
          <w:sz w:val="24"/>
        </w:rPr>
        <w:t>Concepts • Methods • Question Types • Solved Examples • Formula Revision</w:t>
      </w:r>
    </w:p>
    <w:tbl>
      <w:tblPr>
        <w:tblW w:type="auto" w:w="0"/>
        <w:jc w:val="center"/>
        <w:tblLook w:firstColumn="1" w:firstRow="1" w:lastColumn="0" w:lastRow="0" w:noHBand="0" w:noVBand="1" w:val="04A0"/>
      </w:tblPr>
      <w:tblGrid>
        <w:gridCol w:w="10080"/>
      </w:tblGrid>
      <w:tr>
        <w:tc>
          <w:tcPr>
            <w:tcW w:type="dxa" w:w="10080"/>
            <w:shd w:fill="DDEBF7"/>
          </w:tcPr>
          <w:p>
            <w:r>
              <w:rPr>
                <w:b/>
                <w:color w:val="17365D"/>
                <w:sz w:val="22"/>
              </w:rPr>
              <w:t>LEARNING OBJECTIVE</w:t>
              <w:br/>
            </w:r>
            <w:r>
              <w:rPr>
                <w:sz w:val="20"/>
              </w:rPr>
              <w:t>Learn to find HCF and LCM by multiple methods, understand their relationship, solve fraction and remainder problems, and apply HCF/LCM to real-life interval and grouping problems.</w:t>
            </w:r>
          </w:p>
        </w:tc>
      </w:tr>
    </w:tbl>
    <w:p/>
    <w:p>
      <w:pPr>
        <w:pStyle w:val="Heading1"/>
      </w:pPr>
      <w:r>
        <w:t>1. Introduction to HCF and LCM</w:t>
      </w:r>
    </w:p>
    <w:p>
      <w:pPr>
        <w:spacing w:after="100"/>
      </w:pPr>
      <w:r>
        <w:t>HCF and LCM are two fundamental tools for problems involving factors, multiples, common divisors, common multiples, repeated events and grouping.</w:t>
      </w:r>
    </w:p>
    <w:p>
      <w:pPr>
        <w:pStyle w:val="Heading2"/>
      </w:pPr>
      <w:r>
        <w:t>Highest Common Factor</w:t>
      </w:r>
    </w:p>
    <w:p>
      <w:pPr>
        <w:spacing w:after="100"/>
      </w:pPr>
      <w:r>
        <w:t>The HCF of two or more positive integers is the greatest positive integer that divides every given number exactly.</w:t>
      </w:r>
    </w:p>
    <w:p>
      <w:pPr>
        <w:pStyle w:val="Heading2"/>
      </w:pPr>
      <w:r>
        <w:t>Least Common Multiple</w:t>
      </w:r>
    </w:p>
    <w:p>
      <w:pPr>
        <w:spacing w:after="100"/>
      </w:pPr>
      <w:r>
        <w:t>The LCM of two or more positive integers is the smallest positive integer that is a multiple of every given number.</w:t>
      </w:r>
    </w:p>
    <w:tbl>
      <w:tblPr>
        <w:tblW w:type="auto" w:w="0"/>
        <w:jc w:val="center"/>
        <w:tblLook w:firstColumn="1" w:firstRow="1" w:lastColumn="0" w:lastRow="0" w:noHBand="0" w:noVBand="1" w:val="04A0"/>
      </w:tblPr>
      <w:tblGrid>
        <w:gridCol w:w="10080"/>
      </w:tblGrid>
      <w:tr>
        <w:tc>
          <w:tcPr>
            <w:tcW w:type="dxa" w:w="10080"/>
            <w:shd w:fill="E2F0D9"/>
          </w:tcPr>
          <w:p>
            <w:r>
              <w:rPr>
                <w:b/>
                <w:color w:val="17365D"/>
                <w:sz w:val="22"/>
              </w:rPr>
              <w:t>REMEMBER</w:t>
              <w:br/>
            </w:r>
            <w:r>
              <w:rPr>
                <w:sz w:val="20"/>
              </w:rPr>
              <w:t>HCF is associated with common factors and the greatest possible divisor. LCM is associated with common multiples and the least possible multiple.</w:t>
            </w:r>
          </w:p>
        </w:tc>
      </w:tr>
    </w:tbl>
    <w:p/>
    <w:p>
      <w:pPr>
        <w:pStyle w:val="Heading1"/>
      </w:pPr>
      <w:r>
        <w:t>2. HCF by Listing Factors</w:t>
      </w:r>
    </w:p>
    <w:p>
      <w:pPr>
        <w:spacing w:after="100"/>
      </w:pPr>
      <w:r>
        <w:t>List the factors of each number, identify the common factors, and select the greatest one. This is useful for small numbers.</w:t>
      </w:r>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1 — HCF by factors</w:t>
            </w:r>
          </w:p>
          <w:p>
            <w:r>
              <w:rPr>
                <w:b/>
              </w:rPr>
              <w:t xml:space="preserve">Question: </w:t>
            </w:r>
            <w:r>
              <w:t>Find the HCF of 18 and 30.</w:t>
            </w:r>
          </w:p>
          <w:p>
            <w:r>
              <w:rPr>
                <w:b/>
              </w:rPr>
              <w:t>Solution:</w:t>
              <w:br/>
            </w:r>
            <w:r>
              <w:t>Factors of 18: 1,2,3,6,9,18. Factors of 30: 1,2,3,5,6,10,15,30. The greatest common factor is 6.</w:t>
            </w:r>
          </w:p>
          <w:p>
            <w:r>
              <w:rPr>
                <w:b/>
                <w:color w:val="17365D"/>
              </w:rPr>
              <w:t>Final Answer: 6</w:t>
            </w:r>
          </w:p>
        </w:tc>
      </w:tr>
    </w:tbl>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2 — HCF of three numbers</w:t>
            </w:r>
          </w:p>
          <w:p>
            <w:r>
              <w:rPr>
                <w:b/>
              </w:rPr>
              <w:t xml:space="preserve">Question: </w:t>
            </w:r>
            <w:r>
              <w:t>Find the HCF of 24, 36 and 60.</w:t>
            </w:r>
          </w:p>
          <w:p>
            <w:r>
              <w:rPr>
                <w:b/>
              </w:rPr>
              <w:t>Solution:</w:t>
              <w:br/>
            </w:r>
            <w:r>
              <w:t>Common factors include 1,2,3,4,6,12. The greatest is 12.</w:t>
            </w:r>
          </w:p>
          <w:p>
            <w:r>
              <w:rPr>
                <w:b/>
                <w:color w:val="17365D"/>
              </w:rPr>
              <w:t>Final Answer: 12</w:t>
            </w:r>
          </w:p>
        </w:tc>
      </w:tr>
    </w:tbl>
    <w:p/>
    <w:p>
      <w:pPr>
        <w:pStyle w:val="Heading1"/>
      </w:pPr>
      <w:r>
        <w:t>3. HCF by Prime Factorisation</w:t>
      </w:r>
    </w:p>
    <w:p>
      <w:pPr>
        <w:spacing w:after="100"/>
      </w:pPr>
      <w:r>
        <w:t>Prime-factorise each number and select only the prime factors common to all numbers, using the smallest exponent of each common prime.</w:t>
      </w:r>
    </w:p>
    <w:tbl>
      <w:tblPr>
        <w:tblW w:type="auto" w:w="0"/>
        <w:jc w:val="center"/>
        <w:tblLook w:firstColumn="1" w:firstRow="1" w:lastColumn="0" w:lastRow="0" w:noHBand="0" w:noVBand="1" w:val="04A0"/>
      </w:tblPr>
      <w:tblGrid>
        <w:gridCol w:w="10080"/>
      </w:tblGrid>
      <w:tr>
        <w:tc>
          <w:tcPr>
            <w:tcW w:type="dxa" w:w="10080"/>
            <w:shd w:fill="FFF2CC"/>
          </w:tcPr>
          <w:p>
            <w:r>
              <w:rPr>
                <w:b/>
                <w:color w:val="17365D"/>
                <w:sz w:val="22"/>
              </w:rPr>
              <w:t>HCF RULE</w:t>
              <w:br/>
            </w:r>
            <w:r>
              <w:rPr>
                <w:sz w:val="20"/>
              </w:rPr>
              <w:t>For HCF, take the common prime factors with the SMALLEST powers.</w:t>
            </w:r>
          </w:p>
        </w:tc>
      </w:tr>
    </w:tbl>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3 — Prime-factorisation HCF</w:t>
            </w:r>
          </w:p>
          <w:p>
            <w:r>
              <w:rPr>
                <w:b/>
              </w:rPr>
              <w:t xml:space="preserve">Question: </w:t>
            </w:r>
            <w:r>
              <w:t>Find the HCF of 72 and 120.</w:t>
            </w:r>
          </w:p>
          <w:p>
            <w:r>
              <w:rPr>
                <w:b/>
              </w:rPr>
              <w:t>Solution:</w:t>
              <w:br/>
            </w:r>
            <w:r>
              <w:t>72=2³×3² and 120=2³×3×5. Common primes are 2 and 3. Take minimum powers: 2³×3=24.</w:t>
            </w:r>
          </w:p>
          <w:p>
            <w:r>
              <w:rPr>
                <w:b/>
                <w:color w:val="17365D"/>
              </w:rPr>
              <w:t>Final Answer: 24</w:t>
            </w:r>
          </w:p>
          <w:p>
            <w:r>
              <w:rPr>
                <w:b/>
              </w:rPr>
              <w:t xml:space="preserve">Key Learning: </w:t>
            </w:r>
            <w:r>
              <w:t>HCF → common primes → minimum exponents.</w:t>
            </w:r>
          </w:p>
        </w:tc>
      </w:tr>
    </w:tbl>
    <w:p/>
    <w:p>
      <w:pPr>
        <w:pStyle w:val="Heading1"/>
      </w:pPr>
      <w:r>
        <w:t>4. HCF by Euclidean Division</w:t>
      </w:r>
    </w:p>
    <w:p>
      <w:pPr>
        <w:spacing w:after="100"/>
      </w:pPr>
      <w:r>
        <w:t>The Euclidean algorithm repeatedly divides the larger number by the smaller number. The HCF of the two numbers is the last non-zero remainder.</w:t>
      </w:r>
    </w:p>
    <w:tbl>
      <w:tblPr>
        <w:tblW w:type="auto" w:w="0"/>
        <w:jc w:val="center"/>
        <w:tblLook w:firstColumn="1" w:firstRow="1" w:lastColumn="0" w:lastRow="0" w:noHBand="0" w:noVBand="1" w:val="04A0"/>
      </w:tblPr>
      <w:tblGrid>
        <w:gridCol w:w="10080"/>
      </w:tblGrid>
      <w:tr>
        <w:tc>
          <w:tcPr>
            <w:tcW w:type="dxa" w:w="10080"/>
            <w:shd w:fill="DDEBF7"/>
          </w:tcPr>
          <w:p>
            <w:r>
              <w:rPr>
                <w:b/>
                <w:color w:val="17365D"/>
                <w:sz w:val="22"/>
              </w:rPr>
              <w:t>EUCLIDEAN ALGORITHM</w:t>
              <w:br/>
            </w:r>
            <w:r>
              <w:rPr>
                <w:sz w:val="20"/>
              </w:rPr>
              <w:t>If a=bq+r, then HCF(a,b)=HCF(b,r). Continue until the remainder becomes zero.</w:t>
            </w:r>
          </w:p>
        </w:tc>
      </w:tr>
    </w:tbl>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4 — Euclidean algorithm</w:t>
            </w:r>
          </w:p>
          <w:p>
            <w:r>
              <w:rPr>
                <w:b/>
              </w:rPr>
              <w:t xml:space="preserve">Question: </w:t>
            </w:r>
            <w:r>
              <w:t>Find the HCF of 867 and 255.</w:t>
            </w:r>
          </w:p>
          <w:p>
            <w:r>
              <w:rPr>
                <w:b/>
              </w:rPr>
              <w:t>Solution:</w:t>
              <w:br/>
            </w:r>
            <w:r>
              <w:t>867=255×3+102; 255=102×2+51; 102=51×2+0. Therefore the last non-zero remainder is 51.</w:t>
            </w:r>
          </w:p>
          <w:p>
            <w:r>
              <w:rPr>
                <w:b/>
                <w:color w:val="17365D"/>
              </w:rPr>
              <w:t>Final Answer: 51</w:t>
            </w:r>
          </w:p>
        </w:tc>
      </w:tr>
    </w:tbl>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5 — Three numbers using Euclidean method</w:t>
            </w:r>
          </w:p>
          <w:p>
            <w:r>
              <w:rPr>
                <w:b/>
              </w:rPr>
              <w:t xml:space="preserve">Question: </w:t>
            </w:r>
            <w:r>
              <w:t>Find HCF of 391, 299 and 161.</w:t>
            </w:r>
          </w:p>
          <w:p>
            <w:r>
              <w:rPr>
                <w:b/>
              </w:rPr>
              <w:t>Solution:</w:t>
              <w:br/>
            </w:r>
            <w:r>
              <w:t>HCF(391,299): 391−299=92; 299=92×3+23; 92=23×4. So HCF=23. Then 161=23×7, so the HCF remains 23.</w:t>
            </w:r>
          </w:p>
          <w:p>
            <w:r>
              <w:rPr>
                <w:b/>
                <w:color w:val="17365D"/>
              </w:rPr>
              <w:t>Final Answer: 23</w:t>
            </w:r>
          </w:p>
        </w:tc>
      </w:tr>
    </w:tbl>
    <w:p/>
    <w:p>
      <w:pPr>
        <w:pStyle w:val="Heading1"/>
      </w:pPr>
      <w:r>
        <w:t>5. LCM by Listing Multiples</w:t>
      </w:r>
    </w:p>
    <w:p>
      <w:pPr>
        <w:spacing w:after="100"/>
      </w:pPr>
      <w:r>
        <w:t>For small numbers, list multiples until the first common multiple appears.</w:t>
      </w:r>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6 — LCM by multiples</w:t>
            </w:r>
          </w:p>
          <w:p>
            <w:r>
              <w:rPr>
                <w:b/>
              </w:rPr>
              <w:t xml:space="preserve">Question: </w:t>
            </w:r>
            <w:r>
              <w:t>Find the LCM of 6 and 8.</w:t>
            </w:r>
          </w:p>
          <w:p>
            <w:r>
              <w:rPr>
                <w:b/>
              </w:rPr>
              <w:t>Solution:</w:t>
              <w:br/>
            </w:r>
            <w:r>
              <w:t>Multiples of 6: 6,12,18,24,... Multiples of 8: 8,16,24,... The first common multiple is 24.</w:t>
            </w:r>
          </w:p>
          <w:p>
            <w:r>
              <w:rPr>
                <w:b/>
                <w:color w:val="17365D"/>
              </w:rPr>
              <w:t>Final Answer: 24</w:t>
            </w:r>
          </w:p>
        </w:tc>
      </w:tr>
    </w:tbl>
    <w:p/>
    <w:p>
      <w:pPr>
        <w:pStyle w:val="Heading1"/>
      </w:pPr>
      <w:r>
        <w:t>6. LCM by Prime Factorisation</w:t>
      </w:r>
    </w:p>
    <w:p>
      <w:pPr>
        <w:spacing w:after="100"/>
      </w:pPr>
      <w:r>
        <w:t>Prime-factorise each number and take every prime appearing in any number, using the largest exponent of that prime.</w:t>
      </w:r>
    </w:p>
    <w:tbl>
      <w:tblPr>
        <w:tblW w:type="auto" w:w="0"/>
        <w:jc w:val="center"/>
        <w:tblLook w:firstColumn="1" w:firstRow="1" w:lastColumn="0" w:lastRow="0" w:noHBand="0" w:noVBand="1" w:val="04A0"/>
      </w:tblPr>
      <w:tblGrid>
        <w:gridCol w:w="10080"/>
      </w:tblGrid>
      <w:tr>
        <w:tc>
          <w:tcPr>
            <w:tcW w:type="dxa" w:w="10080"/>
            <w:shd w:fill="FFF2CC"/>
          </w:tcPr>
          <w:p>
            <w:r>
              <w:rPr>
                <w:b/>
                <w:color w:val="17365D"/>
                <w:sz w:val="22"/>
              </w:rPr>
              <w:t>LCM RULE</w:t>
              <w:br/>
            </w:r>
            <w:r>
              <w:rPr>
                <w:sz w:val="20"/>
              </w:rPr>
              <w:t>For LCM, take all prime factors with the LARGEST powers occurring in the given numbers.</w:t>
            </w:r>
          </w:p>
        </w:tc>
      </w:tr>
    </w:tbl>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7 — Prime-factorisation LCM</w:t>
            </w:r>
          </w:p>
          <w:p>
            <w:r>
              <w:rPr>
                <w:b/>
              </w:rPr>
              <w:t xml:space="preserve">Question: </w:t>
            </w:r>
            <w:r>
              <w:t>Find the LCM of 72 and 120.</w:t>
            </w:r>
          </w:p>
          <w:p>
            <w:r>
              <w:rPr>
                <w:b/>
              </w:rPr>
              <w:t>Solution:</w:t>
              <w:br/>
            </w:r>
            <w:r>
              <w:t>72=2³×3²; 120=2³×3×5. Take maximum powers: 2³×3²×5=360.</w:t>
            </w:r>
          </w:p>
          <w:p>
            <w:r>
              <w:rPr>
                <w:b/>
                <w:color w:val="17365D"/>
              </w:rPr>
              <w:t>Final Answer: 360</w:t>
            </w:r>
          </w:p>
          <w:p>
            <w:r>
              <w:rPr>
                <w:b/>
              </w:rPr>
              <w:t xml:space="preserve">Key Learning: </w:t>
            </w:r>
            <w:r>
              <w:t>LCM → all required primes → maximum exponents.</w:t>
            </w:r>
          </w:p>
        </w:tc>
      </w:tr>
    </w:tbl>
    <w:p/>
    <w:p>
      <w:pPr>
        <w:pStyle w:val="Heading1"/>
      </w:pPr>
      <w:r>
        <w:t>7. Relationship Between HCF and LCM</w:t>
      </w:r>
    </w:p>
    <w:p>
      <w:pPr>
        <w:spacing w:after="100"/>
      </w:pPr>
      <w:r>
        <w:t>For two positive integers a and b, the product of their HCF and LCM equals the product of the two numbers.</w:t>
      </w:r>
    </w:p>
    <w:tbl>
      <w:tblPr>
        <w:tblW w:type="auto" w:w="0"/>
        <w:jc w:val="center"/>
        <w:tblLook w:firstColumn="1" w:firstRow="1" w:lastColumn="0" w:lastRow="0" w:noHBand="0" w:noVBand="1" w:val="04A0"/>
      </w:tblPr>
      <w:tblGrid>
        <w:gridCol w:w="10080"/>
      </w:tblGrid>
      <w:tr>
        <w:tc>
          <w:tcPr>
            <w:tcW w:type="dxa" w:w="10080"/>
            <w:shd w:fill="E2F0D9"/>
          </w:tcPr>
          <w:p>
            <w:r>
              <w:rPr>
                <w:b/>
                <w:color w:val="17365D"/>
                <w:sz w:val="22"/>
              </w:rPr>
              <w:t>IMPORTANT RELATION</w:t>
              <w:br/>
            </w:r>
            <w:r>
              <w:rPr>
                <w:sz w:val="20"/>
              </w:rPr>
              <w:t>HCF(a,b) × LCM(a,b) = a × b</w:t>
            </w:r>
          </w:p>
        </w:tc>
      </w:tr>
    </w:tbl>
    <w:p/>
    <w:p>
      <w:pPr>
        <w:spacing w:after="100"/>
      </w:pPr>
      <w:r>
        <w:t>This direct product relationship is valid for two numbers. Do not blindly extend it as HCF × LCM = product of three or more numbers.</w:t>
      </w:r>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8 — Find LCM from HCF</w:t>
            </w:r>
          </w:p>
          <w:p>
            <w:r>
              <w:rPr>
                <w:b/>
              </w:rPr>
              <w:t xml:space="preserve">Question: </w:t>
            </w:r>
            <w:r>
              <w:t>The HCF of two numbers is 12 and their product is 5,760. Find their LCM.</w:t>
            </w:r>
          </w:p>
          <w:p>
            <w:r>
              <w:rPr>
                <w:b/>
              </w:rPr>
              <w:t>Solution:</w:t>
              <w:br/>
            </w:r>
            <w:r>
              <w:t>HCF×LCM=product. Therefore 12×LCM=5760, so LCM=480.</w:t>
            </w:r>
          </w:p>
          <w:p>
            <w:r>
              <w:rPr>
                <w:b/>
                <w:color w:val="17365D"/>
              </w:rPr>
              <w:t>Final Answer: 480</w:t>
            </w:r>
          </w:p>
        </w:tc>
      </w:tr>
    </w:tbl>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9 — Find a missing number</w:t>
            </w:r>
          </w:p>
          <w:p>
            <w:r>
              <w:rPr>
                <w:b/>
              </w:rPr>
              <w:t xml:space="preserve">Question: </w:t>
            </w:r>
            <w:r>
              <w:t>Two numbers have HCF 15 and LCM 300. If one number is 60, find the other.</w:t>
            </w:r>
          </w:p>
          <w:p>
            <w:r>
              <w:rPr>
                <w:b/>
              </w:rPr>
              <w:t>Solution:</w:t>
              <w:br/>
            </w:r>
            <w:r>
              <w:t>15×300=60×N. Hence N=4500/60=75.</w:t>
            </w:r>
          </w:p>
          <w:p>
            <w:r>
              <w:rPr>
                <w:b/>
                <w:color w:val="17365D"/>
              </w:rPr>
              <w:t>Final Answer: 75</w:t>
            </w:r>
          </w:p>
        </w:tc>
      </w:tr>
    </w:tbl>
    <w:p/>
    <w:p>
      <w:pPr>
        <w:pStyle w:val="Heading1"/>
      </w:pPr>
      <w:r>
        <w:t>8. HCF and LCM of Fractions</w:t>
      </w:r>
    </w:p>
    <w:p>
      <w:pPr>
        <w:spacing w:after="100"/>
      </w:pPr>
      <w:r>
        <w:t>For positive fractions in lowest terms, the standard rules are:</w:t>
      </w:r>
    </w:p>
    <w:tbl>
      <w:tblPr>
        <w:tblW w:type="auto" w:w="0"/>
        <w:jc w:val="center"/>
        <w:tblLook w:firstColumn="1" w:firstRow="1" w:lastColumn="0" w:lastRow="0" w:noHBand="0" w:noVBand="1" w:val="04A0"/>
      </w:tblPr>
      <w:tblGrid>
        <w:gridCol w:w="10080"/>
      </w:tblGrid>
      <w:tr>
        <w:tc>
          <w:tcPr>
            <w:tcW w:type="dxa" w:w="10080"/>
            <w:shd w:fill="FFF2CC"/>
          </w:tcPr>
          <w:p>
            <w:r>
              <w:rPr>
                <w:b/>
                <w:color w:val="17365D"/>
                <w:sz w:val="22"/>
              </w:rPr>
              <w:t>FRACTION RULES</w:t>
              <w:br/>
            </w:r>
            <w:r>
              <w:rPr>
                <w:sz w:val="20"/>
              </w:rPr>
              <w:t>HCF of fractions = HCF of numerators ÷ LCM of denominators.</w:t>
              <w:br/>
              <w:t>LCM of fractions = LCM of numerators ÷ HCF of denominators.</w:t>
            </w:r>
          </w:p>
        </w:tc>
      </w:tr>
    </w:tbl>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10 — HCF of fractions</w:t>
            </w:r>
          </w:p>
          <w:p>
            <w:r>
              <w:rPr>
                <w:b/>
              </w:rPr>
              <w:t xml:space="preserve">Question: </w:t>
            </w:r>
            <w:r>
              <w:t>Find the HCF of 6/35 and 9/70.</w:t>
            </w:r>
          </w:p>
          <w:p>
            <w:r>
              <w:rPr>
                <w:b/>
              </w:rPr>
              <w:t>Solution:</w:t>
              <w:br/>
            </w:r>
            <w:r>
              <w:t>HCF of numerators = HCF(6,9)=3. LCM of denominators = LCM(35,70)=70. Therefore HCF=3/70.</w:t>
            </w:r>
          </w:p>
          <w:p>
            <w:r>
              <w:rPr>
                <w:b/>
                <w:color w:val="17365D"/>
              </w:rPr>
              <w:t>Final Answer: 3/70</w:t>
            </w:r>
          </w:p>
        </w:tc>
      </w:tr>
    </w:tbl>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11 — LCM of fractions</w:t>
            </w:r>
          </w:p>
          <w:p>
            <w:r>
              <w:rPr>
                <w:b/>
              </w:rPr>
              <w:t xml:space="preserve">Question: </w:t>
            </w:r>
            <w:r>
              <w:t>Find the LCM of 4/15 and 8/25.</w:t>
            </w:r>
          </w:p>
          <w:p>
            <w:r>
              <w:rPr>
                <w:b/>
              </w:rPr>
              <w:t>Solution:</w:t>
              <w:br/>
            </w:r>
            <w:r>
              <w:t>LCM of numerators=LCM(4,8)=8. HCF of denominators=HCF(15,25)=5. Therefore LCM=8/5.</w:t>
            </w:r>
          </w:p>
          <w:p>
            <w:r>
              <w:rPr>
                <w:b/>
                <w:color w:val="17365D"/>
              </w:rPr>
              <w:t>Final Answer: 8/5</w:t>
            </w:r>
          </w:p>
        </w:tc>
      </w:tr>
    </w:tbl>
    <w:p/>
    <w:p>
      <w:pPr>
        <w:pStyle w:val="Heading1"/>
      </w:pPr>
      <w:r>
        <w:t>9. HCF/LCM of Decimals</w:t>
      </w:r>
    </w:p>
    <w:p>
      <w:pPr>
        <w:spacing w:after="100"/>
      </w:pPr>
      <w:r>
        <w:t>To handle terminating decimals, multiply all numbers by the same suitable power of 10 to convert them to integers. Find HCF or LCM of the resulting integers, then scale back.</w:t>
      </w:r>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12 — HCF of decimals</w:t>
            </w:r>
          </w:p>
          <w:p>
            <w:r>
              <w:rPr>
                <w:b/>
              </w:rPr>
              <w:t xml:space="preserve">Question: </w:t>
            </w:r>
            <w:r>
              <w:t>Find the HCF of 1.2 and 1.8.</w:t>
            </w:r>
          </w:p>
          <w:p>
            <w:r>
              <w:rPr>
                <w:b/>
              </w:rPr>
              <w:t>Solution:</w:t>
              <w:br/>
            </w:r>
            <w:r>
              <w:t>Multiply both by 10: 12 and 18. HCF=6. Divide by 10: 0.6.</w:t>
            </w:r>
          </w:p>
          <w:p>
            <w:r>
              <w:rPr>
                <w:b/>
                <w:color w:val="17365D"/>
              </w:rPr>
              <w:t>Final Answer: 0.6</w:t>
            </w:r>
          </w:p>
        </w:tc>
      </w:tr>
    </w:tbl>
    <w:p/>
    <w:p>
      <w:pPr>
        <w:pStyle w:val="Heading1"/>
      </w:pPr>
      <w:r>
        <w:t>10. Word Problems Based on HCF</w:t>
      </w:r>
    </w:p>
    <w:p>
      <w:pPr>
        <w:spacing w:after="100"/>
      </w:pPr>
      <w:r>
        <w:t>HCF is used when a problem asks for the greatest possible size, largest equal grouping, maximum length, or greatest number that divides several quantities.</w:t>
      </w:r>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13 — Largest equal pieces</w:t>
            </w:r>
          </w:p>
          <w:p>
            <w:r>
              <w:rPr>
                <w:b/>
              </w:rPr>
              <w:t xml:space="preserve">Question: </w:t>
            </w:r>
            <w:r>
              <w:t>Three ribbons of lengths 84 cm, 126 cm and 210 cm are to be cut into equal pieces of maximum possible length. Find the length of each piece.</w:t>
            </w:r>
          </w:p>
          <w:p>
            <w:r>
              <w:rPr>
                <w:b/>
              </w:rPr>
              <w:t>Solution:</w:t>
              <w:br/>
            </w:r>
            <w:r>
              <w:t>The maximum equal length must divide all three lengths. HCF(84,126,210)=42.</w:t>
            </w:r>
          </w:p>
          <w:p>
            <w:r>
              <w:rPr>
                <w:b/>
                <w:color w:val="17365D"/>
              </w:rPr>
              <w:t>Final Answer: 42 cm</w:t>
            </w:r>
          </w:p>
        </w:tc>
      </w:tr>
    </w:tbl>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14 — Maximum equal groups</w:t>
            </w:r>
          </w:p>
          <w:p>
            <w:r>
              <w:rPr>
                <w:b/>
              </w:rPr>
              <w:t xml:space="preserve">Question: </w:t>
            </w:r>
            <w:r>
              <w:t>There are 72 red, 108 blue and 144 green objects. They must be divided into the greatest possible number of identical groups, with no object left. Find the number of groups.</w:t>
            </w:r>
          </w:p>
          <w:p>
            <w:r>
              <w:rPr>
                <w:b/>
              </w:rPr>
              <w:t>Solution:</w:t>
              <w:br/>
            </w:r>
            <w:r>
              <w:t>The number of groups must divide 72,108 and 144. HCF=36.</w:t>
            </w:r>
          </w:p>
          <w:p>
            <w:r>
              <w:rPr>
                <w:b/>
                <w:color w:val="17365D"/>
              </w:rPr>
              <w:t>Final Answer: 36 groups</w:t>
            </w:r>
          </w:p>
          <w:p>
            <w:r>
              <w:rPr>
                <w:b/>
              </w:rPr>
              <w:t xml:space="preserve">Key Learning: </w:t>
            </w:r>
            <w:r>
              <w:t>Greatest number of identical groups → HCF.</w:t>
            </w:r>
          </w:p>
        </w:tc>
      </w:tr>
    </w:tbl>
    <w:p/>
    <w:p>
      <w:pPr>
        <w:pStyle w:val="Heading1"/>
      </w:pPr>
      <w:r>
        <w:t>11. Word Problems Based on LCM</w:t>
      </w:r>
    </w:p>
    <w:p>
      <w:pPr>
        <w:spacing w:after="100"/>
      </w:pPr>
      <w:r>
        <w:t>LCM is used when events repeat at fixed intervals and we need the first time they occur together again, or when finding the smallest number divisible by several quantities.</w:t>
      </w:r>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15 — Repeated events</w:t>
            </w:r>
          </w:p>
          <w:p>
            <w:r>
              <w:rPr>
                <w:b/>
              </w:rPr>
              <w:t xml:space="preserve">Question: </w:t>
            </w:r>
            <w:r>
              <w:t>Three lights flash every 12, 18 and 30 seconds. If they flash together now, after how many seconds will they flash together again?</w:t>
            </w:r>
          </w:p>
          <w:p>
            <w:r>
              <w:rPr>
                <w:b/>
              </w:rPr>
              <w:t>Solution:</w:t>
              <w:br/>
            </w:r>
            <w:r>
              <w:t>Find LCM(12,18,30). 12=2²×3; 18=2×3²; 30=2×3×5. LCM=2²×3²×5=180.</w:t>
            </w:r>
          </w:p>
          <w:p>
            <w:r>
              <w:rPr>
                <w:b/>
                <w:color w:val="17365D"/>
              </w:rPr>
              <w:t>Final Answer: 180 seconds</w:t>
            </w:r>
          </w:p>
        </w:tc>
      </w:tr>
    </w:tbl>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16 — Smallest divisible number</w:t>
            </w:r>
          </w:p>
          <w:p>
            <w:r>
              <w:rPr>
                <w:b/>
              </w:rPr>
              <w:t xml:space="preserve">Question: </w:t>
            </w:r>
            <w:r>
              <w:t>Find the smallest positive number divisible by 15, 20, 24 and 30.</w:t>
            </w:r>
          </w:p>
          <w:p>
            <w:r>
              <w:rPr>
                <w:b/>
              </w:rPr>
              <w:t>Solution:</w:t>
              <w:br/>
            </w:r>
            <w:r>
              <w:t>15=3×5; 20=2²×5; 24=2³×3; 30=2×3×5. LCM=2³×3×5=120.</w:t>
            </w:r>
          </w:p>
          <w:p>
            <w:r>
              <w:rPr>
                <w:b/>
                <w:color w:val="17365D"/>
              </w:rPr>
              <w:t>Final Answer: 120</w:t>
            </w:r>
          </w:p>
        </w:tc>
      </w:tr>
    </w:tbl>
    <w:p/>
    <w:p>
      <w:pPr>
        <w:pStyle w:val="Heading1"/>
      </w:pPr>
      <w:r>
        <w:t>12. HCF/LCM with Remainders</w:t>
      </w:r>
    </w:p>
    <w:p>
      <w:pPr>
        <w:spacing w:after="100"/>
      </w:pPr>
      <w:r>
        <w:t>If a number divides several numbers leaving the same remainder, it divides their differences. Therefore, take the HCF of the differences.</w:t>
      </w:r>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17 — Same remainder</w:t>
            </w:r>
          </w:p>
          <w:p>
            <w:r>
              <w:rPr>
                <w:b/>
              </w:rPr>
              <w:t xml:space="preserve">Question: </w:t>
            </w:r>
            <w:r>
              <w:t>Find the greatest number that divides 124, 172 and 220 leaving the same remainder.</w:t>
            </w:r>
          </w:p>
          <w:p>
            <w:r>
              <w:rPr>
                <w:b/>
              </w:rPr>
              <w:t>Solution:</w:t>
              <w:br/>
            </w:r>
            <w:r>
              <w:t>Differences: 172−124=48, 220−172=48, 220−124=96. HCF=48.</w:t>
            </w:r>
          </w:p>
          <w:p>
            <w:r>
              <w:rPr>
                <w:b/>
                <w:color w:val="17365D"/>
              </w:rPr>
              <w:t>Final Answer: 48</w:t>
            </w:r>
          </w:p>
        </w:tc>
      </w:tr>
    </w:tbl>
    <w:p/>
    <w:p>
      <w:pPr>
        <w:spacing w:after="100"/>
      </w:pPr>
      <w:r>
        <w:t>For questions asking for the smallest number which leaves specified remainders, first express each condition in the form N = divisor×quotient + remainder and then use a common-multiple or congruence approach.</w:t>
      </w:r>
    </w:p>
    <w:p>
      <w:pPr>
        <w:pStyle w:val="Heading1"/>
      </w:pPr>
      <w:r>
        <w:t>13. HCF/LCM with Addition and Subtraction</w:t>
      </w:r>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18 — HCF after subtraction</w:t>
            </w:r>
          </w:p>
          <w:p>
            <w:r>
              <w:rPr>
                <w:b/>
              </w:rPr>
              <w:t xml:space="preserve">Question: </w:t>
            </w:r>
            <w:r>
              <w:t>Find the greatest number that divides 91 and 151 leaving remainder 1 in each case.</w:t>
            </w:r>
          </w:p>
          <w:p>
            <w:r>
              <w:rPr>
                <w:b/>
              </w:rPr>
              <w:t>Solution:</w:t>
              <w:br/>
            </w:r>
            <w:r>
              <w:t>Subtract the common remainder: 90 and 150. HCF(90,150)=30.</w:t>
            </w:r>
          </w:p>
          <w:p>
            <w:r>
              <w:rPr>
                <w:b/>
                <w:color w:val="17365D"/>
              </w:rPr>
              <w:t>Final Answer: 30</w:t>
            </w:r>
          </w:p>
        </w:tc>
      </w:tr>
    </w:tbl>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19 — LCM with a range condition</w:t>
            </w:r>
          </w:p>
          <w:p>
            <w:r>
              <w:rPr>
                <w:b/>
              </w:rPr>
              <w:t xml:space="preserve">Question: </w:t>
            </w:r>
            <w:r>
              <w:t>Find the smallest number greater than 500 that is divisible by 18, 24 and 30.</w:t>
            </w:r>
          </w:p>
          <w:p>
            <w:r>
              <w:rPr>
                <w:b/>
              </w:rPr>
              <w:t>Solution:</w:t>
              <w:br/>
            </w:r>
            <w:r>
              <w:t>LCM(18,24,30)=360. Multiples are 360,720,... The smallest greater than 500 is 720.</w:t>
            </w:r>
          </w:p>
          <w:p>
            <w:r>
              <w:rPr>
                <w:b/>
                <w:color w:val="17365D"/>
              </w:rPr>
              <w:t>Final Answer: 720</w:t>
            </w:r>
          </w:p>
        </w:tc>
      </w:tr>
    </w:tbl>
    <w:p/>
    <w:p>
      <w:pPr>
        <w:pStyle w:val="Heading1"/>
      </w:pPr>
      <w:r>
        <w:t>14. Co-prime Numbers and HCF/LCM</w:t>
      </w:r>
    </w:p>
    <w:p>
      <w:pPr>
        <w:spacing w:after="100"/>
      </w:pPr>
      <w:r>
        <w:t>Two numbers are co-prime if their HCF is 1. Co-prime numbers do not have to be prime individually.</w:t>
      </w:r>
    </w:p>
    <w:tbl>
      <w:tblPr>
        <w:tblW w:type="auto" w:w="0"/>
        <w:jc w:val="center"/>
        <w:tblLook w:firstColumn="1" w:firstRow="1" w:lastColumn="0" w:lastRow="0" w:noHBand="0" w:noVBand="1" w:val="04A0"/>
      </w:tblPr>
      <w:tblGrid>
        <w:gridCol w:w="10080"/>
      </w:tblGrid>
      <w:tr>
        <w:tc>
          <w:tcPr>
            <w:tcW w:type="dxa" w:w="10080"/>
            <w:shd w:fill="E2F0D9"/>
          </w:tcPr>
          <w:p>
            <w:r>
              <w:rPr>
                <w:b/>
                <w:color w:val="17365D"/>
                <w:sz w:val="22"/>
              </w:rPr>
              <w:t>IMPORTANT</w:t>
              <w:br/>
            </w:r>
            <w:r>
              <w:rPr>
                <w:sz w:val="20"/>
              </w:rPr>
              <w:t>If a and b are co-prime, then HCF(a,b)=1 and LCM(a,b)=a×b.</w:t>
            </w:r>
          </w:p>
        </w:tc>
      </w:tr>
    </w:tbl>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20 — Co-prime pair</w:t>
            </w:r>
          </w:p>
          <w:p>
            <w:r>
              <w:rPr>
                <w:b/>
              </w:rPr>
              <w:t xml:space="preserve">Question: </w:t>
            </w:r>
            <w:r>
              <w:t>Are 14 and 25 co-prime? Find their LCM.</w:t>
            </w:r>
          </w:p>
          <w:p>
            <w:r>
              <w:rPr>
                <w:b/>
              </w:rPr>
              <w:t>Solution:</w:t>
              <w:br/>
            </w:r>
            <w:r>
              <w:t>14=2×7 and 25=5². No prime factor is common, so HCF=1. Therefore LCM=14×25=350.</w:t>
            </w:r>
          </w:p>
          <w:p>
            <w:r>
              <w:rPr>
                <w:b/>
                <w:color w:val="17365D"/>
              </w:rPr>
              <w:t>Final Answer: Yes; LCM = 350</w:t>
            </w:r>
          </w:p>
        </w:tc>
      </w:tr>
    </w:tbl>
    <w:p/>
    <w:p>
      <w:pPr>
        <w:pStyle w:val="Heading1"/>
      </w:pPr>
      <w:r>
        <w:t>15. Advanced Mixed Applications</w:t>
      </w:r>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21 — HCF and LCM together</w:t>
            </w:r>
          </w:p>
          <w:p>
            <w:r>
              <w:rPr>
                <w:b/>
              </w:rPr>
              <w:t xml:space="preserve">Question: </w:t>
            </w:r>
            <w:r>
              <w:t>Two numbers have HCF 8 and LCM 240. One number is 40. Find the other.</w:t>
            </w:r>
          </w:p>
          <w:p>
            <w:r>
              <w:rPr>
                <w:b/>
              </w:rPr>
              <w:t>Solution:</w:t>
              <w:br/>
            </w:r>
            <w:r>
              <w:t>Using HCF×LCM=product: 8×240=40×N. Thus N=1920/40=48.</w:t>
            </w:r>
          </w:p>
          <w:p>
            <w:r>
              <w:rPr>
                <w:b/>
                <w:color w:val="17365D"/>
              </w:rPr>
              <w:t>Final Answer: 48</w:t>
            </w:r>
          </w:p>
        </w:tc>
      </w:tr>
    </w:tbl>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22 — Smallest number with conditions</w:t>
            </w:r>
          </w:p>
          <w:p>
            <w:r>
              <w:rPr>
                <w:b/>
              </w:rPr>
              <w:t xml:space="preserve">Question: </w:t>
            </w:r>
            <w:r>
              <w:t>Find the smallest number which when divided by 8, 12 and 15 leaves remainder 5 in each case.</w:t>
            </w:r>
          </w:p>
          <w:p>
            <w:r>
              <w:rPr>
                <w:b/>
              </w:rPr>
              <w:t>Solution:</w:t>
              <w:br/>
            </w:r>
            <w:r>
              <w:t>The number minus 5 must be divisible by 8, 12 and 15. LCM=120. Hence N=120k+5. Smallest positive solution is 125.</w:t>
            </w:r>
          </w:p>
          <w:p>
            <w:r>
              <w:rPr>
                <w:b/>
                <w:color w:val="17365D"/>
              </w:rPr>
              <w:t>Final Answer: 125</w:t>
            </w:r>
          </w:p>
        </w:tc>
      </w:tr>
    </w:tbl>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23 — Greatest divisor with same remainder</w:t>
            </w:r>
          </w:p>
          <w:p>
            <w:r>
              <w:rPr>
                <w:b/>
              </w:rPr>
              <w:t xml:space="preserve">Question: </w:t>
            </w:r>
            <w:r>
              <w:t>Find the greatest number which divides 305, 455 and 605 leaving the same remainder.</w:t>
            </w:r>
          </w:p>
          <w:p>
            <w:r>
              <w:rPr>
                <w:b/>
              </w:rPr>
              <w:t>Solution:</w:t>
              <w:br/>
            </w:r>
            <w:r>
              <w:t>Differences: 150,150,300. HCF=150.</w:t>
            </w:r>
          </w:p>
          <w:p>
            <w:r>
              <w:rPr>
                <w:b/>
                <w:color w:val="17365D"/>
              </w:rPr>
              <w:t>Final Answer: 150</w:t>
            </w:r>
          </w:p>
        </w:tc>
      </w:tr>
    </w:tbl>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24 — Interval problem</w:t>
            </w:r>
          </w:p>
          <w:p>
            <w:r>
              <w:rPr>
                <w:b/>
              </w:rPr>
              <w:t xml:space="preserve">Question: </w:t>
            </w:r>
            <w:r>
              <w:t>Three buses leave a station every 18, 24 and 30 minutes. If all leave together at 8:00 a.m., when will they next leave together?</w:t>
            </w:r>
          </w:p>
          <w:p>
            <w:r>
              <w:rPr>
                <w:b/>
              </w:rPr>
              <w:t>Solution:</w:t>
              <w:br/>
            </w:r>
            <w:r>
              <w:t>LCM(18,24,30)=360 minutes=6 hours. 8:00 a.m.+6 hours=2:00 p.m.</w:t>
            </w:r>
          </w:p>
          <w:p>
            <w:r>
              <w:rPr>
                <w:b/>
                <w:color w:val="17365D"/>
              </w:rPr>
              <w:t>Final Answer: 2:00 p.m.</w:t>
            </w:r>
          </w:p>
        </w:tc>
      </w:tr>
    </w:tbl>
    <w:p/>
    <w:tbl>
      <w:tblPr>
        <w:tblW w:type="auto" w:w="0"/>
        <w:tblLook w:firstColumn="1" w:firstRow="1" w:lastColumn="0" w:lastRow="0" w:noHBand="0" w:noVBand="1" w:val="04A0"/>
      </w:tblPr>
      <w:tblGrid>
        <w:gridCol w:w="10080"/>
      </w:tblGrid>
      <w:tr>
        <w:tc>
          <w:tcPr>
            <w:tcW w:type="dxa" w:w="10080"/>
            <w:shd w:fill="F7FBFF"/>
          </w:tcPr>
          <w:p>
            <w:r>
              <w:rPr>
                <w:b/>
                <w:color w:val="2F75B5"/>
                <w:sz w:val="24"/>
              </w:rPr>
              <w:t>Example 25 — Construction from HCF/LCM</w:t>
            </w:r>
          </w:p>
          <w:p>
            <w:r>
              <w:rPr>
                <w:b/>
              </w:rPr>
              <w:t xml:space="preserve">Question: </w:t>
            </w:r>
            <w:r>
              <w:t>Find two positive integers whose HCF is 12 and LCM is 180, with one number as small as possible.</w:t>
            </w:r>
          </w:p>
          <w:p>
            <w:r>
              <w:rPr>
                <w:b/>
              </w:rPr>
              <w:t>Solution:</w:t>
              <w:br/>
            </w:r>
            <w:r>
              <w:t>Write numbers as 12x and 12y with HCF(x,y)=1. Since LCM=12xy, xy=15. Co-prime factor pairs are 1,15 and 3,5. The smaller number is 12×1=12.</w:t>
            </w:r>
          </w:p>
          <w:p>
            <w:r>
              <w:rPr>
                <w:b/>
                <w:color w:val="17365D"/>
              </w:rPr>
              <w:t>Final Answer: 12 and 180</w:t>
            </w:r>
          </w:p>
          <w:p>
            <w:r>
              <w:rPr>
                <w:b/>
              </w:rPr>
              <w:t xml:space="preserve">Key Learning: </w:t>
            </w:r>
            <w:r>
              <w:t>Divide both numbers by their HCF and require the reduced numbers to be co-prime.</w:t>
            </w:r>
          </w:p>
        </w:tc>
      </w:tr>
    </w:tbl>
    <w:p/>
    <w:p>
      <w:pPr>
        <w:pStyle w:val="Heading1"/>
      </w:pPr>
      <w:r>
        <w:t>16. How to Identify HCF vs LCM Questions</w:t>
      </w:r>
    </w:p>
    <w:tbl>
      <w:tblPr>
        <w:tblW w:type="auto" w:w="0"/>
        <w:tblLook w:firstColumn="1" w:firstRow="1" w:lastColumn="0" w:lastRow="0" w:noHBand="0" w:noVBand="1" w:val="04A0"/>
      </w:tblPr>
      <w:tblGrid>
        <w:gridCol w:w="5040"/>
        <w:gridCol w:w="5040"/>
      </w:tblGrid>
      <w:tr>
        <w:tc>
          <w:tcPr>
            <w:tcW w:type="dxa" w:w="5040"/>
            <w:vAlign w:val="center"/>
            <w:shd w:fill="17365D"/>
          </w:tcPr>
          <w:p>
            <w:r/>
            <w:r>
              <w:rPr>
                <w:rFonts w:ascii="Aptos" w:hAnsi="Aptos"/>
                <w:b/>
                <w:color w:val="FFFFFF"/>
                <w:sz w:val="20"/>
              </w:rPr>
              <w:t>Question clue</w:t>
            </w:r>
          </w:p>
        </w:tc>
        <w:tc>
          <w:tcPr>
            <w:tcW w:type="dxa" w:w="5040"/>
            <w:vAlign w:val="center"/>
            <w:shd w:fill="17365D"/>
          </w:tcPr>
          <w:p>
            <w:r/>
            <w:r>
              <w:rPr>
                <w:rFonts w:ascii="Aptos" w:hAnsi="Aptos"/>
                <w:b/>
                <w:color w:val="FFFFFF"/>
                <w:sz w:val="20"/>
              </w:rPr>
              <w:t>Main tool</w:t>
            </w:r>
          </w:p>
        </w:tc>
      </w:tr>
      <w:tr>
        <w:tc>
          <w:tcPr>
            <w:tcW w:type="dxa" w:w="5040"/>
            <w:vAlign w:val="center"/>
          </w:tcPr>
          <w:p>
            <w:r/>
            <w:r>
              <w:rPr>
                <w:rFonts w:ascii="Aptos" w:hAnsi="Aptos"/>
                <w:b/>
                <w:color w:val="2F75B5"/>
                <w:sz w:val="20"/>
              </w:rPr>
              <w:t>Greatest number that divides several numbers</w:t>
            </w:r>
          </w:p>
        </w:tc>
        <w:tc>
          <w:tcPr>
            <w:tcW w:type="dxa" w:w="5040"/>
            <w:vAlign w:val="center"/>
          </w:tcPr>
          <w:p>
            <w:r/>
            <w:r>
              <w:rPr>
                <w:rFonts w:ascii="Aptos" w:hAnsi="Aptos"/>
                <w:b/>
                <w:color w:val="222222"/>
                <w:sz w:val="20"/>
              </w:rPr>
              <w:t>HCF</w:t>
            </w:r>
          </w:p>
        </w:tc>
      </w:tr>
      <w:tr>
        <w:tc>
          <w:tcPr>
            <w:tcW w:type="dxa" w:w="5040"/>
            <w:vAlign w:val="center"/>
          </w:tcPr>
          <w:p>
            <w:r/>
            <w:r>
              <w:rPr>
                <w:rFonts w:ascii="Aptos" w:hAnsi="Aptos"/>
                <w:b/>
                <w:color w:val="2F75B5"/>
                <w:sz w:val="20"/>
              </w:rPr>
              <w:t>Largest possible equal piece/length</w:t>
            </w:r>
          </w:p>
        </w:tc>
        <w:tc>
          <w:tcPr>
            <w:tcW w:type="dxa" w:w="5040"/>
            <w:vAlign w:val="center"/>
          </w:tcPr>
          <w:p>
            <w:r/>
            <w:r>
              <w:rPr>
                <w:rFonts w:ascii="Aptos" w:hAnsi="Aptos"/>
                <w:b/>
                <w:color w:val="222222"/>
                <w:sz w:val="20"/>
              </w:rPr>
              <w:t>HCF</w:t>
            </w:r>
          </w:p>
        </w:tc>
      </w:tr>
      <w:tr>
        <w:tc>
          <w:tcPr>
            <w:tcW w:type="dxa" w:w="5040"/>
            <w:vAlign w:val="center"/>
          </w:tcPr>
          <w:p>
            <w:r/>
            <w:r>
              <w:rPr>
                <w:rFonts w:ascii="Aptos" w:hAnsi="Aptos"/>
                <w:b/>
                <w:color w:val="2F75B5"/>
                <w:sz w:val="20"/>
              </w:rPr>
              <w:t>Greatest number of identical groups</w:t>
            </w:r>
          </w:p>
        </w:tc>
        <w:tc>
          <w:tcPr>
            <w:tcW w:type="dxa" w:w="5040"/>
            <w:vAlign w:val="center"/>
          </w:tcPr>
          <w:p>
            <w:r/>
            <w:r>
              <w:rPr>
                <w:rFonts w:ascii="Aptos" w:hAnsi="Aptos"/>
                <w:b/>
                <w:color w:val="222222"/>
                <w:sz w:val="20"/>
              </w:rPr>
              <w:t>HCF</w:t>
            </w:r>
          </w:p>
        </w:tc>
      </w:tr>
      <w:tr>
        <w:tc>
          <w:tcPr>
            <w:tcW w:type="dxa" w:w="5040"/>
            <w:vAlign w:val="center"/>
          </w:tcPr>
          <w:p>
            <w:r/>
            <w:r>
              <w:rPr>
                <w:rFonts w:ascii="Aptos" w:hAnsi="Aptos"/>
                <w:b/>
                <w:color w:val="2F75B5"/>
                <w:sz w:val="20"/>
              </w:rPr>
              <w:t>Smallest number divisible by several numbers</w:t>
            </w:r>
          </w:p>
        </w:tc>
        <w:tc>
          <w:tcPr>
            <w:tcW w:type="dxa" w:w="5040"/>
            <w:vAlign w:val="center"/>
          </w:tcPr>
          <w:p>
            <w:r/>
            <w:r>
              <w:rPr>
                <w:rFonts w:ascii="Aptos" w:hAnsi="Aptos"/>
                <w:b/>
                <w:color w:val="222222"/>
                <w:sz w:val="20"/>
              </w:rPr>
              <w:t>LCM</w:t>
            </w:r>
          </w:p>
        </w:tc>
      </w:tr>
      <w:tr>
        <w:tc>
          <w:tcPr>
            <w:tcW w:type="dxa" w:w="5040"/>
            <w:vAlign w:val="center"/>
          </w:tcPr>
          <w:p>
            <w:r/>
            <w:r>
              <w:rPr>
                <w:rFonts w:ascii="Aptos" w:hAnsi="Aptos"/>
                <w:b/>
                <w:color w:val="2F75B5"/>
                <w:sz w:val="20"/>
              </w:rPr>
              <w:t>Events occurring together again</w:t>
            </w:r>
          </w:p>
        </w:tc>
        <w:tc>
          <w:tcPr>
            <w:tcW w:type="dxa" w:w="5040"/>
            <w:vAlign w:val="center"/>
          </w:tcPr>
          <w:p>
            <w:r/>
            <w:r>
              <w:rPr>
                <w:rFonts w:ascii="Aptos" w:hAnsi="Aptos"/>
                <w:b/>
                <w:color w:val="222222"/>
                <w:sz w:val="20"/>
              </w:rPr>
              <w:t>LCM</w:t>
            </w:r>
          </w:p>
        </w:tc>
      </w:tr>
      <w:tr>
        <w:tc>
          <w:tcPr>
            <w:tcW w:type="dxa" w:w="5040"/>
            <w:vAlign w:val="center"/>
          </w:tcPr>
          <w:p>
            <w:r/>
            <w:r>
              <w:rPr>
                <w:rFonts w:ascii="Aptos" w:hAnsi="Aptos"/>
                <w:b/>
                <w:color w:val="2F75B5"/>
                <w:sz w:val="20"/>
              </w:rPr>
              <w:t>Repeated intervals</w:t>
            </w:r>
          </w:p>
        </w:tc>
        <w:tc>
          <w:tcPr>
            <w:tcW w:type="dxa" w:w="5040"/>
            <w:vAlign w:val="center"/>
          </w:tcPr>
          <w:p>
            <w:r/>
            <w:r>
              <w:rPr>
                <w:rFonts w:ascii="Aptos" w:hAnsi="Aptos"/>
                <w:b/>
                <w:color w:val="222222"/>
                <w:sz w:val="20"/>
              </w:rPr>
              <w:t>LCM</w:t>
            </w:r>
          </w:p>
        </w:tc>
      </w:tr>
      <w:tr>
        <w:tc>
          <w:tcPr>
            <w:tcW w:type="dxa" w:w="5040"/>
            <w:vAlign w:val="center"/>
          </w:tcPr>
          <w:p>
            <w:r/>
            <w:r>
              <w:rPr>
                <w:rFonts w:ascii="Aptos" w:hAnsi="Aptos"/>
                <w:b/>
                <w:color w:val="2F75B5"/>
                <w:sz w:val="20"/>
              </w:rPr>
              <w:t>HCF and product given for two numbers</w:t>
            </w:r>
          </w:p>
        </w:tc>
        <w:tc>
          <w:tcPr>
            <w:tcW w:type="dxa" w:w="5040"/>
            <w:vAlign w:val="center"/>
          </w:tcPr>
          <w:p>
            <w:r/>
            <w:r>
              <w:rPr>
                <w:rFonts w:ascii="Aptos" w:hAnsi="Aptos"/>
                <w:b/>
                <w:color w:val="222222"/>
                <w:sz w:val="20"/>
              </w:rPr>
              <w:t>Use HCF×LCM=product</w:t>
            </w:r>
          </w:p>
        </w:tc>
      </w:tr>
      <w:tr>
        <w:tc>
          <w:tcPr>
            <w:tcW w:type="dxa" w:w="5040"/>
            <w:vAlign w:val="center"/>
          </w:tcPr>
          <w:p>
            <w:r/>
            <w:r>
              <w:rPr>
                <w:rFonts w:ascii="Aptos" w:hAnsi="Aptos"/>
                <w:b/>
                <w:color w:val="2F75B5"/>
                <w:sz w:val="20"/>
              </w:rPr>
              <w:t>Same remainder on division</w:t>
            </w:r>
          </w:p>
        </w:tc>
        <w:tc>
          <w:tcPr>
            <w:tcW w:type="dxa" w:w="5040"/>
            <w:vAlign w:val="center"/>
          </w:tcPr>
          <w:p>
            <w:r/>
            <w:r>
              <w:rPr>
                <w:rFonts w:ascii="Aptos" w:hAnsi="Aptos"/>
                <w:b/>
                <w:color w:val="222222"/>
                <w:sz w:val="20"/>
              </w:rPr>
              <w:t>Take differences, then HCF</w:t>
            </w:r>
          </w:p>
        </w:tc>
      </w:tr>
      <w:tr>
        <w:tc>
          <w:tcPr>
            <w:tcW w:type="dxa" w:w="5040"/>
            <w:vAlign w:val="center"/>
          </w:tcPr>
          <w:p>
            <w:r/>
            <w:r>
              <w:rPr>
                <w:rFonts w:ascii="Aptos" w:hAnsi="Aptos"/>
                <w:b/>
                <w:color w:val="2F75B5"/>
                <w:sz w:val="20"/>
              </w:rPr>
              <w:t>Same remainder after adding/subtracting</w:t>
            </w:r>
          </w:p>
        </w:tc>
        <w:tc>
          <w:tcPr>
            <w:tcW w:type="dxa" w:w="5040"/>
            <w:vAlign w:val="center"/>
          </w:tcPr>
          <w:p>
            <w:r/>
            <w:r>
              <w:rPr>
                <w:rFonts w:ascii="Aptos" w:hAnsi="Aptos"/>
                <w:b/>
                <w:color w:val="222222"/>
                <w:sz w:val="20"/>
              </w:rPr>
              <w:t>Transform the conditions first, then use HCF/LCM as required</w:t>
            </w:r>
          </w:p>
        </w:tc>
      </w:tr>
    </w:tbl>
    <w:p>
      <w:pPr>
        <w:pStyle w:val="Heading1"/>
      </w:pPr>
      <w:r>
        <w:t>17. Shortcuts &amp; Quick Methods</w:t>
      </w:r>
    </w:p>
    <w:tbl>
      <w:tblPr>
        <w:tblW w:type="auto" w:w="0"/>
        <w:tblLook w:firstColumn="1" w:firstRow="1" w:lastColumn="0" w:lastRow="0" w:noHBand="0" w:noVBand="1" w:val="04A0"/>
      </w:tblPr>
      <w:tblGrid>
        <w:gridCol w:w="5040"/>
        <w:gridCol w:w="5040"/>
      </w:tblGrid>
      <w:tr>
        <w:tc>
          <w:tcPr>
            <w:tcW w:type="dxa" w:w="5040"/>
            <w:vAlign w:val="center"/>
            <w:shd w:fill="008C95"/>
          </w:tcPr>
          <w:p>
            <w:r/>
            <w:r>
              <w:rPr>
                <w:rFonts w:ascii="Aptos" w:hAnsi="Aptos"/>
                <w:b/>
                <w:color w:val="FFFFFF"/>
                <w:sz w:val="20"/>
              </w:rPr>
              <w:t>Shortcut</w:t>
            </w:r>
          </w:p>
        </w:tc>
        <w:tc>
          <w:tcPr>
            <w:tcW w:type="dxa" w:w="5040"/>
            <w:vAlign w:val="center"/>
            <w:shd w:fill="008C95"/>
          </w:tcPr>
          <w:p>
            <w:r/>
            <w:r>
              <w:rPr>
                <w:rFonts w:ascii="Aptos" w:hAnsi="Aptos"/>
                <w:b/>
                <w:color w:val="FFFFFF"/>
                <w:sz w:val="20"/>
              </w:rPr>
              <w:t>Application</w:t>
            </w:r>
          </w:p>
        </w:tc>
      </w:tr>
      <w:tr>
        <w:tc>
          <w:tcPr>
            <w:tcW w:type="dxa" w:w="5040"/>
            <w:vAlign w:val="center"/>
          </w:tcPr>
          <w:p>
            <w:r/>
            <w:r>
              <w:rPr>
                <w:rFonts w:ascii="Aptos" w:hAnsi="Aptos"/>
                <w:b/>
                <w:color w:val="2F75B5"/>
                <w:sz w:val="20"/>
              </w:rPr>
              <w:t>Prime-factorisation rule</w:t>
            </w:r>
          </w:p>
        </w:tc>
        <w:tc>
          <w:tcPr>
            <w:tcW w:type="dxa" w:w="5040"/>
            <w:vAlign w:val="center"/>
          </w:tcPr>
          <w:p>
            <w:r/>
            <w:r>
              <w:rPr>
                <w:rFonts w:ascii="Aptos" w:hAnsi="Aptos"/>
                <w:b w:val="0"/>
                <w:color w:val="222222"/>
                <w:sz w:val="20"/>
              </w:rPr>
              <w:t>HCF uses minimum exponents; LCM uses maximum exponents.</w:t>
            </w:r>
          </w:p>
        </w:tc>
      </w:tr>
      <w:tr>
        <w:tc>
          <w:tcPr>
            <w:tcW w:type="dxa" w:w="5040"/>
            <w:vAlign w:val="center"/>
          </w:tcPr>
          <w:p>
            <w:r/>
            <w:r>
              <w:rPr>
                <w:rFonts w:ascii="Aptos" w:hAnsi="Aptos"/>
                <w:b/>
                <w:color w:val="2F75B5"/>
                <w:sz w:val="20"/>
              </w:rPr>
              <w:t>Two-number product rule</w:t>
            </w:r>
          </w:p>
        </w:tc>
        <w:tc>
          <w:tcPr>
            <w:tcW w:type="dxa" w:w="5040"/>
            <w:vAlign w:val="center"/>
          </w:tcPr>
          <w:p>
            <w:r/>
            <w:r>
              <w:rPr>
                <w:rFonts w:ascii="Aptos" w:hAnsi="Aptos"/>
                <w:b w:val="0"/>
                <w:color w:val="222222"/>
                <w:sz w:val="20"/>
              </w:rPr>
              <w:t>HCF×LCM=a×b.</w:t>
            </w:r>
          </w:p>
        </w:tc>
      </w:tr>
      <w:tr>
        <w:tc>
          <w:tcPr>
            <w:tcW w:type="dxa" w:w="5040"/>
            <w:vAlign w:val="center"/>
          </w:tcPr>
          <w:p>
            <w:r/>
            <w:r>
              <w:rPr>
                <w:rFonts w:ascii="Aptos" w:hAnsi="Aptos"/>
                <w:b/>
                <w:color w:val="2F75B5"/>
                <w:sz w:val="20"/>
              </w:rPr>
              <w:t>Same remainder</w:t>
            </w:r>
          </w:p>
        </w:tc>
        <w:tc>
          <w:tcPr>
            <w:tcW w:type="dxa" w:w="5040"/>
            <w:vAlign w:val="center"/>
          </w:tcPr>
          <w:p>
            <w:r/>
            <w:r>
              <w:rPr>
                <w:rFonts w:ascii="Aptos" w:hAnsi="Aptos"/>
                <w:b w:val="0"/>
                <w:color w:val="222222"/>
                <w:sz w:val="20"/>
              </w:rPr>
              <w:t>Subtract the numbers and take HCF of the differences.</w:t>
            </w:r>
          </w:p>
        </w:tc>
      </w:tr>
      <w:tr>
        <w:tc>
          <w:tcPr>
            <w:tcW w:type="dxa" w:w="5040"/>
            <w:vAlign w:val="center"/>
          </w:tcPr>
          <w:p>
            <w:r/>
            <w:r>
              <w:rPr>
                <w:rFonts w:ascii="Aptos" w:hAnsi="Aptos"/>
                <w:b/>
                <w:color w:val="2F75B5"/>
                <w:sz w:val="20"/>
              </w:rPr>
              <w:t>Greatest equal grouping</w:t>
            </w:r>
          </w:p>
        </w:tc>
        <w:tc>
          <w:tcPr>
            <w:tcW w:type="dxa" w:w="5040"/>
            <w:vAlign w:val="center"/>
          </w:tcPr>
          <w:p>
            <w:r/>
            <w:r>
              <w:rPr>
                <w:rFonts w:ascii="Aptos" w:hAnsi="Aptos"/>
                <w:b w:val="0"/>
                <w:color w:val="222222"/>
                <w:sz w:val="20"/>
              </w:rPr>
              <w:t>Use HCF.</w:t>
            </w:r>
          </w:p>
        </w:tc>
      </w:tr>
      <w:tr>
        <w:tc>
          <w:tcPr>
            <w:tcW w:type="dxa" w:w="5040"/>
            <w:vAlign w:val="center"/>
          </w:tcPr>
          <w:p>
            <w:r/>
            <w:r>
              <w:rPr>
                <w:rFonts w:ascii="Aptos" w:hAnsi="Aptos"/>
                <w:b/>
                <w:color w:val="2F75B5"/>
                <w:sz w:val="20"/>
              </w:rPr>
              <w:t>First simultaneous occurrence</w:t>
            </w:r>
          </w:p>
        </w:tc>
        <w:tc>
          <w:tcPr>
            <w:tcW w:type="dxa" w:w="5040"/>
            <w:vAlign w:val="center"/>
          </w:tcPr>
          <w:p>
            <w:r/>
            <w:r>
              <w:rPr>
                <w:rFonts w:ascii="Aptos" w:hAnsi="Aptos"/>
                <w:b w:val="0"/>
                <w:color w:val="222222"/>
                <w:sz w:val="20"/>
              </w:rPr>
              <w:t>Use LCM.</w:t>
            </w:r>
          </w:p>
        </w:tc>
      </w:tr>
      <w:tr>
        <w:tc>
          <w:tcPr>
            <w:tcW w:type="dxa" w:w="5040"/>
            <w:vAlign w:val="center"/>
          </w:tcPr>
          <w:p>
            <w:r/>
            <w:r>
              <w:rPr>
                <w:rFonts w:ascii="Aptos" w:hAnsi="Aptos"/>
                <w:b/>
                <w:color w:val="2F75B5"/>
                <w:sz w:val="20"/>
              </w:rPr>
              <w:t>LCM range question</w:t>
            </w:r>
          </w:p>
        </w:tc>
        <w:tc>
          <w:tcPr>
            <w:tcW w:type="dxa" w:w="5040"/>
            <w:vAlign w:val="center"/>
          </w:tcPr>
          <w:p>
            <w:r/>
            <w:r>
              <w:rPr>
                <w:rFonts w:ascii="Aptos" w:hAnsi="Aptos"/>
                <w:b w:val="0"/>
                <w:color w:val="222222"/>
                <w:sz w:val="20"/>
              </w:rPr>
              <w:t>Find LCM first, then take the first multiple satisfying the range.</w:t>
            </w:r>
          </w:p>
        </w:tc>
      </w:tr>
      <w:tr>
        <w:tc>
          <w:tcPr>
            <w:tcW w:type="dxa" w:w="5040"/>
            <w:vAlign w:val="center"/>
          </w:tcPr>
          <w:p>
            <w:r/>
            <w:r>
              <w:rPr>
                <w:rFonts w:ascii="Aptos" w:hAnsi="Aptos"/>
                <w:b/>
                <w:color w:val="2F75B5"/>
                <w:sz w:val="20"/>
              </w:rPr>
              <w:t>Co-prime numbers</w:t>
            </w:r>
          </w:p>
        </w:tc>
        <w:tc>
          <w:tcPr>
            <w:tcW w:type="dxa" w:w="5040"/>
            <w:vAlign w:val="center"/>
          </w:tcPr>
          <w:p>
            <w:r/>
            <w:r>
              <w:rPr>
                <w:rFonts w:ascii="Aptos" w:hAnsi="Aptos"/>
                <w:b w:val="0"/>
                <w:color w:val="222222"/>
                <w:sz w:val="20"/>
              </w:rPr>
              <w:t>If HCF=1, LCM is simply the product for two numbers.</w:t>
            </w:r>
          </w:p>
        </w:tc>
      </w:tr>
      <w:tr>
        <w:tc>
          <w:tcPr>
            <w:tcW w:type="dxa" w:w="5040"/>
            <w:vAlign w:val="center"/>
          </w:tcPr>
          <w:p>
            <w:r/>
            <w:r>
              <w:rPr>
                <w:rFonts w:ascii="Aptos" w:hAnsi="Aptos"/>
                <w:b/>
                <w:color w:val="2F75B5"/>
                <w:sz w:val="20"/>
              </w:rPr>
              <w:t>Euclidean algorithm</w:t>
            </w:r>
          </w:p>
        </w:tc>
        <w:tc>
          <w:tcPr>
            <w:tcW w:type="dxa" w:w="5040"/>
            <w:vAlign w:val="center"/>
          </w:tcPr>
          <w:p>
            <w:r/>
            <w:r>
              <w:rPr>
                <w:rFonts w:ascii="Aptos" w:hAnsi="Aptos"/>
                <w:b w:val="0"/>
                <w:color w:val="222222"/>
                <w:sz w:val="20"/>
              </w:rPr>
              <w:t>For large numbers, repeated remainders are usually faster than listing factors.</w:t>
            </w:r>
          </w:p>
        </w:tc>
      </w:tr>
    </w:tbl>
    <w:p>
      <w:pPr>
        <w:pStyle w:val="Heading1"/>
      </w:pPr>
      <w:r>
        <w:t>18. Complete Formula Sheet</w:t>
      </w:r>
    </w:p>
    <w:tbl>
      <w:tblPr>
        <w:tblW w:type="auto" w:w="0"/>
        <w:jc w:val="center"/>
        <w:tblLook w:firstColumn="1" w:firstRow="1" w:lastColumn="0" w:lastRow="0" w:noHBand="0" w:noVBand="1" w:val="04A0"/>
      </w:tblPr>
      <w:tblGrid>
        <w:gridCol w:w="10080"/>
      </w:tblGrid>
      <w:tr>
        <w:tc>
          <w:tcPr>
            <w:tcW w:type="dxa" w:w="10080"/>
            <w:shd w:fill="FFF2CC"/>
          </w:tcPr>
          <w:p>
            <w:r>
              <w:rPr>
                <w:b/>
                <w:color w:val="17365D"/>
                <w:sz w:val="22"/>
              </w:rPr>
              <w:t>HCF</w:t>
              <w:br/>
            </w:r>
            <w:r>
              <w:rPr>
                <w:sz w:val="20"/>
              </w:rPr>
              <w:t>HCF = product of common prime factors with minimum exponents.</w:t>
            </w:r>
          </w:p>
        </w:tc>
      </w:tr>
    </w:tbl>
    <w:p/>
    <w:tbl>
      <w:tblPr>
        <w:tblW w:type="auto" w:w="0"/>
        <w:jc w:val="center"/>
        <w:tblLook w:firstColumn="1" w:firstRow="1" w:lastColumn="0" w:lastRow="0" w:noHBand="0" w:noVBand="1" w:val="04A0"/>
      </w:tblPr>
      <w:tblGrid>
        <w:gridCol w:w="10080"/>
      </w:tblGrid>
      <w:tr>
        <w:tc>
          <w:tcPr>
            <w:tcW w:type="dxa" w:w="10080"/>
            <w:shd w:fill="FFF2CC"/>
          </w:tcPr>
          <w:p>
            <w:r>
              <w:rPr>
                <w:b/>
                <w:color w:val="17365D"/>
                <w:sz w:val="22"/>
              </w:rPr>
              <w:t>LCM</w:t>
              <w:br/>
            </w:r>
            <w:r>
              <w:rPr>
                <w:sz w:val="20"/>
              </w:rPr>
              <w:t>LCM = product of all relevant prime factors with maximum exponents.</w:t>
            </w:r>
          </w:p>
        </w:tc>
      </w:tr>
    </w:tbl>
    <w:p/>
    <w:tbl>
      <w:tblPr>
        <w:tblW w:type="auto" w:w="0"/>
        <w:jc w:val="center"/>
        <w:tblLook w:firstColumn="1" w:firstRow="1" w:lastColumn="0" w:lastRow="0" w:noHBand="0" w:noVBand="1" w:val="04A0"/>
      </w:tblPr>
      <w:tblGrid>
        <w:gridCol w:w="10080"/>
      </w:tblGrid>
      <w:tr>
        <w:tc>
          <w:tcPr>
            <w:tcW w:type="dxa" w:w="10080"/>
            <w:shd w:fill="FFF2CC"/>
          </w:tcPr>
          <w:p>
            <w:r>
              <w:rPr>
                <w:b/>
                <w:color w:val="17365D"/>
                <w:sz w:val="22"/>
              </w:rPr>
              <w:t>TWO-NUMBER RELATION</w:t>
              <w:br/>
            </w:r>
            <w:r>
              <w:rPr>
                <w:sz w:val="20"/>
              </w:rPr>
              <w:t>HCF(a,b) × LCM(a,b) = a × b.</w:t>
            </w:r>
          </w:p>
        </w:tc>
      </w:tr>
    </w:tbl>
    <w:p/>
    <w:tbl>
      <w:tblPr>
        <w:tblW w:type="auto" w:w="0"/>
        <w:jc w:val="center"/>
        <w:tblLook w:firstColumn="1" w:firstRow="1" w:lastColumn="0" w:lastRow="0" w:noHBand="0" w:noVBand="1" w:val="04A0"/>
      </w:tblPr>
      <w:tblGrid>
        <w:gridCol w:w="10080"/>
      </w:tblGrid>
      <w:tr>
        <w:tc>
          <w:tcPr>
            <w:tcW w:type="dxa" w:w="10080"/>
            <w:shd w:fill="FFF2CC"/>
          </w:tcPr>
          <w:p>
            <w:r>
              <w:rPr>
                <w:b/>
                <w:color w:val="17365D"/>
                <w:sz w:val="22"/>
              </w:rPr>
              <w:t>FRACTIONS</w:t>
              <w:br/>
            </w:r>
            <w:r>
              <w:rPr>
                <w:sz w:val="20"/>
              </w:rPr>
              <w:t>HCF = HCF(numerators)/LCM(denominators).  LCM = LCM(numerators)/HCF(denominators), for positive fractions in lowest terms.</w:t>
            </w:r>
          </w:p>
        </w:tc>
      </w:tr>
    </w:tbl>
    <w:p/>
    <w:tbl>
      <w:tblPr>
        <w:tblW w:type="auto" w:w="0"/>
        <w:jc w:val="center"/>
        <w:tblLook w:firstColumn="1" w:firstRow="1" w:lastColumn="0" w:lastRow="0" w:noHBand="0" w:noVBand="1" w:val="04A0"/>
      </w:tblPr>
      <w:tblGrid>
        <w:gridCol w:w="10080"/>
      </w:tblGrid>
      <w:tr>
        <w:tc>
          <w:tcPr>
            <w:tcW w:type="dxa" w:w="10080"/>
            <w:shd w:fill="E2F0D9"/>
          </w:tcPr>
          <w:p>
            <w:r>
              <w:rPr>
                <w:b/>
                <w:color w:val="17365D"/>
                <w:sz w:val="22"/>
              </w:rPr>
              <w:t>SAME REMAINDER</w:t>
              <w:br/>
            </w:r>
            <w:r>
              <w:rPr>
                <w:sz w:val="20"/>
              </w:rPr>
              <w:t>If A, B, C leave the same remainder when divided by d, then d divides A−B, B−C and A−C; greatest such d is HCF of the differences.</w:t>
            </w:r>
          </w:p>
        </w:tc>
      </w:tr>
    </w:tbl>
    <w:p/>
    <w:tbl>
      <w:tblPr>
        <w:tblW w:type="auto" w:w="0"/>
        <w:jc w:val="center"/>
        <w:tblLook w:firstColumn="1" w:firstRow="1" w:lastColumn="0" w:lastRow="0" w:noHBand="0" w:noVBand="1" w:val="04A0"/>
      </w:tblPr>
      <w:tblGrid>
        <w:gridCol w:w="10080"/>
      </w:tblGrid>
      <w:tr>
        <w:tc>
          <w:tcPr>
            <w:tcW w:type="dxa" w:w="10080"/>
            <w:shd w:fill="E2F0D9"/>
          </w:tcPr>
          <w:p>
            <w:r>
              <w:rPr>
                <w:b/>
                <w:color w:val="17365D"/>
                <w:sz w:val="22"/>
              </w:rPr>
              <w:t>CO-PRIME NUMBERS</w:t>
              <w:br/>
            </w:r>
            <w:r>
              <w:rPr>
                <w:sz w:val="20"/>
              </w:rPr>
              <w:t>If HCF(a,b)=1, then LCM(a,b)=ab.</w:t>
            </w:r>
          </w:p>
        </w:tc>
      </w:tr>
    </w:tbl>
    <w:p/>
    <w:p>
      <w:pPr>
        <w:pStyle w:val="Heading1"/>
      </w:pPr>
      <w:r>
        <w:t>19. Quick Revision</w:t>
      </w:r>
    </w:p>
    <w:tbl>
      <w:tblPr>
        <w:tblW w:type="auto" w:w="0"/>
        <w:jc w:val="center"/>
        <w:tblLook w:firstColumn="1" w:firstRow="1" w:lastColumn="0" w:lastRow="0" w:noHBand="0" w:noVBand="1" w:val="04A0"/>
      </w:tblPr>
      <w:tblGrid>
        <w:gridCol w:w="10080"/>
      </w:tblGrid>
      <w:tr>
        <w:tc>
          <w:tcPr>
            <w:tcW w:type="dxa" w:w="10080"/>
            <w:shd w:fill="DDEBF7"/>
          </w:tcPr>
          <w:p>
            <w:r>
              <w:rPr>
                <w:b/>
                <w:color w:val="17365D"/>
                <w:sz w:val="22"/>
              </w:rPr>
              <w:t>HCF</w:t>
              <w:br/>
            </w:r>
            <w:r>
              <w:rPr>
                <w:sz w:val="20"/>
              </w:rPr>
              <w:t>Think: greatest common divisor, largest equal size, maximum number of identical groups.</w:t>
            </w:r>
          </w:p>
        </w:tc>
      </w:tr>
    </w:tbl>
    <w:p/>
    <w:tbl>
      <w:tblPr>
        <w:tblW w:type="auto" w:w="0"/>
        <w:jc w:val="center"/>
        <w:tblLook w:firstColumn="1" w:firstRow="1" w:lastColumn="0" w:lastRow="0" w:noHBand="0" w:noVBand="1" w:val="04A0"/>
      </w:tblPr>
      <w:tblGrid>
        <w:gridCol w:w="10080"/>
      </w:tblGrid>
      <w:tr>
        <w:tc>
          <w:tcPr>
            <w:tcW w:type="dxa" w:w="10080"/>
            <w:shd w:fill="DDEBF7"/>
          </w:tcPr>
          <w:p>
            <w:r>
              <w:rPr>
                <w:b/>
                <w:color w:val="17365D"/>
                <w:sz w:val="22"/>
              </w:rPr>
              <w:t>LCM</w:t>
              <w:br/>
            </w:r>
            <w:r>
              <w:rPr>
                <w:sz w:val="20"/>
              </w:rPr>
              <w:t>Think: smallest common multiple, repeated events, first time together again.</w:t>
            </w:r>
          </w:p>
        </w:tc>
      </w:tr>
    </w:tbl>
    <w:p/>
    <w:tbl>
      <w:tblPr>
        <w:tblW w:type="auto" w:w="0"/>
        <w:jc w:val="center"/>
        <w:tblLook w:firstColumn="1" w:firstRow="1" w:lastColumn="0" w:lastRow="0" w:noHBand="0" w:noVBand="1" w:val="04A0"/>
      </w:tblPr>
      <w:tblGrid>
        <w:gridCol w:w="10080"/>
      </w:tblGrid>
      <w:tr>
        <w:tc>
          <w:tcPr>
            <w:tcW w:type="dxa" w:w="10080"/>
            <w:shd w:fill="FFF2CC"/>
          </w:tcPr>
          <w:p>
            <w:r>
              <w:rPr>
                <w:b/>
                <w:color w:val="17365D"/>
                <w:sz w:val="22"/>
              </w:rPr>
              <w:t>PRIME FACTORS</w:t>
              <w:br/>
            </w:r>
            <w:r>
              <w:rPr>
                <w:sz w:val="20"/>
              </w:rPr>
              <w:t>HCF → minimum powers. LCM → maximum powers.</w:t>
            </w:r>
          </w:p>
        </w:tc>
      </w:tr>
    </w:tbl>
    <w:p/>
    <w:tbl>
      <w:tblPr>
        <w:tblW w:type="auto" w:w="0"/>
        <w:jc w:val="center"/>
        <w:tblLook w:firstColumn="1" w:firstRow="1" w:lastColumn="0" w:lastRow="0" w:noHBand="0" w:noVBand="1" w:val="04A0"/>
      </w:tblPr>
      <w:tblGrid>
        <w:gridCol w:w="10080"/>
      </w:tblGrid>
      <w:tr>
        <w:tc>
          <w:tcPr>
            <w:tcW w:type="dxa" w:w="10080"/>
            <w:shd w:fill="E2F0D9"/>
          </w:tcPr>
          <w:p>
            <w:r>
              <w:rPr>
                <w:b/>
                <w:color w:val="17365D"/>
                <w:sz w:val="22"/>
              </w:rPr>
              <w:t>TWO NUMBERS</w:t>
              <w:br/>
            </w:r>
            <w:r>
              <w:rPr>
                <w:sz w:val="20"/>
              </w:rPr>
              <w:t>HCF×LCM=product of the two numbers.</w:t>
            </w:r>
          </w:p>
        </w:tc>
      </w:tr>
    </w:tbl>
    <w:p/>
    <w:tbl>
      <w:tblPr>
        <w:tblW w:type="auto" w:w="0"/>
        <w:jc w:val="center"/>
        <w:tblLook w:firstColumn="1" w:firstRow="1" w:lastColumn="0" w:lastRow="0" w:noHBand="0" w:noVBand="1" w:val="04A0"/>
      </w:tblPr>
      <w:tblGrid>
        <w:gridCol w:w="10080"/>
      </w:tblGrid>
      <w:tr>
        <w:tc>
          <w:tcPr>
            <w:tcW w:type="dxa" w:w="10080"/>
            <w:shd w:fill="FCE4D6"/>
          </w:tcPr>
          <w:p>
            <w:r>
              <w:rPr>
                <w:b/>
                <w:color w:val="17365D"/>
                <w:sz w:val="22"/>
              </w:rPr>
              <w:t>REMAINDER</w:t>
              <w:br/>
            </w:r>
            <w:r>
              <w:rPr>
                <w:sz w:val="20"/>
              </w:rPr>
              <w:t>Same remainder → differences → HCF.</w:t>
            </w:r>
          </w:p>
        </w:tc>
      </w:tr>
    </w:tbl>
    <w:p/>
    <w:tbl>
      <w:tblPr>
        <w:tblW w:type="auto" w:w="0"/>
        <w:jc w:val="center"/>
        <w:tblLook w:firstColumn="1" w:firstRow="1" w:lastColumn="0" w:lastRow="0" w:noHBand="0" w:noVBand="1" w:val="04A0"/>
      </w:tblPr>
      <w:tblGrid>
        <w:gridCol w:w="10080"/>
      </w:tblGrid>
      <w:tr>
        <w:tc>
          <w:tcPr>
            <w:tcW w:type="dxa" w:w="10080"/>
            <w:shd w:fill="FCE4D6"/>
          </w:tcPr>
          <w:p>
            <w:r>
              <w:rPr>
                <w:b/>
                <w:color w:val="17365D"/>
                <w:sz w:val="22"/>
              </w:rPr>
              <w:t>FRACTIONS</w:t>
              <w:br/>
            </w:r>
            <w:r>
              <w:rPr>
                <w:sz w:val="20"/>
              </w:rPr>
              <w:t>HCF: numerator HCF / denominator LCM. LCM: numerator LCM / denominator HCF.</w:t>
            </w:r>
          </w:p>
        </w:tc>
      </w:tr>
    </w:tbl>
    <w:p/>
    <w:tbl>
      <w:tblPr>
        <w:tblW w:type="auto" w:w="0"/>
        <w:jc w:val="center"/>
        <w:tblLook w:firstColumn="1" w:firstRow="1" w:lastColumn="0" w:lastRow="0" w:noHBand="0" w:noVBand="1" w:val="04A0"/>
      </w:tblPr>
      <w:tblGrid>
        <w:gridCol w:w="10080"/>
      </w:tblGrid>
      <w:tr>
        <w:tc>
          <w:tcPr>
            <w:tcW w:type="dxa" w:w="10080"/>
            <w:shd w:fill="DDEBF7"/>
          </w:tcPr>
          <w:p>
            <w:r>
              <w:rPr>
                <w:b/>
                <w:color w:val="17365D"/>
                <w:sz w:val="22"/>
              </w:rPr>
              <w:t>FINAL METHOD</w:t>
              <w:br/>
            </w:r>
            <w:r>
              <w:rPr>
                <w:sz w:val="20"/>
              </w:rPr>
              <w:t>First identify the clue in the question, then decide whether it asks for a greatest divisor or a smallest common multiple.</w:t>
            </w:r>
          </w:p>
        </w:tc>
      </w:tr>
    </w:tbl>
    <w:p/>
    <w:p>
      <w:pPr>
        <w:jc w:val="center"/>
      </w:pPr>
      <w:r>
        <w:rPr>
          <w:b/>
          <w:color w:val="17365D"/>
        </w:rPr>
        <w:t>End of Chapter 4 — HCF &amp; LCM</w:t>
      </w:r>
    </w:p>
    <w:sectPr w:rsidR="00FC693F" w:rsidRPr="0006063C" w:rsidSect="00034616">
      <w:headerReference w:type="default" r:id="rId9"/>
      <w:footerReference w:type="default" r:id="rId10"/>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2F75B5"/>
        <w:sz w:val="16"/>
      </w:rPr>
      <w:t>Professional Study Notes  |  HCF &amp; LCM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noProof/>
      </w:rPr>
      <w:drawing>
        <wp:inline xmlns:wp="http://schemas.openxmlformats.org/drawingml/2006/wordprocessingDrawing" distT="0" distB="0" distL="0" distR="0">
          <wp:extent cx="502920" cy="433560"/>
          <wp:effectExtent l="0" t="0" r="0" b="0"/>
          <wp:docPr id="9001" name="VishvasniyaLogo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1" name="VishvasniyaLogoHeader"/>
                  <pic:cNvPicPr/>
                </pic:nvPicPr>
                <pic:blipFill>
                  <a:blip r:embed="rIdLogoImg"/>
                  <a:stretch>
                    <a:fillRect/>
                  </a:stretch>
                </pic:blipFill>
                <pic:spPr>
                  <a:xfrm>
                    <a:off x="0" y="0"/>
                    <a:ext cx="502920" cy="433560"/>
                  </a:xfrm>
                  <a:prstGeom prst="rect">
                    <a:avLst/>
                  </a:prstGeom>
                </pic:spPr>
              </pic:pic>
            </a:graphicData>
          </a:graphic>
        </wp:inline>
      </w:drawing>
    </w:r>
  </w:p>
  <w:p>
    <w:pPr>
      <w:pStyle w:val="Header"/>
      <w:jc w:val="right"/>
    </w:pPr>
    <w:r>
      <w:rPr>
        <w:color w:val="2F75B5"/>
        <w:sz w:val="16"/>
      </w:rPr>
      <w:t>MATHEMATICS  •  CHAPTER 4  •  HCF &amp; LCM</w:t>
    </w:r>
  </w:p>
  <w:p>
    <w:pPr>
      <w:pStyle w:val="Header"/>
    </w:pPr>
    <w:r>
      <w:rPr>
        <w:noProof/>
      </w:rPr>
      <w:drawing>
        <wp:anchor xmlns:wp="http://schemas.openxmlformats.org/drawingml/2006/wordprocessingDrawing" distT="0" distB="0" distL="0" distR="0" simplePos="0" relativeHeight="251659264" behindDoc="1" locked="0" layoutInCell="1" allowOverlap="1">
          <wp:simplePos x="0" y="0"/>
          <wp:positionH relativeFrom="page">
            <wp:align>center</wp:align>
          </wp:positionH>
          <wp:positionV relativeFrom="page">
            <wp:align>center</wp:align>
          </wp:positionV>
          <wp:extent cx="5000000" cy="4310344"/>
          <wp:effectExtent l="0" t="0" r="0" b="0"/>
          <wp:wrapNone/>
          <wp:docPr id="9002" name="VishvasniyaWater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2" name="VishvasniyaWatermark"/>
                  <pic:cNvPicPr/>
                </pic:nvPicPr>
                <pic:blipFill>
                  <a:blip r:embed="rIdWatermarkImg">
                    <a:alphaModFix amt="32000"/>
                  </a:blip>
                  <a:stretch>
                    <a:fillRect/>
                  </a:stretch>
                </pic:blipFill>
                <pic:spPr>
                  <a:xfrm rot="18900000">
                    <a:off x="0" y="0"/>
                    <a:ext cx="5000000" cy="4310344"/>
                  </a:xfrm>
                  <a:prstGeom prst="rect">
                    <a:avLst/>
                  </a:prstGeom>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222222"/>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2F75B5"/>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008C95"/>
      <w:sz w:val="25"/>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LogoImg" Type="http://schemas.openxmlformats.org/officeDocument/2006/relationships/image" Target="media/vishvasniya_logo.jpeg"/><Relationship Id="rIdWatermarkImg" Type="http://schemas.openxmlformats.org/officeDocument/2006/relationships/image" Target="media/vishvasniya_logo.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