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087F8C"/>
          <w:sz w:val="56"/>
        </w:rPr>
        <w:t>CHAPTER 5</w:t>
      </w:r>
    </w:p>
    <w:p>
      <w:pPr>
        <w:jc w:val="center"/>
      </w:pPr>
      <w:r>
        <w:rPr>
          <w:rFonts w:ascii="Georgia" w:hAnsi="Georgia"/>
          <w:b/>
          <w:color w:val="17324D"/>
          <w:sz w:val="80"/>
        </w:rPr>
        <w:t>LOGARITHMS</w:t>
      </w:r>
    </w:p>
    <w:p>
      <w:pPr>
        <w:jc w:val="center"/>
      </w:pPr>
      <w:r>
        <w:rPr>
          <w:rFonts w:ascii="Georgia" w:hAnsi="Georgia"/>
          <w:b/>
          <w:color w:val="6B4E9B"/>
          <w:sz w:val="42"/>
        </w:rPr>
        <w:t>ADVANCED PRACTICE WORKSHEET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WORKSHEET COVERAGE</w:t>
              <w:br/>
            </w:r>
            <w:r>
              <w:rPr>
                <w:sz w:val="20"/>
              </w:rPr>
              <w:t>30 challenging MCQs • Logarithmic laws • Change of base • Equations • Inequalities • Domains • Mixed applications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INSTRUCTIONS</w:t>
              <w:br/>
            </w:r>
            <w:r>
              <w:rPr>
                <w:sz w:val="20"/>
              </w:rPr>
              <w:t>Attempt all questions independently. The answer key and detailed explanations are provided after the complete question section.</w:t>
            </w:r>
          </w:p>
        </w:tc>
      </w:tr>
    </w:tbl>
    <w:p/>
    <w:p>
      <w:r>
        <w:rPr>
          <w:rFonts w:ascii="Georgia" w:hAnsi="Georgia"/>
          <w:b/>
          <w:color w:val="17324D"/>
          <w:sz w:val="30"/>
        </w:rPr>
        <w:t xml:space="preserve">Q1. </w:t>
      </w:r>
      <w:r>
        <w:rPr>
          <w:b/>
          <w:sz w:val="28"/>
        </w:rPr>
        <w:t>If log₂ x = 5, then x is:</w:t>
      </w:r>
    </w:p>
    <w:p>
      <w:pPr>
        <w:spacing w:after="20"/>
        <w:ind w:left="403"/>
      </w:pPr>
      <w:r>
        <w:rPr>
          <w:sz w:val="24"/>
        </w:rPr>
        <w:t>(a) 10</w:t>
      </w:r>
    </w:p>
    <w:p>
      <w:pPr>
        <w:spacing w:after="20"/>
        <w:ind w:left="403"/>
      </w:pPr>
      <w:r>
        <w:rPr>
          <w:sz w:val="24"/>
        </w:rPr>
        <w:t>(b) 16</w:t>
      </w:r>
    </w:p>
    <w:p>
      <w:pPr>
        <w:spacing w:after="20"/>
        <w:ind w:left="403"/>
      </w:pPr>
      <w:r>
        <w:rPr>
          <w:sz w:val="24"/>
        </w:rPr>
        <w:t>(c) 25</w:t>
      </w:r>
    </w:p>
    <w:p>
      <w:pPr>
        <w:spacing w:after="20"/>
        <w:ind w:left="403"/>
      </w:pPr>
      <w:r>
        <w:rPr>
          <w:sz w:val="24"/>
        </w:rPr>
        <w:t>(d) 32</w:t>
      </w:r>
    </w:p>
    <w:p>
      <w:r>
        <w:rPr>
          <w:rFonts w:ascii="Georgia" w:hAnsi="Georgia"/>
          <w:b/>
          <w:color w:val="17324D"/>
          <w:sz w:val="30"/>
        </w:rPr>
        <w:t xml:space="preserve">Q2. </w:t>
      </w:r>
      <w:r>
        <w:rPr>
          <w:b/>
          <w:sz w:val="28"/>
        </w:rPr>
        <w:t>If log₃(x − 2) = 2, then x is:</w:t>
      </w:r>
    </w:p>
    <w:p>
      <w:pPr>
        <w:spacing w:after="20"/>
        <w:ind w:left="403"/>
      </w:pPr>
      <w:r>
        <w:rPr>
          <w:sz w:val="24"/>
        </w:rPr>
        <w:t>(a) 7</w:t>
      </w:r>
    </w:p>
    <w:p>
      <w:pPr>
        <w:spacing w:after="20"/>
        <w:ind w:left="403"/>
      </w:pPr>
      <w:r>
        <w:rPr>
          <w:sz w:val="24"/>
        </w:rPr>
        <w:t>(b) 9</w:t>
      </w:r>
    </w:p>
    <w:p>
      <w:pPr>
        <w:spacing w:after="20"/>
        <w:ind w:left="403"/>
      </w:pPr>
      <w:r>
        <w:rPr>
          <w:sz w:val="24"/>
        </w:rPr>
        <w:t>(c) 11</w:t>
      </w:r>
    </w:p>
    <w:p>
      <w:pPr>
        <w:spacing w:after="20"/>
        <w:ind w:left="403"/>
      </w:pPr>
      <w:r>
        <w:rPr>
          <w:sz w:val="24"/>
        </w:rPr>
        <w:t>(d) 12</w:t>
      </w:r>
    </w:p>
    <w:p>
      <w:r>
        <w:rPr>
          <w:rFonts w:ascii="Georgia" w:hAnsi="Georgia"/>
          <w:b/>
          <w:color w:val="17324D"/>
          <w:sz w:val="30"/>
        </w:rPr>
        <w:t xml:space="preserve">Q3. </w:t>
      </w:r>
      <w:r>
        <w:rPr>
          <w:b/>
          <w:sz w:val="28"/>
        </w:rPr>
        <w:t>The value of log₂32 + log₅125 − log₃27 is:</w:t>
      </w:r>
    </w:p>
    <w:p>
      <w:pPr>
        <w:spacing w:after="20"/>
        <w:ind w:left="403"/>
      </w:pPr>
      <w:r>
        <w:rPr>
          <w:sz w:val="24"/>
        </w:rPr>
        <w:t>(a) 3</w:t>
      </w:r>
    </w:p>
    <w:p>
      <w:pPr>
        <w:spacing w:after="20"/>
        <w:ind w:left="403"/>
      </w:pPr>
      <w:r>
        <w:rPr>
          <w:sz w:val="24"/>
        </w:rPr>
        <w:t>(b) 4</w:t>
      </w:r>
    </w:p>
    <w:p>
      <w:pPr>
        <w:spacing w:after="20"/>
        <w:ind w:left="403"/>
      </w:pPr>
      <w:r>
        <w:rPr>
          <w:sz w:val="24"/>
        </w:rPr>
        <w:t>(c) 5</w:t>
      </w:r>
    </w:p>
    <w:p>
      <w:pPr>
        <w:spacing w:after="20"/>
        <w:ind w:left="403"/>
      </w:pPr>
      <w:r>
        <w:rPr>
          <w:sz w:val="24"/>
        </w:rPr>
        <w:t>(d) 6</w:t>
      </w:r>
    </w:p>
    <w:p>
      <w:r>
        <w:rPr>
          <w:rFonts w:ascii="Georgia" w:hAnsi="Georgia"/>
          <w:b/>
          <w:color w:val="17324D"/>
          <w:sz w:val="30"/>
        </w:rPr>
        <w:t xml:space="preserve">Q4. </w:t>
      </w:r>
      <w:r>
        <w:rPr>
          <w:b/>
          <w:sz w:val="28"/>
        </w:rPr>
        <w:t>Simplify logₐ(xy) − logₐ(x/y).</w:t>
      </w:r>
    </w:p>
    <w:p>
      <w:pPr>
        <w:spacing w:after="20"/>
        <w:ind w:left="403"/>
      </w:pPr>
      <w:r>
        <w:rPr>
          <w:sz w:val="24"/>
        </w:rPr>
        <w:t>(a) 2 logₐx</w:t>
      </w:r>
    </w:p>
    <w:p>
      <w:pPr>
        <w:spacing w:after="20"/>
        <w:ind w:left="403"/>
      </w:pPr>
      <w:r>
        <w:rPr>
          <w:sz w:val="24"/>
        </w:rPr>
        <w:t>(b) 2 logₐy</w:t>
      </w:r>
    </w:p>
    <w:p>
      <w:pPr>
        <w:spacing w:after="20"/>
        <w:ind w:left="403"/>
      </w:pPr>
      <w:r>
        <w:rPr>
          <w:sz w:val="24"/>
        </w:rPr>
        <w:t>(c) logₐ(x+y)</w:t>
      </w:r>
    </w:p>
    <w:p>
      <w:pPr>
        <w:spacing w:after="20"/>
        <w:ind w:left="403"/>
      </w:pPr>
      <w:r>
        <w:rPr>
          <w:sz w:val="24"/>
        </w:rPr>
        <w:t>(d) logₐ(x−y)</w:t>
      </w:r>
    </w:p>
    <w:p>
      <w:r>
        <w:rPr>
          <w:rFonts w:ascii="Georgia" w:hAnsi="Georgia"/>
          <w:b/>
          <w:color w:val="17324D"/>
          <w:sz w:val="30"/>
        </w:rPr>
        <w:t xml:space="preserve">Q5. </w:t>
      </w:r>
      <w:r>
        <w:rPr>
          <w:b/>
          <w:sz w:val="28"/>
        </w:rPr>
        <w:t>If log₂x + log₂(x−2) = 3, the positive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4</w:t>
      </w:r>
    </w:p>
    <w:p>
      <w:pPr>
        <w:spacing w:after="20"/>
        <w:ind w:left="403"/>
      </w:pPr>
      <w:r>
        <w:rPr>
          <w:sz w:val="24"/>
        </w:rPr>
        <w:t>(c) 2+√6</w:t>
      </w:r>
    </w:p>
    <w:p>
      <w:pPr>
        <w:spacing w:after="20"/>
        <w:ind w:left="403"/>
      </w:pPr>
      <w:r>
        <w:rPr>
          <w:sz w:val="24"/>
        </w:rPr>
        <w:t>(d) 2+√2</w:t>
      </w:r>
    </w:p>
    <w:p>
      <w:r>
        <w:rPr>
          <w:rFonts w:ascii="Georgia" w:hAnsi="Georgia"/>
          <w:b/>
          <w:color w:val="17324D"/>
          <w:sz w:val="30"/>
        </w:rPr>
        <w:t xml:space="preserve">Q6. </w:t>
      </w:r>
      <w:r>
        <w:rPr>
          <w:b/>
          <w:sz w:val="28"/>
        </w:rPr>
        <w:t>If log₃x = 2log₃5, then x is:</w:t>
      </w:r>
    </w:p>
    <w:p>
      <w:pPr>
        <w:spacing w:after="20"/>
        <w:ind w:left="403"/>
      </w:pPr>
      <w:r>
        <w:rPr>
          <w:sz w:val="24"/>
        </w:rPr>
        <w:t>(a) 10</w:t>
      </w:r>
    </w:p>
    <w:p>
      <w:pPr>
        <w:spacing w:after="20"/>
        <w:ind w:left="403"/>
      </w:pPr>
      <w:r>
        <w:rPr>
          <w:sz w:val="24"/>
        </w:rPr>
        <w:t>(b) 15</w:t>
      </w:r>
    </w:p>
    <w:p>
      <w:pPr>
        <w:spacing w:after="20"/>
        <w:ind w:left="403"/>
      </w:pPr>
      <w:r>
        <w:rPr>
          <w:sz w:val="24"/>
        </w:rPr>
        <w:t>(c) 20</w:t>
      </w:r>
    </w:p>
    <w:p>
      <w:pPr>
        <w:spacing w:after="20"/>
        <w:ind w:left="403"/>
      </w:pPr>
      <w:r>
        <w:rPr>
          <w:sz w:val="24"/>
        </w:rPr>
        <w:t>(d) 25</w:t>
      </w:r>
    </w:p>
    <w:p>
      <w:r>
        <w:rPr>
          <w:rFonts w:ascii="Georgia" w:hAnsi="Georgia"/>
          <w:b/>
          <w:color w:val="17324D"/>
          <w:sz w:val="30"/>
        </w:rPr>
        <w:t xml:space="preserve">Q7. </w:t>
      </w:r>
      <w:r>
        <w:rPr>
          <w:b/>
          <w:sz w:val="28"/>
        </w:rPr>
        <w:t>The value of log₂3 × log₃5 × log₅16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5</w:t>
      </w:r>
    </w:p>
    <w:p>
      <w:r>
        <w:rPr>
          <w:rFonts w:ascii="Georgia" w:hAnsi="Georgia"/>
          <w:b/>
          <w:color w:val="17324D"/>
          <w:sz w:val="30"/>
        </w:rPr>
        <w:t xml:space="preserve">Q8. </w:t>
      </w:r>
      <w:r>
        <w:rPr>
          <w:b/>
          <w:sz w:val="28"/>
        </w:rPr>
        <w:t>If logₓ81 = 4, then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9</w:t>
      </w:r>
    </w:p>
    <w:p>
      <w:r>
        <w:rPr>
          <w:rFonts w:ascii="Georgia" w:hAnsi="Georgia"/>
          <w:b/>
          <w:color w:val="17324D"/>
          <w:sz w:val="30"/>
        </w:rPr>
        <w:t xml:space="preserve">Q9. </w:t>
      </w:r>
      <w:r>
        <w:rPr>
          <w:b/>
          <w:sz w:val="28"/>
        </w:rPr>
        <w:t>If log₂(x+1)=log₂(3x−5), then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5</w:t>
      </w:r>
    </w:p>
    <w:p>
      <w:r>
        <w:rPr>
          <w:rFonts w:ascii="Georgia" w:hAnsi="Georgia"/>
          <w:b/>
          <w:color w:val="17324D"/>
          <w:sz w:val="30"/>
        </w:rPr>
        <w:t xml:space="preserve">Q10. </w:t>
      </w:r>
      <w:r>
        <w:rPr>
          <w:b/>
          <w:sz w:val="28"/>
        </w:rPr>
        <w:t>Solve log₃(x−1)+log₃(x+1)=2.</w:t>
      </w:r>
    </w:p>
    <w:p>
      <w:pPr>
        <w:spacing w:after="20"/>
        <w:ind w:left="403"/>
      </w:pPr>
      <w:r>
        <w:rPr>
          <w:sz w:val="24"/>
        </w:rPr>
        <w:t>(a) √10</w:t>
      </w:r>
    </w:p>
    <w:p>
      <w:pPr>
        <w:spacing w:after="20"/>
        <w:ind w:left="403"/>
      </w:pPr>
      <w:r>
        <w:rPr>
          <w:sz w:val="24"/>
        </w:rPr>
        <w:t>(b) √11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5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Always check the logarithm domain: every logarithm argument must be positive.</w:t>
            </w:r>
          </w:p>
        </w:tc>
      </w:tr>
    </w:tbl>
    <w:p/>
    <w:p>
      <w:r>
        <w:rPr>
          <w:rFonts w:ascii="Georgia" w:hAnsi="Georgia"/>
          <w:b/>
          <w:color w:val="17324D"/>
          <w:sz w:val="30"/>
        </w:rPr>
        <w:t xml:space="preserve">Q11. </w:t>
      </w:r>
      <w:r>
        <w:rPr>
          <w:b/>
          <w:sz w:val="28"/>
        </w:rPr>
        <w:t>If logₐ16=4, then logₐ64 is:</w:t>
      </w:r>
    </w:p>
    <w:p>
      <w:pPr>
        <w:spacing w:after="20"/>
        <w:ind w:left="403"/>
      </w:pPr>
      <w:r>
        <w:rPr>
          <w:sz w:val="24"/>
        </w:rPr>
        <w:t>(a) 5</w:t>
      </w:r>
    </w:p>
    <w:p>
      <w:pPr>
        <w:spacing w:after="20"/>
        <w:ind w:left="403"/>
      </w:pPr>
      <w:r>
        <w:rPr>
          <w:sz w:val="24"/>
        </w:rPr>
        <w:t>(b) 6</w:t>
      </w:r>
    </w:p>
    <w:p>
      <w:pPr>
        <w:spacing w:after="20"/>
        <w:ind w:left="403"/>
      </w:pPr>
      <w:r>
        <w:rPr>
          <w:sz w:val="24"/>
        </w:rPr>
        <w:t>(c) 8</w:t>
      </w:r>
    </w:p>
    <w:p>
      <w:pPr>
        <w:spacing w:after="20"/>
        <w:ind w:left="403"/>
      </w:pPr>
      <w:r>
        <w:rPr>
          <w:sz w:val="24"/>
        </w:rPr>
        <w:t>(d) 16</w:t>
      </w:r>
    </w:p>
    <w:p>
      <w:r>
        <w:rPr>
          <w:rFonts w:ascii="Georgia" w:hAnsi="Georgia"/>
          <w:b/>
          <w:color w:val="17324D"/>
          <w:sz w:val="30"/>
        </w:rPr>
        <w:t xml:space="preserve">Q12. </w:t>
      </w:r>
      <w:r>
        <w:rPr>
          <w:b/>
          <w:sz w:val="28"/>
        </w:rPr>
        <w:t>If log₂x + log₄x = 6, then x is:</w:t>
      </w:r>
    </w:p>
    <w:p>
      <w:pPr>
        <w:spacing w:after="20"/>
        <w:ind w:left="403"/>
      </w:pPr>
      <w:r>
        <w:rPr>
          <w:sz w:val="24"/>
        </w:rPr>
        <w:t>(a) 16</w:t>
      </w:r>
    </w:p>
    <w:p>
      <w:pPr>
        <w:spacing w:after="20"/>
        <w:ind w:left="403"/>
      </w:pPr>
      <w:r>
        <w:rPr>
          <w:sz w:val="24"/>
        </w:rPr>
        <w:t>(b) 32</w:t>
      </w:r>
    </w:p>
    <w:p>
      <w:pPr>
        <w:spacing w:after="20"/>
        <w:ind w:left="403"/>
      </w:pPr>
      <w:r>
        <w:rPr>
          <w:sz w:val="24"/>
        </w:rPr>
        <w:t>(c) 64</w:t>
      </w:r>
    </w:p>
    <w:p>
      <w:pPr>
        <w:spacing w:after="20"/>
        <w:ind w:left="403"/>
      </w:pPr>
      <w:r>
        <w:rPr>
          <w:sz w:val="24"/>
        </w:rPr>
        <w:t>(d) 128</w:t>
      </w:r>
    </w:p>
    <w:p>
      <w:r>
        <w:rPr>
          <w:rFonts w:ascii="Georgia" w:hAnsi="Georgia"/>
          <w:b/>
          <w:color w:val="17324D"/>
          <w:sz w:val="30"/>
        </w:rPr>
        <w:t xml:space="preserve">Q13. </w:t>
      </w:r>
      <w:r>
        <w:rPr>
          <w:b/>
          <w:sz w:val="28"/>
        </w:rPr>
        <w:t>If log₂x = log₄16, then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4</w:t>
      </w:r>
    </w:p>
    <w:p>
      <w:pPr>
        <w:spacing w:after="20"/>
        <w:ind w:left="403"/>
      </w:pPr>
      <w:r>
        <w:rPr>
          <w:sz w:val="24"/>
        </w:rPr>
        <w:t>(c) 8</w:t>
      </w:r>
    </w:p>
    <w:p>
      <w:pPr>
        <w:spacing w:after="20"/>
        <w:ind w:left="403"/>
      </w:pPr>
      <w:r>
        <w:rPr>
          <w:sz w:val="24"/>
        </w:rPr>
        <w:t>(d) 16</w:t>
      </w:r>
    </w:p>
    <w:p>
      <w:r>
        <w:rPr>
          <w:rFonts w:ascii="Georgia" w:hAnsi="Georgia"/>
          <w:b/>
          <w:color w:val="17324D"/>
          <w:sz w:val="30"/>
        </w:rPr>
        <w:t xml:space="preserve">Q14. </w:t>
      </w:r>
      <w:r>
        <w:rPr>
          <w:b/>
          <w:sz w:val="28"/>
        </w:rPr>
        <w:t>If log₃x + log₉x = 6, then x equals:</w:t>
      </w:r>
    </w:p>
    <w:p>
      <w:pPr>
        <w:spacing w:after="20"/>
        <w:ind w:left="403"/>
      </w:pPr>
      <w:r>
        <w:rPr>
          <w:sz w:val="24"/>
        </w:rPr>
        <w:t>(a) 3³</w:t>
      </w:r>
    </w:p>
    <w:p>
      <w:pPr>
        <w:spacing w:after="20"/>
        <w:ind w:left="403"/>
      </w:pPr>
      <w:r>
        <w:rPr>
          <w:sz w:val="24"/>
        </w:rPr>
        <w:t>(b) 3⁴</w:t>
      </w:r>
    </w:p>
    <w:p>
      <w:pPr>
        <w:spacing w:after="20"/>
        <w:ind w:left="403"/>
      </w:pPr>
      <w:r>
        <w:rPr>
          <w:sz w:val="24"/>
        </w:rPr>
        <w:t>(c) 3⁵</w:t>
      </w:r>
    </w:p>
    <w:p>
      <w:pPr>
        <w:spacing w:after="20"/>
        <w:ind w:left="403"/>
      </w:pPr>
      <w:r>
        <w:rPr>
          <w:sz w:val="24"/>
        </w:rPr>
        <w:t>(d) 3⁶</w:t>
      </w:r>
    </w:p>
    <w:p>
      <w:r>
        <w:rPr>
          <w:rFonts w:ascii="Georgia" w:hAnsi="Georgia"/>
          <w:b/>
          <w:color w:val="17324D"/>
          <w:sz w:val="30"/>
        </w:rPr>
        <w:t xml:space="preserve">Q15. </w:t>
      </w:r>
      <w:r>
        <w:rPr>
          <w:b/>
          <w:sz w:val="28"/>
        </w:rPr>
        <w:t>For a&gt;0, a≠1, logₐ1 is:</w:t>
      </w:r>
    </w:p>
    <w:p>
      <w:pPr>
        <w:spacing w:after="20"/>
        <w:ind w:left="403"/>
      </w:pPr>
      <w:r>
        <w:rPr>
          <w:sz w:val="24"/>
        </w:rPr>
        <w:t>(a) 0</w:t>
      </w:r>
    </w:p>
    <w:p>
      <w:pPr>
        <w:spacing w:after="20"/>
        <w:ind w:left="403"/>
      </w:pPr>
      <w:r>
        <w:rPr>
          <w:sz w:val="24"/>
        </w:rPr>
        <w:t>(b) 1</w:t>
      </w:r>
    </w:p>
    <w:p>
      <w:pPr>
        <w:spacing w:after="20"/>
        <w:ind w:left="403"/>
      </w:pPr>
      <w:r>
        <w:rPr>
          <w:sz w:val="24"/>
        </w:rPr>
        <w:t>(c) a</w:t>
      </w:r>
    </w:p>
    <w:p>
      <w:pPr>
        <w:spacing w:after="20"/>
        <w:ind w:left="403"/>
      </w:pPr>
      <w:r>
        <w:rPr>
          <w:sz w:val="24"/>
        </w:rPr>
        <w:t>(d) undefined</w:t>
      </w:r>
    </w:p>
    <w:p>
      <w:r>
        <w:rPr>
          <w:rFonts w:ascii="Georgia" w:hAnsi="Georgia"/>
          <w:b/>
          <w:color w:val="17324D"/>
          <w:sz w:val="30"/>
        </w:rPr>
        <w:t xml:space="preserve">Q16. </w:t>
      </w:r>
      <w:r>
        <w:rPr>
          <w:b/>
          <w:sz w:val="28"/>
        </w:rPr>
        <w:t>If log₂(x²−5x+6)=1, possible x values are:</w:t>
      </w:r>
    </w:p>
    <w:p>
      <w:pPr>
        <w:spacing w:after="20"/>
        <w:ind w:left="403"/>
      </w:pPr>
      <w:r>
        <w:rPr>
          <w:sz w:val="24"/>
        </w:rPr>
        <w:t>(a) 1,4</w:t>
      </w:r>
    </w:p>
    <w:p>
      <w:pPr>
        <w:spacing w:after="20"/>
        <w:ind w:left="403"/>
      </w:pPr>
      <w:r>
        <w:rPr>
          <w:sz w:val="24"/>
        </w:rPr>
        <w:t>(b) 2,3</w:t>
      </w:r>
    </w:p>
    <w:p>
      <w:pPr>
        <w:spacing w:after="20"/>
        <w:ind w:left="403"/>
      </w:pPr>
      <w:r>
        <w:rPr>
          <w:sz w:val="24"/>
        </w:rPr>
        <w:t>(c) 0,5</w:t>
      </w:r>
    </w:p>
    <w:p>
      <w:pPr>
        <w:spacing w:after="20"/>
        <w:ind w:left="403"/>
      </w:pPr>
      <w:r>
        <w:rPr>
          <w:sz w:val="24"/>
        </w:rPr>
        <w:t>(d) 1,5</w:t>
      </w:r>
    </w:p>
    <w:p>
      <w:r>
        <w:rPr>
          <w:rFonts w:ascii="Georgia" w:hAnsi="Georgia"/>
          <w:b/>
          <w:color w:val="17324D"/>
          <w:sz w:val="30"/>
        </w:rPr>
        <w:t xml:space="preserve">Q17. </w:t>
      </w:r>
      <w:r>
        <w:rPr>
          <w:b/>
          <w:sz w:val="28"/>
        </w:rPr>
        <w:t>Solve log₂(x−1)&gt;3.</w:t>
      </w:r>
    </w:p>
    <w:p>
      <w:pPr>
        <w:spacing w:after="20"/>
        <w:ind w:left="403"/>
      </w:pPr>
      <w:r>
        <w:rPr>
          <w:sz w:val="24"/>
        </w:rPr>
        <w:t>(a) x&gt;7</w:t>
      </w:r>
    </w:p>
    <w:p>
      <w:pPr>
        <w:spacing w:after="20"/>
        <w:ind w:left="403"/>
      </w:pPr>
      <w:r>
        <w:rPr>
          <w:sz w:val="24"/>
        </w:rPr>
        <w:t>(b) x&gt;8</w:t>
      </w:r>
    </w:p>
    <w:p>
      <w:pPr>
        <w:spacing w:after="20"/>
        <w:ind w:left="403"/>
      </w:pPr>
      <w:r>
        <w:rPr>
          <w:sz w:val="24"/>
        </w:rPr>
        <w:t>(c) x&lt;8</w:t>
      </w:r>
    </w:p>
    <w:p>
      <w:pPr>
        <w:spacing w:after="20"/>
        <w:ind w:left="403"/>
      </w:pPr>
      <w:r>
        <w:rPr>
          <w:sz w:val="24"/>
        </w:rPr>
        <w:t>(d) x≥8</w:t>
      </w:r>
    </w:p>
    <w:p>
      <w:r>
        <w:rPr>
          <w:rFonts w:ascii="Georgia" w:hAnsi="Georgia"/>
          <w:b/>
          <w:color w:val="17324D"/>
          <w:sz w:val="30"/>
        </w:rPr>
        <w:t xml:space="preserve">Q18. </w:t>
      </w:r>
      <w:r>
        <w:rPr>
          <w:b/>
          <w:sz w:val="28"/>
        </w:rPr>
        <w:t>Solve log₁/₂x&gt;2.</w:t>
      </w:r>
    </w:p>
    <w:p>
      <w:pPr>
        <w:spacing w:after="20"/>
        <w:ind w:left="403"/>
      </w:pPr>
      <w:r>
        <w:rPr>
          <w:sz w:val="24"/>
        </w:rPr>
        <w:t>(a) x&gt;4</w:t>
      </w:r>
    </w:p>
    <w:p>
      <w:pPr>
        <w:spacing w:after="20"/>
        <w:ind w:left="403"/>
      </w:pPr>
      <w:r>
        <w:rPr>
          <w:sz w:val="24"/>
        </w:rPr>
        <w:t>(b) x&lt;4</w:t>
      </w:r>
    </w:p>
    <w:p>
      <w:pPr>
        <w:spacing w:after="20"/>
        <w:ind w:left="403"/>
      </w:pPr>
      <w:r>
        <w:rPr>
          <w:sz w:val="24"/>
        </w:rPr>
        <w:t>(c) x&gt;2</w:t>
      </w:r>
    </w:p>
    <w:p>
      <w:pPr>
        <w:spacing w:after="20"/>
        <w:ind w:left="403"/>
      </w:pPr>
      <w:r>
        <w:rPr>
          <w:sz w:val="24"/>
        </w:rPr>
        <w:t>(d) x&lt;2</w:t>
      </w:r>
    </w:p>
    <w:p>
      <w:r>
        <w:rPr>
          <w:rFonts w:ascii="Georgia" w:hAnsi="Georgia"/>
          <w:b/>
          <w:color w:val="17324D"/>
          <w:sz w:val="30"/>
        </w:rPr>
        <w:t xml:space="preserve">Q19. </w:t>
      </w:r>
      <w:r>
        <w:rPr>
          <w:b/>
          <w:sz w:val="28"/>
        </w:rPr>
        <w:t>If log₂x+log₂(x−4)=3, x is:</w:t>
      </w:r>
    </w:p>
    <w:p>
      <w:pPr>
        <w:spacing w:after="20"/>
        <w:ind w:left="403"/>
      </w:pPr>
      <w:r>
        <w:rPr>
          <w:sz w:val="24"/>
        </w:rPr>
        <w:t>(a) 4</w:t>
      </w:r>
    </w:p>
    <w:p>
      <w:pPr>
        <w:spacing w:after="20"/>
        <w:ind w:left="403"/>
      </w:pPr>
      <w:r>
        <w:rPr>
          <w:sz w:val="24"/>
        </w:rPr>
        <w:t>(b) 2+√12</w:t>
      </w:r>
    </w:p>
    <w:p>
      <w:pPr>
        <w:spacing w:after="20"/>
        <w:ind w:left="403"/>
      </w:pPr>
      <w:r>
        <w:rPr>
          <w:sz w:val="24"/>
        </w:rPr>
        <w:t>(c) 2+√20</w:t>
      </w:r>
    </w:p>
    <w:p>
      <w:pPr>
        <w:spacing w:after="20"/>
        <w:ind w:left="403"/>
      </w:pPr>
      <w:r>
        <w:rPr>
          <w:sz w:val="24"/>
        </w:rPr>
        <w:t>(d) 4+√12</w:t>
      </w:r>
    </w:p>
    <w:p>
      <w:r>
        <w:rPr>
          <w:rFonts w:ascii="Georgia" w:hAnsi="Georgia"/>
          <w:b/>
          <w:color w:val="17324D"/>
          <w:sz w:val="30"/>
        </w:rPr>
        <w:t xml:space="preserve">Q20. </w:t>
      </w:r>
      <w:r>
        <w:rPr>
          <w:b/>
          <w:sz w:val="28"/>
        </w:rPr>
        <w:t>If log₅(x−1)=log₂₅(x+3), the valid x is:</w:t>
      </w:r>
    </w:p>
    <w:p>
      <w:pPr>
        <w:spacing w:after="20"/>
        <w:ind w:left="403"/>
      </w:pPr>
      <w:r>
        <w:rPr>
          <w:sz w:val="24"/>
        </w:rPr>
        <w:t>(a) 1</w:t>
      </w:r>
    </w:p>
    <w:p>
      <w:pPr>
        <w:spacing w:after="20"/>
        <w:ind w:left="403"/>
      </w:pPr>
      <w:r>
        <w:rPr>
          <w:sz w:val="24"/>
        </w:rPr>
        <w:t>(b) 2</w:t>
      </w:r>
    </w:p>
    <w:p>
      <w:pPr>
        <w:spacing w:after="20"/>
        <w:ind w:left="403"/>
      </w:pPr>
      <w:r>
        <w:rPr>
          <w:sz w:val="24"/>
        </w:rPr>
        <w:t>(c) (3+√17)/2</w:t>
      </w:r>
    </w:p>
    <w:p>
      <w:pPr>
        <w:spacing w:after="20"/>
        <w:ind w:left="403"/>
      </w:pPr>
      <w:r>
        <w:rPr>
          <w:sz w:val="24"/>
        </w:rPr>
        <w:t>(d) 7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Always check the logarithm domain: every logarithm argument must be positive.</w:t>
            </w:r>
          </w:p>
        </w:tc>
      </w:tr>
    </w:tbl>
    <w:p/>
    <w:p>
      <w:r>
        <w:rPr>
          <w:rFonts w:ascii="Georgia" w:hAnsi="Georgia"/>
          <w:b/>
          <w:color w:val="17324D"/>
          <w:sz w:val="30"/>
        </w:rPr>
        <w:t xml:space="preserve">Q21. </w:t>
      </w:r>
      <w:r>
        <w:rPr>
          <w:b/>
          <w:sz w:val="28"/>
        </w:rPr>
        <w:t>The value of log81/log3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9</w:t>
      </w:r>
    </w:p>
    <w:p>
      <w:r>
        <w:rPr>
          <w:rFonts w:ascii="Georgia" w:hAnsi="Georgia"/>
          <w:b/>
          <w:color w:val="17324D"/>
          <w:sz w:val="30"/>
        </w:rPr>
        <w:t xml:space="preserve">Q22. </w:t>
      </w:r>
      <w:r>
        <w:rPr>
          <w:b/>
          <w:sz w:val="28"/>
        </w:rPr>
        <w:t>If log₂7=a, then log₂49 is:</w:t>
      </w:r>
    </w:p>
    <w:p>
      <w:pPr>
        <w:spacing w:after="20"/>
        <w:ind w:left="403"/>
      </w:pPr>
      <w:r>
        <w:rPr>
          <w:sz w:val="24"/>
        </w:rPr>
        <w:t>(a) a</w:t>
      </w:r>
    </w:p>
    <w:p>
      <w:pPr>
        <w:spacing w:after="20"/>
        <w:ind w:left="403"/>
      </w:pPr>
      <w:r>
        <w:rPr>
          <w:sz w:val="24"/>
        </w:rPr>
        <w:t>(b) 2a</w:t>
      </w:r>
    </w:p>
    <w:p>
      <w:pPr>
        <w:spacing w:after="20"/>
        <w:ind w:left="403"/>
      </w:pPr>
      <w:r>
        <w:rPr>
          <w:sz w:val="24"/>
        </w:rPr>
        <w:t>(c) a²</w:t>
      </w:r>
    </w:p>
    <w:p>
      <w:pPr>
        <w:spacing w:after="20"/>
        <w:ind w:left="403"/>
      </w:pPr>
      <w:r>
        <w:rPr>
          <w:sz w:val="24"/>
        </w:rPr>
        <w:t>(d) 7a</w:t>
      </w:r>
    </w:p>
    <w:p>
      <w:r>
        <w:rPr>
          <w:rFonts w:ascii="Georgia" w:hAnsi="Georgia"/>
          <w:b/>
          <w:color w:val="17324D"/>
          <w:sz w:val="30"/>
        </w:rPr>
        <w:t xml:space="preserve">Q23. </w:t>
      </w:r>
      <w:r>
        <w:rPr>
          <w:b/>
          <w:sz w:val="28"/>
        </w:rPr>
        <w:t>If logₐb=3 and log_bc=2, then logₐc is:</w:t>
      </w:r>
    </w:p>
    <w:p>
      <w:pPr>
        <w:spacing w:after="20"/>
        <w:ind w:left="403"/>
      </w:pPr>
      <w:r>
        <w:rPr>
          <w:sz w:val="24"/>
        </w:rPr>
        <w:t>(a) 5</w:t>
      </w:r>
    </w:p>
    <w:p>
      <w:pPr>
        <w:spacing w:after="20"/>
        <w:ind w:left="403"/>
      </w:pPr>
      <w:r>
        <w:rPr>
          <w:sz w:val="24"/>
        </w:rPr>
        <w:t>(b) 6</w:t>
      </w:r>
    </w:p>
    <w:p>
      <w:pPr>
        <w:spacing w:after="20"/>
        <w:ind w:left="403"/>
      </w:pPr>
      <w:r>
        <w:rPr>
          <w:sz w:val="24"/>
        </w:rPr>
        <w:t>(c) 8</w:t>
      </w:r>
    </w:p>
    <w:p>
      <w:pPr>
        <w:spacing w:after="20"/>
        <w:ind w:left="403"/>
      </w:pPr>
      <w:r>
        <w:rPr>
          <w:sz w:val="24"/>
        </w:rPr>
        <w:t>(d) 9</w:t>
      </w:r>
    </w:p>
    <w:p>
      <w:r>
        <w:rPr>
          <w:rFonts w:ascii="Georgia" w:hAnsi="Georgia"/>
          <w:b/>
          <w:color w:val="17324D"/>
          <w:sz w:val="30"/>
        </w:rPr>
        <w:t xml:space="preserve">Q24. </w:t>
      </w:r>
      <w:r>
        <w:rPr>
          <w:b/>
          <w:sz w:val="28"/>
        </w:rPr>
        <w:t>If log₂x+log₂(x+2)=log₂15, then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5</w:t>
      </w:r>
    </w:p>
    <w:p>
      <w:r>
        <w:rPr>
          <w:rFonts w:ascii="Georgia" w:hAnsi="Georgia"/>
          <w:b/>
          <w:color w:val="17324D"/>
          <w:sz w:val="30"/>
        </w:rPr>
        <w:t xml:space="preserve">Q25. </w:t>
      </w:r>
      <w:r>
        <w:rPr>
          <w:b/>
          <w:sz w:val="28"/>
        </w:rPr>
        <w:t>The number of real solutions of log₂(x²−1)=2 is:</w:t>
      </w:r>
    </w:p>
    <w:p>
      <w:pPr>
        <w:spacing w:after="20"/>
        <w:ind w:left="403"/>
      </w:pPr>
      <w:r>
        <w:rPr>
          <w:sz w:val="24"/>
        </w:rPr>
        <w:t>(a) 0</w:t>
      </w:r>
    </w:p>
    <w:p>
      <w:pPr>
        <w:spacing w:after="20"/>
        <w:ind w:left="403"/>
      </w:pPr>
      <w:r>
        <w:rPr>
          <w:sz w:val="24"/>
        </w:rPr>
        <w:t>(b) 1</w:t>
      </w:r>
    </w:p>
    <w:p>
      <w:pPr>
        <w:spacing w:after="20"/>
        <w:ind w:left="403"/>
      </w:pPr>
      <w:r>
        <w:rPr>
          <w:sz w:val="24"/>
        </w:rPr>
        <w:t>(c) 2</w:t>
      </w:r>
    </w:p>
    <w:p>
      <w:pPr>
        <w:spacing w:after="20"/>
        <w:ind w:left="403"/>
      </w:pPr>
      <w:r>
        <w:rPr>
          <w:sz w:val="24"/>
        </w:rPr>
        <w:t>(d) 4</w:t>
      </w:r>
    </w:p>
    <w:p>
      <w:r>
        <w:rPr>
          <w:rFonts w:ascii="Georgia" w:hAnsi="Georgia"/>
          <w:b/>
          <w:color w:val="17324D"/>
          <w:sz w:val="30"/>
        </w:rPr>
        <w:t xml:space="preserve">Q26. </w:t>
      </w:r>
      <w:r>
        <w:rPr>
          <w:b/>
          <w:sz w:val="28"/>
        </w:rPr>
        <w:t>If log₃x+log₃(x−2)=1, the positive solution is:</w:t>
      </w:r>
    </w:p>
    <w:p>
      <w:pPr>
        <w:spacing w:after="20"/>
        <w:ind w:left="403"/>
      </w:pPr>
      <w:r>
        <w:rPr>
          <w:sz w:val="24"/>
        </w:rPr>
        <w:t>(a) 1</w:t>
      </w:r>
    </w:p>
    <w:p>
      <w:pPr>
        <w:spacing w:after="20"/>
        <w:ind w:left="403"/>
      </w:pPr>
      <w:r>
        <w:rPr>
          <w:sz w:val="24"/>
        </w:rPr>
        <w:t>(b) 2</w:t>
      </w:r>
    </w:p>
    <w:p>
      <w:pPr>
        <w:spacing w:after="20"/>
        <w:ind w:left="403"/>
      </w:pPr>
      <w:r>
        <w:rPr>
          <w:sz w:val="24"/>
        </w:rPr>
        <w:t>(c) 3</w:t>
      </w:r>
    </w:p>
    <w:p>
      <w:pPr>
        <w:spacing w:after="20"/>
        <w:ind w:left="403"/>
      </w:pPr>
      <w:r>
        <w:rPr>
          <w:sz w:val="24"/>
        </w:rPr>
        <w:t>(d) 1+√10</w:t>
      </w:r>
    </w:p>
    <w:p>
      <w:r>
        <w:rPr>
          <w:rFonts w:ascii="Georgia" w:hAnsi="Georgia"/>
          <w:b/>
          <w:color w:val="17324D"/>
          <w:sz w:val="30"/>
        </w:rPr>
        <w:t xml:space="preserve">Q27. </w:t>
      </w:r>
      <w:r>
        <w:rPr>
          <w:b/>
          <w:sz w:val="28"/>
        </w:rPr>
        <w:t>If logₐb=1/2, which is necessarily true?</w:t>
      </w:r>
    </w:p>
    <w:p>
      <w:pPr>
        <w:spacing w:after="20"/>
        <w:ind w:left="403"/>
      </w:pPr>
      <w:r>
        <w:rPr>
          <w:sz w:val="24"/>
        </w:rPr>
        <w:t>(a) a=b²</w:t>
      </w:r>
    </w:p>
    <w:p>
      <w:pPr>
        <w:spacing w:after="20"/>
        <w:ind w:left="403"/>
      </w:pPr>
      <w:r>
        <w:rPr>
          <w:sz w:val="24"/>
        </w:rPr>
        <w:t>(b) b=a²</w:t>
      </w:r>
    </w:p>
    <w:p>
      <w:pPr>
        <w:spacing w:after="20"/>
        <w:ind w:left="403"/>
      </w:pPr>
      <w:r>
        <w:rPr>
          <w:sz w:val="24"/>
        </w:rPr>
        <w:t>(c) a=2b</w:t>
      </w:r>
    </w:p>
    <w:p>
      <w:pPr>
        <w:spacing w:after="20"/>
        <w:ind w:left="403"/>
      </w:pPr>
      <w:r>
        <w:rPr>
          <w:sz w:val="24"/>
        </w:rPr>
        <w:t>(d) b=2a</w:t>
      </w:r>
    </w:p>
    <w:p>
      <w:r>
        <w:rPr>
          <w:rFonts w:ascii="Georgia" w:hAnsi="Georgia"/>
          <w:b/>
          <w:color w:val="17324D"/>
          <w:sz w:val="30"/>
        </w:rPr>
        <w:t xml:space="preserve">Q28. </w:t>
      </w:r>
      <w:r>
        <w:rPr>
          <w:b/>
          <w:sz w:val="28"/>
        </w:rPr>
        <w:t>If log₂x=3−log₂(x−2), then x is:</w:t>
      </w:r>
    </w:p>
    <w:p>
      <w:pPr>
        <w:spacing w:after="20"/>
        <w:ind w:left="403"/>
      </w:pPr>
      <w:r>
        <w:rPr>
          <w:sz w:val="24"/>
        </w:rPr>
        <w:t>(a) 2</w:t>
      </w:r>
    </w:p>
    <w:p>
      <w:pPr>
        <w:spacing w:after="20"/>
        <w:ind w:left="403"/>
      </w:pPr>
      <w:r>
        <w:rPr>
          <w:sz w:val="24"/>
        </w:rPr>
        <w:t>(b) 3</w:t>
      </w:r>
    </w:p>
    <w:p>
      <w:pPr>
        <w:spacing w:after="20"/>
        <w:ind w:left="403"/>
      </w:pPr>
      <w:r>
        <w:rPr>
          <w:sz w:val="24"/>
        </w:rPr>
        <w:t>(c) 4</w:t>
      </w:r>
    </w:p>
    <w:p>
      <w:pPr>
        <w:spacing w:after="20"/>
        <w:ind w:left="403"/>
      </w:pPr>
      <w:r>
        <w:rPr>
          <w:sz w:val="24"/>
        </w:rPr>
        <w:t>(d) 6</w:t>
      </w:r>
    </w:p>
    <w:p>
      <w:r>
        <w:rPr>
          <w:rFonts w:ascii="Georgia" w:hAnsi="Georgia"/>
          <w:b/>
          <w:color w:val="17324D"/>
          <w:sz w:val="30"/>
        </w:rPr>
        <w:t xml:space="preserve">Q29. </w:t>
      </w:r>
      <w:r>
        <w:rPr>
          <w:b/>
          <w:sz w:val="28"/>
        </w:rPr>
        <w:t>If log₃x+log₃(x−6)=2, the valid x is:</w:t>
      </w:r>
    </w:p>
    <w:p>
      <w:pPr>
        <w:spacing w:after="20"/>
        <w:ind w:left="403"/>
      </w:pPr>
      <w:r>
        <w:rPr>
          <w:sz w:val="24"/>
        </w:rPr>
        <w:t>(a) 6</w:t>
      </w:r>
    </w:p>
    <w:p>
      <w:pPr>
        <w:spacing w:after="20"/>
        <w:ind w:left="403"/>
      </w:pPr>
      <w:r>
        <w:rPr>
          <w:sz w:val="24"/>
        </w:rPr>
        <w:t>(b) 3+√18</w:t>
      </w:r>
    </w:p>
    <w:p>
      <w:pPr>
        <w:spacing w:after="20"/>
        <w:ind w:left="403"/>
      </w:pPr>
      <w:r>
        <w:rPr>
          <w:sz w:val="24"/>
        </w:rPr>
        <w:t>(c) 3+3√2</w:t>
      </w:r>
    </w:p>
    <w:p>
      <w:pPr>
        <w:spacing w:after="20"/>
        <w:ind w:left="403"/>
      </w:pPr>
      <w:r>
        <w:rPr>
          <w:sz w:val="24"/>
        </w:rPr>
        <w:t>(d) 9</w:t>
      </w:r>
    </w:p>
    <w:p>
      <w:r>
        <w:rPr>
          <w:rFonts w:ascii="Georgia" w:hAnsi="Georgia"/>
          <w:b/>
          <w:color w:val="17324D"/>
          <w:sz w:val="30"/>
        </w:rPr>
        <w:t xml:space="preserve">Q30. </w:t>
      </w:r>
      <w:r>
        <w:rPr>
          <w:b/>
          <w:sz w:val="28"/>
        </w:rPr>
        <w:t>If log₂x+log₄x+log₈x=11, x equals:</w:t>
      </w:r>
    </w:p>
    <w:p>
      <w:pPr>
        <w:spacing w:after="20"/>
        <w:ind w:left="403"/>
      </w:pPr>
      <w:r>
        <w:rPr>
          <w:sz w:val="24"/>
        </w:rPr>
        <w:t>(a) 2⁶</w:t>
      </w:r>
    </w:p>
    <w:p>
      <w:pPr>
        <w:spacing w:after="20"/>
        <w:ind w:left="403"/>
      </w:pPr>
      <w:r>
        <w:rPr>
          <w:sz w:val="24"/>
        </w:rPr>
        <w:t>(b) 2⁷</w:t>
      </w:r>
    </w:p>
    <w:p>
      <w:pPr>
        <w:spacing w:after="20"/>
        <w:ind w:left="403"/>
      </w:pPr>
      <w:r>
        <w:rPr>
          <w:sz w:val="24"/>
        </w:rPr>
        <w:t>(c) 2⁸</w:t>
      </w:r>
    </w:p>
    <w:p>
      <w:pPr>
        <w:spacing w:after="20"/>
        <w:ind w:left="403"/>
      </w:pPr>
      <w:r>
        <w:rPr>
          <w:sz w:val="24"/>
        </w:rPr>
        <w:t>(d) 2⁹</w:t>
      </w:r>
    </w:p>
    <w:p>
      <w:pPr>
        <w:pStyle w:val="Heading1"/>
      </w:pPr>
      <w: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17324D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704"/>
            <w:shd w:fill="6B4E9B"/>
          </w:tcPr>
          <w:p>
            <w:r>
              <w:rPr>
                <w:b/>
                <w:color w:val="FFFFFF"/>
              </w:rPr>
              <w:t>Answer</w:t>
            </w:r>
          </w:p>
        </w:tc>
        <w:tc>
          <w:tcPr>
            <w:tcW w:type="dxa" w:w="1704"/>
            <w:shd w:fill="17324D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704"/>
            <w:shd w:fill="6B4E9B"/>
          </w:tcPr>
          <w:p>
            <w:r>
              <w:rPr>
                <w:b/>
                <w:color w:val="FFFFFF"/>
              </w:rPr>
              <w:t>Answer</w:t>
            </w:r>
          </w:p>
        </w:tc>
        <w:tc>
          <w:tcPr>
            <w:tcW w:type="dxa" w:w="1704"/>
            <w:shd w:fill="17324D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704"/>
            <w:shd w:fill="6B4E9B"/>
          </w:tcPr>
          <w:p>
            <w:r>
              <w:rPr>
                <w:b/>
                <w:color w:val="FFFFFF"/>
              </w:rPr>
              <w:t>Answer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(—)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(—)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(—)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t>(a)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2⁵=32.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x−2=9, so x=11.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5+3−3=5.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(logₐx+logₐy)−(logₐx−logₐy)=2logₐy.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Q5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x(x−2)=8, giving x=4 in the valid domain.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Q6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2log₃5=log₃25, so x=25.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Q7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The product telescopes to log₂16=4.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Q8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x⁴=81=3⁴, so x=3.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x+1=3x−5, so x=3.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Q10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x²−1=9, hence x=√10 in the domain.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Q11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a⁴=16, so a=2; log₂64=6.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Q12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Let y=log₂x. Then y+y/2=6, so y=4 and x=16.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log₄16=2, hence log₂x=2 and x=4.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Let y=log₃x. Then y+y/2=6, so y=4 and x=3⁴.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Q15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logₐ1=0.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Q16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x²−5x+6=2 ⇒ (x−1)(x−4)=0.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Q17  •  Correct Answer: —</w:t>
            </w:r>
          </w:p>
          <w:p>
            <w:r>
              <w:rPr>
                <w:b/>
              </w:rPr>
              <w:t xml:space="preserve">Explanation: </w:t>
            </w:r>
            <w:r>
              <w:t>x−1&gt;8, so x&gt;9. The supplied options contain no correct answer.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Q18  •  Correct Answer: —</w:t>
            </w:r>
          </w:p>
          <w:p>
            <w:r>
              <w:rPr>
                <w:b/>
              </w:rPr>
              <w:t xml:space="preserve">Explanation: </w:t>
            </w:r>
            <w:r>
              <w:t>Base 1/2 is less than 1, so x&lt;1/4. The supplied options contain no correct answer.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Q19  •  Correct Answer: —</w:t>
            </w:r>
          </w:p>
          <w:p>
            <w:r>
              <w:rPr>
                <w:b/>
              </w:rPr>
              <w:t xml:space="preserve">Explanation: </w:t>
            </w:r>
            <w:r>
              <w:t>x(x−4)=8 ⇒ x=2+2√3 in the domain. No listed option exactly matches.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Q20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2log₅(x−1)=log₅(x+3), so (x−1)²=x+3. The valid root is (3+√17)/2.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Q21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log₃81=4.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Q22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log₂49=2log₂7=2a.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logₐc=(logₐb)(log_bc)=6.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x(x+2)=15 ⇒ x=3.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Q25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x²−1=4 ⇒ x=±√5, so 2 real solutions.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Q26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x(x−2)=3 ⇒ x=3 in the domain.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Q27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logₐb=1/2 ⇒ b=a^(1/2), hence a=b².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Q28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x(x−2)=8 ⇒ x=4 in the domain.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Q29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x²−6x−9=0 ⇒ x=3+3√2 in the domain.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Q30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Let y=log₂x. Then y+y/2+y/3=11 ⇒ y=6, so x=2⁶.</w:t>
            </w:r>
          </w:p>
        </w:tc>
      </w:tr>
    </w:tbl>
    <w:p/>
    <w:p>
      <w:pPr>
        <w:pStyle w:val="Heading1"/>
      </w:pPr>
      <w:r>
        <w:t>QUICK REVISION &amp;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2563A6"/>
                <w:sz w:val="22"/>
              </w:rPr>
              <w:t>DEFINITION</w:t>
              <w:br/>
            </w:r>
            <w:r>
              <w:rPr>
                <w:sz w:val="20"/>
              </w:rPr>
              <w:t>logₐb=x ⇔ aˣ=b, where a&gt;0, a≠1, b&gt;0.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087F8C"/>
                <w:sz w:val="22"/>
              </w:rPr>
              <w:t>PRODUCT RULE</w:t>
              <w:br/>
            </w:r>
            <w:r>
              <w:rPr>
                <w:sz w:val="20"/>
              </w:rPr>
              <w:t>logₐ(MN)=logₐM+logₐN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QUOTIENT RULE</w:t>
              <w:br/>
            </w:r>
            <w:r>
              <w:rPr>
                <w:sz w:val="20"/>
              </w:rPr>
              <w:t>logₐ(M/N)=logₐM−logₐN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POWER RULE</w:t>
              <w:br/>
            </w:r>
            <w:r>
              <w:rPr>
                <w:sz w:val="20"/>
              </w:rPr>
              <w:t>logₐ(Mⁿ)=n logₐM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3F7D4A"/>
                <w:sz w:val="22"/>
              </w:rPr>
              <w:t>CHANGE OF BASE</w:t>
              <w:br/>
            </w:r>
            <w:r>
              <w:rPr>
                <w:sz w:val="20"/>
              </w:rPr>
              <w:t>logₐb=(log_cb)/(log_ca)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C74B3A"/>
                <w:sz w:val="22"/>
              </w:rPr>
              <w:t>RECIPROCAL RULE</w:t>
              <w:br/>
            </w:r>
            <w:r>
              <w:rPr>
                <w:sz w:val="20"/>
              </w:rPr>
              <w:t>logₐb=1/(log_ba)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2563A6"/>
                <w:sz w:val="22"/>
              </w:rPr>
              <w:t>IMPORTANT VALUES</w:t>
              <w:br/>
            </w:r>
            <w:r>
              <w:rPr>
                <w:sz w:val="20"/>
              </w:rPr>
              <w:t>logₐ1=0; logₐa=1; logₐ(aⁿ)=n; a^(logₐb)=b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087F8C"/>
                <w:sz w:val="22"/>
              </w:rPr>
              <w:t>DOMAIN</w:t>
              <w:br/>
            </w:r>
            <w:r>
              <w:rPr>
                <w:sz w:val="20"/>
              </w:rPr>
              <w:t>For logₐx: a&gt;0, a≠1, x&gt;0.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INEQUALITIES</w:t>
              <w:br/>
            </w:r>
            <w:r>
              <w:rPr>
                <w:sz w:val="20"/>
              </w:rPr>
              <w:t>If a&gt;1, logarithm is increasing. If 0&lt;a&lt;1, it is decreasing and inequality directions reverse.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LOGARITHMS  |  30 Advanced MCQs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B4E9B"/>
        <w:sz w:val="16"/>
      </w:rPr>
      <w:t>MATHEMATICS  •  CHAPTER 5  •  LOGARITHMS  •  ADVANCED PRACTICE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7324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