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36"/>
        </w:rPr>
        <w:t>CHAPTER 5</w:t>
      </w:r>
    </w:p>
    <w:p>
      <w:pPr>
        <w:jc w:val="center"/>
      </w:pPr>
      <w:r>
        <w:rPr>
          <w:rFonts w:ascii="Georgia" w:hAnsi="Georgia"/>
          <w:b/>
          <w:color w:val="243447"/>
          <w:sz w:val="58"/>
        </w:rPr>
        <w:t>LOGARITHMS</w:t>
      </w:r>
    </w:p>
    <w:p>
      <w:pPr>
        <w:jc w:val="center"/>
      </w:pPr>
      <w:r>
        <w:rPr>
          <w:rFonts w:ascii="Trebuchet MS" w:hAnsi="Trebuchet MS"/>
          <w:color w:val="6A4C93"/>
          <w:sz w:val="24"/>
        </w:rPr>
        <w:t>Understand the power • Transform expressions • Solve efficiently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Build a strong understanding of logarithms from the definition to advanced equation-solving. Learn logarithm laws, change of base, exponential connections, equations, comparisons and useful shortcuts.</w:t>
            </w:r>
          </w:p>
        </w:tc>
      </w:tr>
    </w:tbl>
    <w:p/>
    <w:p>
      <w:pPr>
        <w:pStyle w:val="Heading1"/>
      </w:pPr>
      <w:r>
        <w:t>1. What Is a Logarithm?</w:t>
      </w:r>
    </w:p>
    <w:p>
      <w:r>
        <w:rPr>
          <w:rFonts w:ascii="Trebuchet MS" w:hAnsi="Trebuchet MS"/>
        </w:rPr>
        <w:t>A logarithm is another way of writing an exponential statement. If aᵇ = N, then logₐN = b. In words: the logarithm tells us the exponent to which the base must be raised to obtain the given number.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CORE IDEA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aᵇ = N  ⇔  logₐN = b</w:t>
              <w:br/>
              <w:t>Here a is the base, N is the argument, and b is the logarithm.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  |  Converting exponential form</w:t>
            </w:r>
          </w:p>
          <w:p>
            <w:r>
              <w:rPr>
                <w:b/>
              </w:rPr>
              <w:t xml:space="preserve">Question: </w:t>
            </w:r>
            <w:r>
              <w:t>Write 2⁵ = 32 in logarithmic form.</w:t>
            </w:r>
          </w:p>
          <w:p>
            <w:r>
              <w:rPr>
                <w:b/>
              </w:rPr>
              <w:t>Solution:</w:t>
              <w:br/>
            </w:r>
            <w:r>
              <w:t>The base is 2, the result is 32 and the exponent is 5. Therefore log₂32 = 5.</w:t>
            </w:r>
          </w:p>
          <w:p>
            <w:r>
              <w:rPr>
                <w:b/>
                <w:color w:val="243447"/>
              </w:rPr>
              <w:t>Final Answer: log₂32 = 5</w:t>
            </w:r>
          </w:p>
          <w:p>
            <w:r>
              <w:rPr>
                <w:b/>
              </w:rPr>
              <w:t xml:space="preserve">Key Learning: </w:t>
            </w:r>
            <w:r>
              <w:t>The exponent in exponential form becomes the value of the logarithm.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  |  Converting logarithmic form</w:t>
            </w:r>
          </w:p>
          <w:p>
            <w:r>
              <w:rPr>
                <w:b/>
              </w:rPr>
              <w:t xml:space="preserve">Question: </w:t>
            </w:r>
            <w:r>
              <w:t>Convert log₃81 = 4 into exponential form.</w:t>
            </w:r>
          </w:p>
          <w:p>
            <w:r>
              <w:rPr>
                <w:b/>
              </w:rPr>
              <w:t>Solution:</w:t>
              <w:br/>
            </w:r>
            <w:r>
              <w:t>The base is 3, the logarithm is 4 and the argument is 81. Hence 3⁴=81.</w:t>
            </w:r>
          </w:p>
          <w:p>
            <w:r>
              <w:rPr>
                <w:b/>
                <w:color w:val="243447"/>
              </w:rPr>
              <w:t>Final Answer: 3⁴ = 81</w:t>
            </w:r>
          </w:p>
        </w:tc>
      </w:tr>
    </w:tbl>
    <w:p/>
    <w:p>
      <w:pPr>
        <w:pStyle w:val="Heading1"/>
      </w:pPr>
      <w:r>
        <w:t>2. Conditions for a Logarithm</w:t>
      </w:r>
    </w:p>
    <w:p>
      <w:r>
        <w:rPr>
          <w:rFonts w:ascii="Trebuchet MS" w:hAnsi="Trebuchet MS"/>
        </w:rPr>
        <w:t>For logₐx to be a real logarithm, the base must satisfy a&gt;0 and a≠1, while the argument must satisfy x&gt;0.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Part</w:t>
            </w:r>
          </w:p>
        </w:tc>
        <w:tc>
          <w:tcPr>
            <w:tcW w:type="dxa" w:w="3331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Condition</w:t>
            </w:r>
          </w:p>
        </w:tc>
        <w:tc>
          <w:tcPr>
            <w:tcW w:type="dxa" w:w="3331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Reason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Base a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 &gt; 0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 real logarithm needs a positive base.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Base a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 ≠ 1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 raised to every power remains 1.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Argument x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x &gt; 0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Real logarithms are defined only for positive arguments.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CONCEPT ALERT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logₐ0 and logₐ(negative number) are not real logarithms. Also, log₁x is not defined as an ordinary real logarithm.</w:t>
            </w:r>
          </w:p>
        </w:tc>
      </w:tr>
    </w:tbl>
    <w:p/>
    <w:p>
      <w:pPr>
        <w:pStyle w:val="Heading1"/>
      </w:pPr>
      <w:r>
        <w:t>3. Basic Logarithmic Values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Expression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Value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logₐ1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0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logₐa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logₐ(aⁿ)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a^(logₐx)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x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  |  Direct evaluation</w:t>
            </w:r>
          </w:p>
          <w:p>
            <w:r>
              <w:rPr>
                <w:b/>
              </w:rPr>
              <w:t xml:space="preserve">Question: </w:t>
            </w:r>
            <w:r>
              <w:t>Evaluate log₂64.</w:t>
            </w:r>
          </w:p>
          <w:p>
            <w:r>
              <w:rPr>
                <w:b/>
              </w:rPr>
              <w:t>Solution:</w:t>
              <w:br/>
            </w:r>
            <w:r>
              <w:t>Since 2⁶=64, log₂64=6.</w:t>
            </w:r>
          </w:p>
          <w:p>
            <w:r>
              <w:rPr>
                <w:b/>
                <w:color w:val="243447"/>
              </w:rPr>
              <w:t>Final Answer: 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4  |  Base and argument</w:t>
            </w:r>
          </w:p>
          <w:p>
            <w:r>
              <w:rPr>
                <w:b/>
              </w:rPr>
              <w:t xml:space="preserve">Question: </w:t>
            </w:r>
            <w:r>
              <w:t>Evaluate log₅(1/125).</w:t>
            </w:r>
          </w:p>
          <w:p>
            <w:r>
              <w:rPr>
                <w:b/>
              </w:rPr>
              <w:t>Solution:</w:t>
              <w:br/>
            </w:r>
            <w:r>
              <w:t>1/125=5⁻³. Therefore log₅(1/125)=−3.</w:t>
            </w:r>
          </w:p>
          <w:p>
            <w:r>
              <w:rPr>
                <w:b/>
                <w:color w:val="243447"/>
              </w:rPr>
              <w:t>Final Answer: −3</w:t>
            </w:r>
          </w:p>
        </w:tc>
      </w:tr>
    </w:tbl>
    <w:p/>
    <w:p>
      <w:pPr>
        <w:pStyle w:val="Heading1"/>
      </w:pPr>
      <w:r>
        <w:t>4. Laws of Logarithms</w:t>
      </w:r>
    </w:p>
    <w:p>
      <w:r>
        <w:rPr>
          <w:rFonts w:ascii="Trebuchet MS" w:hAnsi="Trebuchet MS"/>
        </w:rPr>
        <w:t>The logarithm laws convert multiplication into addition, division into subtraction, and powers into multiplication by the exponent. These laws are the main tools for simplifying logarithmic expressions.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PRODUCT LAW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logₐ(MN) = logₐM + logₐN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QUOTIENT LAW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logₐ(M/N) = logₐM − logₐN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POWER LAW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logₐ(Mⁿ) = n logₐM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IMPORTANT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The product, quotient and power laws require positive logarithm arguments in the real-number setting.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5  |  Product law</w:t>
            </w:r>
          </w:p>
          <w:p>
            <w:r>
              <w:rPr>
                <w:b/>
              </w:rPr>
              <w:t xml:space="preserve">Question: </w:t>
            </w:r>
            <w:r>
              <w:t>Simplify log₂8 + log₂4.</w:t>
            </w:r>
          </w:p>
          <w:p>
            <w:r>
              <w:rPr>
                <w:b/>
              </w:rPr>
              <w:t>Solution:</w:t>
              <w:br/>
            </w:r>
            <w:r>
              <w:t>Using the product law: log₂(8×4)=log₂32=5.</w:t>
            </w:r>
          </w:p>
          <w:p>
            <w:r>
              <w:rPr>
                <w:b/>
                <w:color w:val="243447"/>
              </w:rPr>
              <w:t>Final Answer: 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6  |  Quotient law</w:t>
            </w:r>
          </w:p>
          <w:p>
            <w:r>
              <w:rPr>
                <w:b/>
              </w:rPr>
              <w:t xml:space="preserve">Question: </w:t>
            </w:r>
            <w:r>
              <w:t>Simplify log₃81 − log₃9.</w:t>
            </w:r>
          </w:p>
          <w:p>
            <w:r>
              <w:rPr>
                <w:b/>
              </w:rPr>
              <w:t>Solution:</w:t>
              <w:br/>
            </w:r>
            <w:r>
              <w:t>Using the quotient law: log₃(81/9)=log₃9=2.</w:t>
            </w:r>
          </w:p>
          <w:p>
            <w:r>
              <w:rPr>
                <w:b/>
                <w:color w:val="243447"/>
              </w:rPr>
              <w:t>Final Answer: 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7  |  Power law</w:t>
            </w:r>
          </w:p>
          <w:p>
            <w:r>
              <w:rPr>
                <w:b/>
              </w:rPr>
              <w:t xml:space="preserve">Question: </w:t>
            </w:r>
            <w:r>
              <w:t>Simplify 3log₅2.</w:t>
            </w:r>
          </w:p>
          <w:p>
            <w:r>
              <w:rPr>
                <w:b/>
              </w:rPr>
              <w:t>Solution:</w:t>
              <w:br/>
            </w:r>
            <w:r>
              <w:t>Using the power law, 3log₅2 = log₅(2³)=log₅8.</w:t>
            </w:r>
          </w:p>
          <w:p>
            <w:r>
              <w:rPr>
                <w:b/>
                <w:color w:val="243447"/>
              </w:rPr>
              <w:t>Final Answer: log₅8</w:t>
            </w:r>
          </w:p>
        </w:tc>
      </w:tr>
    </w:tbl>
    <w:p/>
    <w:p>
      <w:pPr>
        <w:pStyle w:val="Heading1"/>
      </w:pPr>
      <w:r>
        <w:t>5. Expanding and Condensing Logarithmic Expressions</w:t>
      </w:r>
    </w:p>
    <w:p>
      <w:pPr>
        <w:pStyle w:val="Heading2"/>
      </w:pPr>
      <w:r>
        <w:t>Expansion</w:t>
      </w:r>
    </w:p>
    <w:p>
      <w:r>
        <w:rPr>
          <w:rFonts w:ascii="Trebuchet MS" w:hAnsi="Trebuchet MS"/>
        </w:rPr>
        <w:t>Use the product law to split products, the quotient law to split quotients, and the power law to remove exponents.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8  |  Expand a logarithm</w:t>
            </w:r>
          </w:p>
          <w:p>
            <w:r>
              <w:rPr>
                <w:b/>
              </w:rPr>
              <w:t xml:space="preserve">Question: </w:t>
            </w:r>
            <w:r>
              <w:t>Expand log₂(8x²/y), where x&gt;0 and y&gt;0.</w:t>
            </w:r>
          </w:p>
          <w:p>
            <w:r>
              <w:rPr>
                <w:b/>
              </w:rPr>
              <w:t>Solution:</w:t>
              <w:br/>
            </w:r>
            <w:r>
              <w:t>log₂(8x²/y)=log₂8 + log₂x² − log₂y = 3 + 2log₂x − log₂y.</w:t>
            </w:r>
          </w:p>
          <w:p>
            <w:r>
              <w:rPr>
                <w:b/>
                <w:color w:val="243447"/>
              </w:rPr>
              <w:t>Final Answer: 3 + 2log₂x − log₂y</w:t>
            </w:r>
          </w:p>
        </w:tc>
      </w:tr>
    </w:tbl>
    <w:p/>
    <w:p>
      <w:pPr>
        <w:pStyle w:val="Heading2"/>
      </w:pPr>
      <w:r>
        <w:t>Condensation</w:t>
      </w:r>
    </w:p>
    <w:p>
      <w:r>
        <w:rPr>
          <w:rFonts w:ascii="Trebuchet MS" w:hAnsi="Trebuchet MS"/>
        </w:rPr>
        <w:t>Reverse the laws to combine sums, differences and coefficients into a single logarithm.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9  |  Condense an expression</w:t>
            </w:r>
          </w:p>
          <w:p>
            <w:r>
              <w:rPr>
                <w:b/>
              </w:rPr>
              <w:t xml:space="preserve">Question: </w:t>
            </w:r>
            <w:r>
              <w:t>Condense 2log₃x + log₃y − log₃z.</w:t>
            </w:r>
          </w:p>
          <w:p>
            <w:r>
              <w:rPr>
                <w:b/>
              </w:rPr>
              <w:t>Solution:</w:t>
              <w:br/>
            </w:r>
            <w:r>
              <w:t>2log₃x=log₃x². Then product and quotient laws give log₃(x²y/z).</w:t>
            </w:r>
          </w:p>
          <w:p>
            <w:r>
              <w:rPr>
                <w:b/>
                <w:color w:val="243447"/>
              </w:rPr>
              <w:t>Final Answer: log₃(x²y/z)</w:t>
            </w:r>
          </w:p>
        </w:tc>
      </w:tr>
    </w:tbl>
    <w:p/>
    <w:p>
      <w:pPr>
        <w:pStyle w:val="Heading1"/>
      </w:pPr>
      <w:r>
        <w:t>6. Change of Base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CHANGE-OF-BASE FORMULA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logₐM = log_bM / log_ba, provided the logarithms are defined.</w:t>
            </w:r>
          </w:p>
        </w:tc>
      </w:tr>
    </w:tbl>
    <w:p/>
    <w:p>
      <w:r>
        <w:rPr>
          <w:rFonts w:ascii="Trebuchet MS" w:hAnsi="Trebuchet MS"/>
        </w:rPr>
        <w:t>The most common form is logₐM = log M / log a, where both logarithms on the right use the same base.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10  |  Change of base</w:t>
            </w:r>
          </w:p>
          <w:p>
            <w:r>
              <w:rPr>
                <w:b/>
              </w:rPr>
              <w:t xml:space="preserve">Question: </w:t>
            </w:r>
            <w:r>
              <w:t>Express log₂7 using common logarithms.</w:t>
            </w:r>
          </w:p>
          <w:p>
            <w:r>
              <w:rPr>
                <w:b/>
              </w:rPr>
              <w:t>Solution:</w:t>
              <w:br/>
            </w:r>
            <w:r>
              <w:t>log₂7 = log 7 / log 2.</w:t>
            </w:r>
          </w:p>
          <w:p>
            <w:r>
              <w:rPr>
                <w:b/>
                <w:color w:val="243447"/>
              </w:rPr>
              <w:t>Final Answer: log 7 / log 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11  |  Evaluate using change of base</w:t>
            </w:r>
          </w:p>
          <w:p>
            <w:r>
              <w:rPr>
                <w:b/>
              </w:rPr>
              <w:t xml:space="preserve">Question: </w:t>
            </w:r>
            <w:r>
              <w:t>Find log₄32.</w:t>
            </w:r>
          </w:p>
          <w:p>
            <w:r>
              <w:rPr>
                <w:b/>
              </w:rPr>
              <w:t>Solution:</w:t>
              <w:br/>
            </w:r>
            <w:r>
              <w:t>log₄32 = log₂32 / log₂4 = 5/2.</w:t>
            </w:r>
          </w:p>
          <w:p>
            <w:r>
              <w:rPr>
                <w:b/>
                <w:color w:val="243447"/>
              </w:rPr>
              <w:t>Final Answer: 5/2</w:t>
            </w:r>
          </w:p>
          <w:p>
            <w:r>
              <w:rPr>
                <w:b/>
              </w:rPr>
              <w:t xml:space="preserve">Key Learning: </w:t>
            </w:r>
            <w:r>
              <w:t>Choose a base that makes both the argument and base easy to evaluate.</w:t>
            </w:r>
          </w:p>
        </w:tc>
      </w:tr>
    </w:tbl>
    <w:p/>
    <w:p>
      <w:pPr>
        <w:pStyle w:val="Heading1"/>
      </w:pPr>
      <w:r>
        <w:t>7. Reciprocal and Related Identities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RECIPROCAL 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logₐb = 1 / log_ba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CHAIN 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logₐb × log_b c = logₐc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SPECIAL 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logₐb × log_ba = 1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12  |  Reciprocal identity</w:t>
            </w:r>
          </w:p>
          <w:p>
            <w:r>
              <w:rPr>
                <w:b/>
              </w:rPr>
              <w:t xml:space="preserve">Question: </w:t>
            </w:r>
            <w:r>
              <w:t>If log₂7 = k, express log₇2 in terms of k.</w:t>
            </w:r>
          </w:p>
          <w:p>
            <w:r>
              <w:rPr>
                <w:b/>
              </w:rPr>
              <w:t>Solution:</w:t>
              <w:br/>
            </w:r>
            <w:r>
              <w:t>By the reciprocal identity, log₇2 = 1/log₂7 = 1/k.</w:t>
            </w:r>
          </w:p>
          <w:p>
            <w:r>
              <w:rPr>
                <w:b/>
                <w:color w:val="243447"/>
              </w:rPr>
              <w:t>Final Answer: 1/k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13  |  Chain identity</w:t>
            </w:r>
          </w:p>
          <w:p>
            <w:r>
              <w:rPr>
                <w:b/>
              </w:rPr>
              <w:t xml:space="preserve">Question: </w:t>
            </w:r>
            <w:r>
              <w:t>Simplify log₂3 × log₃5.</w:t>
            </w:r>
          </w:p>
          <w:p>
            <w:r>
              <w:rPr>
                <w:b/>
              </w:rPr>
              <w:t>Solution:</w:t>
              <w:br/>
            </w:r>
            <w:r>
              <w:t>Using the chain identity, the product equals log₂5.</w:t>
            </w:r>
          </w:p>
          <w:p>
            <w:r>
              <w:rPr>
                <w:b/>
                <w:color w:val="243447"/>
              </w:rPr>
              <w:t>Final Answer: log₂5</w:t>
            </w:r>
          </w:p>
        </w:tc>
      </w:tr>
    </w:tbl>
    <w:p/>
    <w:p>
      <w:pPr>
        <w:pStyle w:val="Heading1"/>
      </w:pPr>
      <w:r>
        <w:t>8. Exponential and Logarithmic Equations</w:t>
      </w:r>
    </w:p>
    <w:p>
      <w:r>
        <w:rPr>
          <w:rFonts w:ascii="Trebuchet MS" w:hAnsi="Trebuchet MS"/>
        </w:rPr>
        <w:t>The key strategy is to convert both sides into the same base whenever possible, or convert the exponential equation into logarithmic form.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14  |  Basic logarithmic equation</w:t>
            </w:r>
          </w:p>
          <w:p>
            <w:r>
              <w:rPr>
                <w:b/>
              </w:rPr>
              <w:t xml:space="preserve">Question: </w:t>
            </w:r>
            <w:r>
              <w:t>Solve log₂x = 5.</w:t>
            </w:r>
          </w:p>
          <w:p>
            <w:r>
              <w:rPr>
                <w:b/>
              </w:rPr>
              <w:t>Solution:</w:t>
              <w:br/>
            </w:r>
            <w:r>
              <w:t>Convert to exponential form: x=2⁵=32.</w:t>
            </w:r>
          </w:p>
          <w:p>
            <w:r>
              <w:rPr>
                <w:b/>
                <w:color w:val="243447"/>
              </w:rPr>
              <w:t>Final Answer: x=32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15  |  Logarithmic equation with an expression</w:t>
            </w:r>
          </w:p>
          <w:p>
            <w:r>
              <w:rPr>
                <w:b/>
              </w:rPr>
              <w:t xml:space="preserve">Question: </w:t>
            </w:r>
            <w:r>
              <w:t>Solve log₃(x−1)=2.</w:t>
            </w:r>
          </w:p>
          <w:p>
            <w:r>
              <w:rPr>
                <w:b/>
              </w:rPr>
              <w:t>Solution:</w:t>
              <w:br/>
            </w:r>
            <w:r>
              <w:t>Convert to exponential form: x−1=3²=9. Hence x=10. The argument x−1 is positive, so the solution is valid.</w:t>
            </w:r>
          </w:p>
          <w:p>
            <w:r>
              <w:rPr>
                <w:b/>
                <w:color w:val="243447"/>
              </w:rPr>
              <w:t>Final Answer: x=10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16  |  Two logarithms</w:t>
            </w:r>
          </w:p>
          <w:p>
            <w:r>
              <w:rPr>
                <w:b/>
              </w:rPr>
              <w:t xml:space="preserve">Question: </w:t>
            </w:r>
            <w:r>
              <w:t>Solve log₂x + log₂4 = 5.</w:t>
            </w:r>
          </w:p>
          <w:p>
            <w:r>
              <w:rPr>
                <w:b/>
              </w:rPr>
              <w:t>Solution:</w:t>
              <w:br/>
            </w:r>
            <w:r>
              <w:t>Combine: log₂(4x)=5. Therefore 4x=32 and x=8.</w:t>
            </w:r>
          </w:p>
          <w:p>
            <w:r>
              <w:rPr>
                <w:b/>
                <w:color w:val="243447"/>
              </w:rPr>
              <w:t>Final Answer: x=8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17  |  Difference of logarithms</w:t>
            </w:r>
          </w:p>
          <w:p>
            <w:r>
              <w:rPr>
                <w:b/>
              </w:rPr>
              <w:t xml:space="preserve">Question: </w:t>
            </w:r>
            <w:r>
              <w:t>Solve log₅(x/25)=−1.</w:t>
            </w:r>
          </w:p>
          <w:p>
            <w:r>
              <w:rPr>
                <w:b/>
              </w:rPr>
              <w:t>Solution:</w:t>
              <w:br/>
            </w:r>
            <w:r>
              <w:t>Convert: x/25=5⁻¹=1/5. Hence x=5.</w:t>
            </w:r>
          </w:p>
          <w:p>
            <w:r>
              <w:rPr>
                <w:b/>
                <w:color w:val="243447"/>
              </w:rPr>
              <w:t>Final Answer: x=5</w:t>
            </w:r>
          </w:p>
        </w:tc>
      </w:tr>
    </w:tbl>
    <w:p/>
    <w:p>
      <w:pPr>
        <w:pStyle w:val="Heading1"/>
      </w:pPr>
      <w:r>
        <w:t>9. Logarithmic Equations — Higher-Level Methods</w:t>
      </w:r>
    </w:p>
    <w:p>
      <w:r>
        <w:rPr>
          <w:rFonts w:ascii="Trebuchet MS" w:hAnsi="Trebuchet MS"/>
        </w:rPr>
        <w:t>When logarithms have the same base, combine them first. When bases differ, use change of base or suitable identities. Always check the domain of every logarithm.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18  |  Quadratic after combining logs</w:t>
            </w:r>
          </w:p>
          <w:p>
            <w:r>
              <w:rPr>
                <w:b/>
              </w:rPr>
              <w:t xml:space="preserve">Question: </w:t>
            </w:r>
            <w:r>
              <w:t>Solve log₂x + log₂(x−2) = 3.</w:t>
            </w:r>
          </w:p>
          <w:p>
            <w:r>
              <w:rPr>
                <w:b/>
              </w:rPr>
              <w:t>Solution:</w:t>
              <w:br/>
            </w:r>
            <w:r>
              <w:t>Combine: log₂[x(x−2)] = 3. Therefore x(x−2)=8 → x²−2x−8=0 → (x−4)(x+2)=0. Candidates x=4 or −2. Since x&gt;0 and x−2&gt;0, only x=4 is valid.</w:t>
            </w:r>
          </w:p>
          <w:p>
            <w:r>
              <w:rPr>
                <w:b/>
                <w:color w:val="243447"/>
              </w:rPr>
              <w:t>Final Answer: x=4</w:t>
            </w:r>
          </w:p>
          <w:p>
            <w:r>
              <w:rPr>
                <w:b/>
              </w:rPr>
              <w:t xml:space="preserve">Key Learning: </w:t>
            </w:r>
            <w:r>
              <w:t>After solving, check every logarithm's argument.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19  |  Same logarithmic base</w:t>
            </w:r>
          </w:p>
          <w:p>
            <w:r>
              <w:rPr>
                <w:b/>
              </w:rPr>
              <w:t xml:space="preserve">Question: </w:t>
            </w:r>
            <w:r>
              <w:t>Solve log₃(x+2)=log₃(2x−1).</w:t>
            </w:r>
          </w:p>
          <w:p>
            <w:r>
              <w:rPr>
                <w:b/>
              </w:rPr>
              <w:t>Solution:</w:t>
              <w:br/>
            </w:r>
            <w:r>
              <w:t>Equal logs with the same valid base have equal positive arguments: x+2=2x−1, so x=3. Both arguments equal 5, hence valid.</w:t>
            </w:r>
          </w:p>
          <w:p>
            <w:r>
              <w:rPr>
                <w:b/>
                <w:color w:val="243447"/>
              </w:rPr>
              <w:t>Final Answer: x=3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20  |  Different bases via change of base</w:t>
            </w:r>
          </w:p>
          <w:p>
            <w:r>
              <w:rPr>
                <w:b/>
              </w:rPr>
              <w:t xml:space="preserve">Question: </w:t>
            </w:r>
            <w:r>
              <w:t>Solve log₂x = log₄16.</w:t>
            </w:r>
          </w:p>
          <w:p>
            <w:r>
              <w:rPr>
                <w:b/>
              </w:rPr>
              <w:t>Solution:</w:t>
              <w:br/>
            </w:r>
            <w:r>
              <w:t>log₄16=2. Therefore log₂x=2, so x=4.</w:t>
            </w:r>
          </w:p>
          <w:p>
            <w:r>
              <w:rPr>
                <w:b/>
                <w:color w:val="243447"/>
              </w:rPr>
              <w:t>Final Answer: x=4</w:t>
            </w:r>
          </w:p>
        </w:tc>
      </w:tr>
    </w:tbl>
    <w:p/>
    <w:p>
      <w:pPr>
        <w:pStyle w:val="Heading1"/>
      </w:pPr>
      <w:r>
        <w:t>10. Comparing Logarithms</w:t>
      </w:r>
    </w:p>
    <w:p>
      <w:r>
        <w:rPr>
          <w:rFonts w:ascii="Trebuchet MS" w:hAnsi="Trebuchet MS"/>
        </w:rPr>
        <w:t>If the base a satisfies a&gt;1, logₐx is increasing: larger positive arguments give larger logarithms. If 0&lt;a&lt;1, the function is decreasing: larger arguments give smaller logarithms.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c>
          <w:tcPr>
            <w:tcW w:type="dxa" w:w="3331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Base</w:t>
            </w:r>
          </w:p>
        </w:tc>
        <w:tc>
          <w:tcPr>
            <w:tcW w:type="dxa" w:w="3331"/>
            <w:vAlign w:val="center"/>
            <w:shd w:fill="C68A00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Behaviour</w:t>
            </w:r>
          </w:p>
        </w:tc>
        <w:tc>
          <w:tcPr>
            <w:tcW w:type="dxa" w:w="3331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Example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252525"/>
                <w:sz w:val="20"/>
              </w:rPr>
              <w:t>a&gt;1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Increasing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log₂8 &gt; log₂4</w:t>
            </w:r>
          </w:p>
        </w:tc>
      </w:tr>
      <w:tr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/>
                <w:color w:val="252525"/>
                <w:sz w:val="20"/>
              </w:rPr>
              <w:t>0&lt;a&lt;1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Decreasing</w:t>
            </w:r>
          </w:p>
        </w:tc>
        <w:tc>
          <w:tcPr>
            <w:tcW w:type="dxa" w:w="3331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log_(1/2)8 &lt; log_(1/2)4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21  |  Compare values</w:t>
            </w:r>
          </w:p>
          <w:p>
            <w:r>
              <w:rPr>
                <w:b/>
              </w:rPr>
              <w:t xml:space="preserve">Question: </w:t>
            </w:r>
            <w:r>
              <w:t>Which is greater: log₂7 or log₂9?</w:t>
            </w:r>
          </w:p>
          <w:p>
            <w:r>
              <w:rPr>
                <w:b/>
              </w:rPr>
              <w:t>Solution:</w:t>
              <w:br/>
            </w:r>
            <w:r>
              <w:t>Since base 2 is greater than 1 and 9&gt;7, log₂9&gt;log₂7.</w:t>
            </w:r>
          </w:p>
          <w:p>
            <w:r>
              <w:rPr>
                <w:b/>
                <w:color w:val="243447"/>
              </w:rPr>
              <w:t>Final Answer: log₂9</w:t>
            </w:r>
          </w:p>
        </w:tc>
      </w:tr>
    </w:tbl>
    <w:p/>
    <w:p>
      <w:pPr>
        <w:pStyle w:val="Heading1"/>
      </w:pPr>
      <w:r>
        <w:t>11. Useful Transformations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a^(logₐx)=x, for a&gt;0, a≠1 and x&gt;0.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logₐ(aˣ)=x.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IDENTITY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logₐ(bᵐ)=m logₐb.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22  |  Exponential-logarithmic cancellation</w:t>
            </w:r>
          </w:p>
          <w:p>
            <w:r>
              <w:rPr>
                <w:b/>
              </w:rPr>
              <w:t xml:space="preserve">Question: </w:t>
            </w:r>
            <w:r>
              <w:t>Evaluate 7^(log₇12).</w:t>
            </w:r>
          </w:p>
          <w:p>
            <w:r>
              <w:rPr>
                <w:b/>
              </w:rPr>
              <w:t>Solution:</w:t>
              <w:br/>
            </w:r>
            <w:r>
              <w:t>The base of the power and logarithm are the same, so they cancel: 7^(log₇12)=12.</w:t>
            </w:r>
          </w:p>
          <w:p>
            <w:r>
              <w:rPr>
                <w:b/>
                <w:color w:val="243447"/>
              </w:rPr>
              <w:t>Final Answer: 12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23  |  Logarithm of a power</w:t>
            </w:r>
          </w:p>
          <w:p>
            <w:r>
              <w:rPr>
                <w:b/>
              </w:rPr>
              <w:t xml:space="preserve">Question: </w:t>
            </w:r>
            <w:r>
              <w:t>Evaluate log₃(81²).</w:t>
            </w:r>
          </w:p>
          <w:p>
            <w:r>
              <w:rPr>
                <w:b/>
              </w:rPr>
              <w:t>Solution:</w:t>
              <w:br/>
            </w:r>
            <w:r>
              <w:t>81=3⁴, so 81²=3⁸. Hence log₃(3⁸)=8.</w:t>
            </w:r>
          </w:p>
          <w:p>
            <w:r>
              <w:rPr>
                <w:b/>
                <w:color w:val="243447"/>
              </w:rPr>
              <w:t>Final Answer: 8</w:t>
            </w:r>
          </w:p>
        </w:tc>
      </w:tr>
    </w:tbl>
    <w:p/>
    <w:p>
      <w:pPr>
        <w:pStyle w:val="Heading1"/>
      </w:pPr>
      <w:r>
        <w:t>12. Advanced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24  |  Unknown base</w:t>
            </w:r>
          </w:p>
          <w:p>
            <w:r>
              <w:rPr>
                <w:b/>
              </w:rPr>
              <w:t xml:space="preserve">Question: </w:t>
            </w:r>
            <w:r>
              <w:t>Find a if logₐ81=4.</w:t>
            </w:r>
          </w:p>
          <w:p>
            <w:r>
              <w:rPr>
                <w:b/>
              </w:rPr>
              <w:t>Solution:</w:t>
              <w:br/>
            </w:r>
            <w:r>
              <w:t>Convert to exponential form: a⁴=81=3⁴. Since a&gt;0 and a≠1, a=3.</w:t>
            </w:r>
          </w:p>
          <w:p>
            <w:r>
              <w:rPr>
                <w:b/>
                <w:color w:val="243447"/>
              </w:rPr>
              <w:t>Final Answer: 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25  |  Unknown base and argument</w:t>
            </w:r>
          </w:p>
          <w:p>
            <w:r>
              <w:rPr>
                <w:b/>
              </w:rPr>
              <w:t xml:space="preserve">Question: </w:t>
            </w:r>
            <w:r>
              <w:t>If logₐ64=3, find a.</w:t>
            </w:r>
          </w:p>
          <w:p>
            <w:r>
              <w:rPr>
                <w:b/>
              </w:rPr>
              <w:t>Solution:</w:t>
              <w:br/>
            </w:r>
            <w:r>
              <w:t>a³=64=4³, so a=4.</w:t>
            </w:r>
          </w:p>
          <w:p>
            <w:r>
              <w:rPr>
                <w:b/>
                <w:color w:val="243447"/>
              </w:rPr>
              <w:t>Final Answer: 4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26  |  Parameter problem</w:t>
            </w:r>
          </w:p>
          <w:p>
            <w:r>
              <w:rPr>
                <w:b/>
              </w:rPr>
              <w:t xml:space="preserve">Question: </w:t>
            </w:r>
            <w:r>
              <w:t>If log₂x = 3 and log₂y = 5, find log₂(xy).</w:t>
            </w:r>
          </w:p>
          <w:p>
            <w:r>
              <w:rPr>
                <w:b/>
              </w:rPr>
              <w:t>Solution:</w:t>
              <w:br/>
            </w:r>
            <w:r>
              <w:t>By the product law, log₂(xy)=log₂x+log₂y=3+5=8.</w:t>
            </w:r>
          </w:p>
          <w:p>
            <w:r>
              <w:rPr>
                <w:b/>
                <w:color w:val="243447"/>
              </w:rPr>
              <w:t>Final Answer: 8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27  |  Mixed identity</w:t>
            </w:r>
          </w:p>
          <w:p>
            <w:r>
              <w:rPr>
                <w:b/>
              </w:rPr>
              <w:t xml:space="preserve">Question: </w:t>
            </w:r>
            <w:r>
              <w:t>If logₐb=2 and log_b c=3, find logₐc.</w:t>
            </w:r>
          </w:p>
          <w:p>
            <w:r>
              <w:rPr>
                <w:b/>
              </w:rPr>
              <w:t>Solution:</w:t>
              <w:br/>
            </w:r>
            <w:r>
              <w:t>Using the chain identity, logₐc = logₐb × log_b c = 2×3=6.</w:t>
            </w:r>
          </w:p>
          <w:p>
            <w:r>
              <w:rPr>
                <w:b/>
                <w:color w:val="243447"/>
              </w:rPr>
              <w:t>Final Answer: 6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28  |  Advanced equation</w:t>
            </w:r>
          </w:p>
          <w:p>
            <w:r>
              <w:rPr>
                <w:b/>
              </w:rPr>
              <w:t xml:space="preserve">Question: </w:t>
            </w:r>
            <w:r>
              <w:t>Solve log₂(x−1) + log₂(x+1) = 3.</w:t>
            </w:r>
          </w:p>
          <w:p>
            <w:r>
              <w:rPr>
                <w:b/>
              </w:rPr>
              <w:t>Solution:</w:t>
              <w:br/>
            </w:r>
            <w:r>
              <w:t>Combine: log₂(x²−1)=3. Thus x²−1=8, so x²=9 and x=±3. Domain requires x−1&gt;0 and x+1&gt;0, so x&gt;1. Hence x=3.</w:t>
            </w:r>
          </w:p>
          <w:p>
            <w:r>
              <w:rPr>
                <w:b/>
                <w:color w:val="243447"/>
              </w:rPr>
              <w:t>Final Answer: x=3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29  |  Reciprocal relation</w:t>
            </w:r>
          </w:p>
          <w:p>
            <w:r>
              <w:rPr>
                <w:b/>
              </w:rPr>
              <w:t xml:space="preserve">Question: </w:t>
            </w:r>
            <w:r>
              <w:t>If log₂3 = a, express log₈9 in terms of a.</w:t>
            </w:r>
          </w:p>
          <w:p>
            <w:r>
              <w:rPr>
                <w:b/>
              </w:rPr>
              <w:t>Solution:</w:t>
              <w:br/>
            </w:r>
            <w:r>
              <w:t>log₈9 = log₂9/log₂8 = (2log₂3)/3 = 2a/3.</w:t>
            </w:r>
          </w:p>
          <w:p>
            <w:r>
              <w:rPr>
                <w:b/>
                <w:color w:val="243447"/>
              </w:rPr>
              <w:t>Final Answer: 2a/3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7FBFF"/>
          </w:tcPr>
          <w:p>
            <w:r>
              <w:rPr>
                <w:rFonts w:ascii="Georgia" w:hAnsi="Georgia"/>
                <w:b/>
                <w:color w:val="6A4C93"/>
                <w:sz w:val="24"/>
              </w:rPr>
              <w:t>Example 30  |  Condensation and evaluation</w:t>
            </w:r>
          </w:p>
          <w:p>
            <w:r>
              <w:rPr>
                <w:b/>
              </w:rPr>
              <w:t xml:space="preserve">Question: </w:t>
            </w:r>
            <w:r>
              <w:t>Evaluate log₂3 + log₂5 − log₂15.</w:t>
            </w:r>
          </w:p>
          <w:p>
            <w:r>
              <w:rPr>
                <w:b/>
              </w:rPr>
              <w:t>Solution:</w:t>
              <w:br/>
            </w:r>
            <w:r>
              <w:t>Combine: log₂(3×5/15)=log₂1=0.</w:t>
            </w:r>
          </w:p>
          <w:p>
            <w:r>
              <w:rPr>
                <w:b/>
                <w:color w:val="243447"/>
              </w:rPr>
              <w:t>Final Answer: 0</w:t>
            </w:r>
          </w:p>
        </w:tc>
      </w:tr>
    </w:tbl>
    <w:p/>
    <w:p>
      <w:pPr>
        <w:pStyle w:val="Heading1"/>
      </w:pPr>
      <w:r>
        <w:t>13. How to Identify Different Logarithm Questions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Question clue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Best first move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aᵇ=N → log form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logₐN=b.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Simple evaluation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Rewrite the argument as a power of the base.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Sum of logs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the product law.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Difference of logs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the quotient law.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Coefficient before log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the power law.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Long expression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Expand or condense systematically.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Unfriendly base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change of base.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logₐx=k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Convert to x=aᵏ.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Same base on both sides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Equate positive arguments.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Different bases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change of base or rewrite using a common base.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Comparison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Check whether the base is &gt;1 or between 0 and 1.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Mixed log/exponential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a^(logₐx)=x or logₐ(aˣ)=x.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Equation with products of arguments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Combine logs first, then solve the resulting algebraic equation.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Any solution from an equation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Check the domain of every logarithm.</w:t>
            </w:r>
          </w:p>
        </w:tc>
      </w:tr>
    </w:tbl>
    <w:p>
      <w:pPr>
        <w:pStyle w:val="Heading1"/>
      </w:pPr>
      <w:r>
        <w:t>14. Shortcuts &amp;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Quick method</w:t>
            </w:r>
          </w:p>
        </w:tc>
        <w:tc>
          <w:tcPr>
            <w:tcW w:type="dxa" w:w="4997"/>
            <w:vAlign w:val="center"/>
            <w:shd w:fill="C68A00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Application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Same base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Rewrite numbers as powers of the same base before doing any calculation.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Product of logs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logₐb × log_b c = logₐc.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Reciprocal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logₐb = 1/log_ba.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Known powers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log₂32=5, log₃81=4, log₅125=3, etc.—recognise powers quickly.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Change of base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Use a convenient base, usually 10 or 2.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Same-base equation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If logₐM=logₐN with valid positive arguments, then M=N.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Domain check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For log expressions, write every argument &gt;0 before accepting algebraic roots.</w:t>
            </w:r>
          </w:p>
        </w:tc>
      </w:tr>
    </w:tbl>
    <w:p>
      <w:pPr>
        <w:pStyle w:val="Heading1"/>
      </w:pPr>
      <w:r>
        <w:t>15.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Result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 / Condition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Definition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aᵇ=N ⇔ logₐN=b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Conditions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a&gt;0, a≠1, N&gt;0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Basic values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logₐ1=0; logₐa=1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Product law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logₐ(MN)=logₐM+logₐN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Quotient law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logₐ(M/N)=logₐM−logₐN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Power law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logₐ(Mⁿ)=n logₐM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Change of base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logₐM=log_bM/log_ba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Reciprocal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logₐb=1/log_ba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Chain identity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logₐb·log_b c=logₐc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Power-log identity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a^(logₐx)=x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Log-power identity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logₐ(aˣ)=x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Comparison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a&gt;1: increasing; 0&lt;a&lt;1: decreasing</w:t>
            </w:r>
          </w:p>
        </w:tc>
      </w:tr>
    </w:tbl>
    <w:p>
      <w:pPr>
        <w:pStyle w:val="Heading1"/>
      </w:pPr>
      <w:r>
        <w:t>16. Quick Revision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ONE-LINE IDEA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 logarithm answers: “To what power must the base be raised to get the argument?”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THREE CORE LAWS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Product → add logs. Quotient → subtract logs. Power → multiply by exponent.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CHANGE BASE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When the base is inconvenient, convert to a common base using logₐM=log_bM/log_ba.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EQUATIONS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Convert logₐx=k into x=aᵏ. For same-base logarithms, equate the positive arguments.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DOMAIN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Every logarithm argument must be positive; base must be positive and not equal to 1.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FINAL CHECK</w:t>
              <w:br/>
            </w:r>
            <w:r>
              <w:rPr>
                <w:rFonts w:ascii="Trebuchet MS" w:hAnsi="Trebuchet MS"/>
                <w:color w:val="252525"/>
                <w:sz w:val="20"/>
              </w:rPr>
              <w:t>After solving a logarithmic equation, substitute the candidate back into every original logarithm.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243447"/>
        </w:rPr>
        <w:t>End of Chapter 5 — Logarithms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rebuchet MS" w:hAnsi="Trebuchet MS"/>
        <w:color w:val="6A4C93"/>
        <w:sz w:val="16"/>
      </w:rPr>
      <w:t>Professional Study Notes  |  Logarithms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rFonts w:ascii="Trebuchet MS" w:hAnsi="Trebuchet MS"/>
        <w:color w:val="6A4C93"/>
        <w:sz w:val="16"/>
      </w:rPr>
      <w:t>MATHEMATICS  •  CHAPTER 5  •  LOGARITHMS</w:t>
    </w:r>
  </w:p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VishvasniyaWatermark" o:spid="_x0000_s2025" type="#_x0000_t75" style="position:absolute;left:0;text-align:left;margin-left:0;margin-top:0;width:420pt;height:362pt;z-index:-251658752;mso-position-horizontal:center;mso-position-horizontal-relative:margin;mso-position-vertical:center;mso-position-vertical-relative:margin;rotation:-2949120fd" o:allowoverlap="f">
          <v:imagedata r:id="rIdWatermarkImg" o:title="Vishvasniya Watermark" gain="26000f" blacklevel="18000f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rebuchet MS" w:hAnsi="Trebuchet MS"/>
      <w:b/>
      <w:bCs/>
      <w:color w:val="168AAD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