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087F8C"/>
          <w:sz w:val="52"/>
        </w:rPr>
        <w:t>CHAPTER 6</w:t>
      </w:r>
    </w:p>
    <w:p>
      <w:pPr>
        <w:jc w:val="center"/>
      </w:pPr>
      <w:r>
        <w:rPr>
          <w:rFonts w:ascii="Georgia" w:hAnsi="Georgia"/>
          <w:b/>
          <w:color w:val="17324D"/>
          <w:sz w:val="78"/>
        </w:rPr>
        <w:t>UNITARY METHOD</w:t>
      </w:r>
    </w:p>
    <w:p>
      <w:pPr>
        <w:jc w:val="center"/>
      </w:pPr>
      <w:r>
        <w:rPr>
          <w:rFonts w:ascii="Georgia" w:hAnsi="Georgia"/>
          <w:b/>
          <w:color w:val="6B4E9B"/>
          <w:sz w:val="40"/>
        </w:rPr>
        <w:t>ADVANCED PRACTICE WORKSHEET</w:t>
      </w:r>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WORKSHEET FOCUS</w:t>
              <w:br/>
            </w:r>
            <w:r>
              <w:rPr>
                <w:sz w:val="20"/>
              </w:rPr>
              <w:t>Long, multi-step, exam-style problems covering direct and inverse proportion, work, workers, machines, production, wages, consumption, speed, distance, and mixed applications.</w:t>
            </w:r>
          </w:p>
        </w:tc>
      </w:tr>
    </w:tbl>
    <w:p>
      <w:pPr>
        <w:spacing w:after="20"/>
      </w:pPr>
    </w:p>
    <w:tbl>
      <w:tblPr>
        <w:tblW w:type="auto" w:w="0"/>
        <w:tblLook w:firstColumn="1" w:firstRow="1" w:lastColumn="0" w:lastRow="0" w:noHBand="0" w:noVBand="1" w:val="04A0"/>
      </w:tblPr>
      <w:tblGrid>
        <w:gridCol w:w="10368"/>
      </w:tblGrid>
      <w:tr>
        <w:tc>
          <w:tcPr>
            <w:tcW w:type="dxa" w:w="10368"/>
            <w:shd w:fill="FFF4D6"/>
          </w:tcPr>
          <w:p>
            <w:r>
              <w:rPr>
                <w:rFonts w:ascii="Georgia" w:hAnsi="Georgia"/>
                <w:b/>
                <w:color w:val="B7791F"/>
                <w:sz w:val="22"/>
              </w:rPr>
              <w:t>INSTRUCTIONS</w:t>
              <w:br/>
            </w:r>
            <w:r>
              <w:rPr>
                <w:sz w:val="20"/>
              </w:rPr>
              <w:t>Attempt all 30 questions before checking the answer key. Read each condition carefully and identify whether the quantities are directly or inversely proportional.</w:t>
            </w:r>
          </w:p>
        </w:tc>
      </w:tr>
    </w:tbl>
    <w:p>
      <w:pPr>
        <w:spacing w:after="20"/>
      </w:pPr>
    </w:p>
    <w:p>
      <w:r>
        <w:rPr>
          <w:rFonts w:ascii="Georgia" w:hAnsi="Georgia"/>
          <w:b/>
          <w:color w:val="17324D"/>
          <w:sz w:val="30"/>
        </w:rPr>
        <w:t xml:space="preserve">Q1. </w:t>
      </w:r>
      <w:r>
        <w:rPr>
          <w:b/>
          <w:sz w:val="26"/>
        </w:rPr>
        <w:t>A factory produces 2,400 components in 8 days when 15 workers work for 6 hours each day. Assuming production is directly proportional to the number of workers, working hours, and days, how many components will be produced in 10 days if 20 workers work for 7 hours each day?</w:t>
      </w:r>
    </w:p>
    <w:p>
      <w:pPr>
        <w:spacing w:after="0"/>
        <w:ind w:left="360"/>
      </w:pPr>
      <w:r>
        <w:rPr>
          <w:sz w:val="23"/>
        </w:rPr>
        <w:t>(a) 4,200</w:t>
      </w:r>
    </w:p>
    <w:p>
      <w:pPr>
        <w:spacing w:after="0"/>
        <w:ind w:left="360"/>
      </w:pPr>
      <w:r>
        <w:rPr>
          <w:sz w:val="23"/>
        </w:rPr>
        <w:t>(b) 4,666⅔</w:t>
      </w:r>
    </w:p>
    <w:p>
      <w:pPr>
        <w:spacing w:after="0"/>
        <w:ind w:left="360"/>
      </w:pPr>
      <w:r>
        <w:rPr>
          <w:sz w:val="23"/>
        </w:rPr>
        <w:t>(c) 5,250</w:t>
      </w:r>
    </w:p>
    <w:p>
      <w:pPr>
        <w:spacing w:after="0"/>
        <w:ind w:left="360"/>
      </w:pPr>
      <w:r>
        <w:rPr>
          <w:sz w:val="23"/>
        </w:rPr>
        <w:t>(d) 5,600</w:t>
      </w:r>
    </w:p>
    <w:p>
      <w:r>
        <w:rPr>
          <w:rFonts w:ascii="Georgia" w:hAnsi="Georgia"/>
          <w:b/>
          <w:color w:val="17324D"/>
          <w:sz w:val="30"/>
        </w:rPr>
        <w:t xml:space="preserve">Q2. </w:t>
      </w:r>
      <w:r>
        <w:rPr>
          <w:b/>
          <w:sz w:val="26"/>
        </w:rPr>
        <w:t>A contractor estimates that 24 workers can complete a construction project in 30 days by working 8 hours per day. After 10 days, only one-fourth of the work has been completed. If the remaining work must be completed in the next 15 days and each worker now works 10 hours per day, how many workers are required?</w:t>
      </w:r>
    </w:p>
    <w:p>
      <w:pPr>
        <w:spacing w:after="0"/>
        <w:ind w:left="360"/>
      </w:pPr>
      <w:r>
        <w:rPr>
          <w:sz w:val="23"/>
        </w:rPr>
        <w:t>(a) 36</w:t>
      </w:r>
    </w:p>
    <w:p>
      <w:pPr>
        <w:spacing w:after="0"/>
        <w:ind w:left="360"/>
      </w:pPr>
      <w:r>
        <w:rPr>
          <w:sz w:val="23"/>
        </w:rPr>
        <w:t>(b) 38</w:t>
      </w:r>
    </w:p>
    <w:p>
      <w:pPr>
        <w:spacing w:after="0"/>
        <w:ind w:left="360"/>
      </w:pPr>
      <w:r>
        <w:rPr>
          <w:sz w:val="23"/>
        </w:rPr>
        <w:t>(c) 38.4</w:t>
      </w:r>
    </w:p>
    <w:p>
      <w:pPr>
        <w:spacing w:after="0"/>
        <w:ind w:left="360"/>
      </w:pPr>
      <w:r>
        <w:rPr>
          <w:sz w:val="23"/>
        </w:rPr>
        <w:t>(d) 40</w:t>
      </w:r>
    </w:p>
    <w:p>
      <w:r>
        <w:rPr>
          <w:rFonts w:ascii="Georgia" w:hAnsi="Georgia"/>
          <w:b/>
          <w:color w:val="17324D"/>
          <w:sz w:val="30"/>
        </w:rPr>
        <w:t xml:space="preserve">Q3. </w:t>
      </w:r>
      <w:r>
        <w:rPr>
          <w:b/>
          <w:sz w:val="26"/>
        </w:rPr>
        <w:t>A hostel has provisions sufficient to feed 180 students for 40 days. After 10 days, 30 additional students join the hostel. Assuming each student consumes the same quantity of food per day, for how many more days will the remaining provisions last?</w:t>
      </w:r>
    </w:p>
    <w:p>
      <w:pPr>
        <w:spacing w:after="0"/>
        <w:ind w:left="360"/>
      </w:pPr>
      <w:r>
        <w:rPr>
          <w:sz w:val="23"/>
        </w:rPr>
        <w:t>(a) 24 days</w:t>
      </w:r>
    </w:p>
    <w:p>
      <w:pPr>
        <w:spacing w:after="0"/>
        <w:ind w:left="360"/>
      </w:pPr>
      <w:r>
        <w:rPr>
          <w:sz w:val="23"/>
        </w:rPr>
        <w:t>(b) 25 5/7 days</w:t>
      </w:r>
    </w:p>
    <w:p>
      <w:pPr>
        <w:spacing w:after="0"/>
        <w:ind w:left="360"/>
      </w:pPr>
      <w:r>
        <w:rPr>
          <w:sz w:val="23"/>
        </w:rPr>
        <w:t>(c) 27 days</w:t>
      </w:r>
    </w:p>
    <w:p>
      <w:pPr>
        <w:spacing w:after="0"/>
        <w:ind w:left="360"/>
      </w:pPr>
      <w:r>
        <w:rPr>
          <w:sz w:val="23"/>
        </w:rPr>
        <w:t>(d) 30 days</w:t>
      </w:r>
    </w:p>
    <w:p>
      <w:r>
        <w:rPr>
          <w:rFonts w:ascii="Georgia" w:hAnsi="Georgia"/>
          <w:b/>
          <w:color w:val="17324D"/>
          <w:sz w:val="30"/>
        </w:rPr>
        <w:t xml:space="preserve">Q4. </w:t>
      </w:r>
      <w:r>
        <w:rPr>
          <w:b/>
          <w:sz w:val="26"/>
        </w:rPr>
        <w:t>Eight identical machines working 12 hours a day produce 9,600 units in 5 days. To meet a new order, the factory must produce 16,800 units in 7 days. If each machine can be operated for only 10 hours per day, how many machines are required?</w:t>
      </w:r>
    </w:p>
    <w:p>
      <w:pPr>
        <w:spacing w:after="0"/>
        <w:ind w:left="360"/>
      </w:pPr>
      <w:r>
        <w:rPr>
          <w:sz w:val="23"/>
        </w:rPr>
        <w:t>(a) 10</w:t>
      </w:r>
    </w:p>
    <w:p>
      <w:pPr>
        <w:spacing w:after="0"/>
        <w:ind w:left="360"/>
      </w:pPr>
      <w:r>
        <w:rPr>
          <w:sz w:val="23"/>
        </w:rPr>
        <w:t>(b) 12</w:t>
      </w:r>
    </w:p>
    <w:p>
      <w:pPr>
        <w:spacing w:after="0"/>
        <w:ind w:left="360"/>
      </w:pPr>
      <w:r>
        <w:rPr>
          <w:sz w:val="23"/>
        </w:rPr>
        <w:t>(c) 14</w:t>
      </w:r>
    </w:p>
    <w:p>
      <w:pPr>
        <w:spacing w:after="0"/>
        <w:ind w:left="360"/>
      </w:pPr>
      <w:r>
        <w:rPr>
          <w:sz w:val="23"/>
        </w:rPr>
        <w:t>(d) 16</w:t>
      </w:r>
    </w:p>
    <w:p>
      <w:r>
        <w:rPr>
          <w:rFonts w:ascii="Georgia" w:hAnsi="Georgia"/>
          <w:b/>
          <w:color w:val="17324D"/>
          <w:sz w:val="30"/>
        </w:rPr>
        <w:t xml:space="preserve">Q5. </w:t>
      </w:r>
      <w:r>
        <w:rPr>
          <w:b/>
          <w:sz w:val="26"/>
        </w:rPr>
        <w:t>A group of 18 workers earns ₹1,62,000 for working 15 days, with each worker working 8 hours per day. If wages are directly proportional to workers, days, and hours, how much will 24 workers earn for 20 days if they work 7 hours per day?</w:t>
      </w:r>
    </w:p>
    <w:p>
      <w:pPr>
        <w:spacing w:after="0"/>
        <w:ind w:left="360"/>
      </w:pPr>
      <w:r>
        <w:rPr>
          <w:sz w:val="23"/>
        </w:rPr>
        <w:t>(a) ₹2,16,000</w:t>
      </w:r>
    </w:p>
    <w:p>
      <w:pPr>
        <w:spacing w:after="0"/>
        <w:ind w:left="360"/>
      </w:pPr>
      <w:r>
        <w:rPr>
          <w:sz w:val="23"/>
        </w:rPr>
        <w:t>(b) ₹2,24,000</w:t>
      </w:r>
    </w:p>
    <w:p>
      <w:pPr>
        <w:spacing w:after="0"/>
        <w:ind w:left="360"/>
      </w:pPr>
      <w:r>
        <w:rPr>
          <w:sz w:val="23"/>
        </w:rPr>
        <w:t>(c) ₹2,52,000</w:t>
      </w:r>
    </w:p>
    <w:p>
      <w:pPr>
        <w:spacing w:after="0"/>
        <w:ind w:left="360"/>
      </w:pPr>
      <w:r>
        <w:rPr>
          <w:sz w:val="23"/>
        </w:rPr>
        <w:t>(d) ₹2,88,000</w:t>
      </w:r>
    </w:p>
    <w:p>
      <w:r>
        <w:rPr>
          <w:rFonts w:ascii="Georgia" w:hAnsi="Georgia"/>
          <w:b/>
          <w:color w:val="17324D"/>
          <w:sz w:val="30"/>
        </w:rPr>
        <w:t xml:space="preserve">Q6. </w:t>
      </w:r>
      <w:r>
        <w:rPr>
          <w:b/>
          <w:sz w:val="26"/>
        </w:rPr>
        <w:t>A vehicle consumes 48 litres of fuel while travelling 576 km under fixed conditions. If fuel consumption per kilometre remains constant, how many litres will be required to travel 1,020 km under the same conditions?</w:t>
      </w:r>
    </w:p>
    <w:p>
      <w:pPr>
        <w:spacing w:after="0"/>
        <w:ind w:left="360"/>
      </w:pPr>
      <w:r>
        <w:rPr>
          <w:sz w:val="23"/>
        </w:rPr>
        <w:t>(a) 80 litres</w:t>
      </w:r>
    </w:p>
    <w:p>
      <w:pPr>
        <w:spacing w:after="0"/>
        <w:ind w:left="360"/>
      </w:pPr>
      <w:r>
        <w:rPr>
          <w:sz w:val="23"/>
        </w:rPr>
        <w:t>(b) 85 litres</w:t>
      </w:r>
    </w:p>
    <w:p>
      <w:pPr>
        <w:spacing w:after="0"/>
        <w:ind w:left="360"/>
      </w:pPr>
      <w:r>
        <w:rPr>
          <w:sz w:val="23"/>
        </w:rPr>
        <w:t>(c) 90 litres</w:t>
      </w:r>
    </w:p>
    <w:p>
      <w:pPr>
        <w:spacing w:after="0"/>
        <w:ind w:left="360"/>
      </w:pPr>
      <w:r>
        <w:rPr>
          <w:sz w:val="23"/>
        </w:rPr>
        <w:t>(d) 96 litres</w:t>
      </w:r>
    </w:p>
    <w:p>
      <w:r>
        <w:rPr>
          <w:rFonts w:ascii="Georgia" w:hAnsi="Georgia"/>
          <w:b/>
          <w:color w:val="17324D"/>
          <w:sz w:val="30"/>
        </w:rPr>
        <w:t xml:space="preserve">Q7. </w:t>
      </w:r>
      <w:r>
        <w:rPr>
          <w:b/>
          <w:sz w:val="26"/>
        </w:rPr>
        <w:t>A journey takes 8 hours when a vehicle travels at an average speed of 60 km/h. If the same journey has to be completed in 6 hours, what average speed must the vehicle maintain, assuming there are no stops?</w:t>
      </w:r>
    </w:p>
    <w:p>
      <w:pPr>
        <w:spacing w:after="0"/>
        <w:ind w:left="360"/>
      </w:pPr>
      <w:r>
        <w:rPr>
          <w:sz w:val="23"/>
        </w:rPr>
        <w:t>(a) 72 km/h</w:t>
      </w:r>
    </w:p>
    <w:p>
      <w:pPr>
        <w:spacing w:after="0"/>
        <w:ind w:left="360"/>
      </w:pPr>
      <w:r>
        <w:rPr>
          <w:sz w:val="23"/>
        </w:rPr>
        <w:t>(b) 75 km/h</w:t>
      </w:r>
    </w:p>
    <w:p>
      <w:pPr>
        <w:spacing w:after="0"/>
        <w:ind w:left="360"/>
      </w:pPr>
      <w:r>
        <w:rPr>
          <w:sz w:val="23"/>
        </w:rPr>
        <w:t>(c) 80 km/h</w:t>
      </w:r>
    </w:p>
    <w:p>
      <w:pPr>
        <w:spacing w:after="0"/>
        <w:ind w:left="360"/>
      </w:pPr>
      <w:r>
        <w:rPr>
          <w:sz w:val="23"/>
        </w:rPr>
        <w:t>(d) 84 km/h</w:t>
      </w:r>
    </w:p>
    <w:p>
      <w:r>
        <w:rPr>
          <w:rFonts w:ascii="Georgia" w:hAnsi="Georgia"/>
          <w:b/>
          <w:color w:val="17324D"/>
          <w:sz w:val="30"/>
        </w:rPr>
        <w:t xml:space="preserve">Q8. </w:t>
      </w:r>
      <w:r>
        <w:rPr>
          <w:b/>
          <w:sz w:val="26"/>
        </w:rPr>
        <w:t>A certain work can be completed by 16 workers working 9 hours per day for 15 days. After 5 days, 4 workers leave. The remaining workers increase their working time to 12 hours per day. In how many additional days will the remaining work be completed?</w:t>
      </w:r>
    </w:p>
    <w:p>
      <w:pPr>
        <w:spacing w:after="0"/>
        <w:ind w:left="360"/>
      </w:pPr>
      <w:r>
        <w:rPr>
          <w:sz w:val="23"/>
        </w:rPr>
        <w:t>(a) 8</w:t>
      </w:r>
    </w:p>
    <w:p>
      <w:pPr>
        <w:spacing w:after="0"/>
        <w:ind w:left="360"/>
      </w:pPr>
      <w:r>
        <w:rPr>
          <w:sz w:val="23"/>
        </w:rPr>
        <w:t>(b) 9</w:t>
      </w:r>
    </w:p>
    <w:p>
      <w:pPr>
        <w:spacing w:after="0"/>
        <w:ind w:left="360"/>
      </w:pPr>
      <w:r>
        <w:rPr>
          <w:sz w:val="23"/>
        </w:rPr>
        <w:t>(c) 10</w:t>
      </w:r>
    </w:p>
    <w:p>
      <w:pPr>
        <w:spacing w:after="0"/>
        <w:ind w:left="360"/>
      </w:pPr>
      <w:r>
        <w:rPr>
          <w:sz w:val="23"/>
        </w:rPr>
        <w:t>(d) 12</w:t>
      </w:r>
    </w:p>
    <w:p>
      <w:r>
        <w:rPr>
          <w:rFonts w:ascii="Georgia" w:hAnsi="Georgia"/>
          <w:b/>
          <w:color w:val="17324D"/>
          <w:sz w:val="30"/>
        </w:rPr>
        <w:t xml:space="preserve">Q9. </w:t>
      </w:r>
      <w:r>
        <w:rPr>
          <w:b/>
          <w:sz w:val="26"/>
        </w:rPr>
        <w:t>A printing press produces 18,000 pages in 5 hours using 6 identical machines. If all machines work at the same rate, how many pages will 10 machines produce in 8 hours?</w:t>
      </w:r>
    </w:p>
    <w:p>
      <w:pPr>
        <w:spacing w:after="0"/>
        <w:ind w:left="360"/>
      </w:pPr>
      <w:r>
        <w:rPr>
          <w:sz w:val="23"/>
        </w:rPr>
        <w:t>(a) 42,000</w:t>
      </w:r>
    </w:p>
    <w:p>
      <w:pPr>
        <w:spacing w:after="0"/>
        <w:ind w:left="360"/>
      </w:pPr>
      <w:r>
        <w:rPr>
          <w:sz w:val="23"/>
        </w:rPr>
        <w:t>(b) 45,000</w:t>
      </w:r>
    </w:p>
    <w:p>
      <w:pPr>
        <w:spacing w:after="0"/>
        <w:ind w:left="360"/>
      </w:pPr>
      <w:r>
        <w:rPr>
          <w:sz w:val="23"/>
        </w:rPr>
        <w:t>(c) 48,000</w:t>
      </w:r>
    </w:p>
    <w:p>
      <w:pPr>
        <w:spacing w:after="0"/>
        <w:ind w:left="360"/>
      </w:pPr>
      <w:r>
        <w:rPr>
          <w:sz w:val="23"/>
        </w:rPr>
        <w:t>(d) 50,000</w:t>
      </w:r>
    </w:p>
    <w:p>
      <w:r>
        <w:rPr>
          <w:rFonts w:ascii="Georgia" w:hAnsi="Georgia"/>
          <w:b/>
          <w:color w:val="17324D"/>
          <w:sz w:val="30"/>
        </w:rPr>
        <w:t xml:space="preserve">Q10. </w:t>
      </w:r>
      <w:r>
        <w:rPr>
          <w:b/>
          <w:sz w:val="26"/>
        </w:rPr>
        <w:t>A stock of grain is sufficient for 120 people for 45 days. After 15 days, 30 people leave the place. Assuming the daily consumption per person remains unchanged, for how many more days will the remaining grain last?</w:t>
      </w:r>
    </w:p>
    <w:p>
      <w:pPr>
        <w:spacing w:after="0"/>
        <w:ind w:left="360"/>
      </w:pPr>
      <w:r>
        <w:rPr>
          <w:sz w:val="23"/>
        </w:rPr>
        <w:t>(a) 36 days</w:t>
      </w:r>
    </w:p>
    <w:p>
      <w:pPr>
        <w:spacing w:after="0"/>
        <w:ind w:left="360"/>
      </w:pPr>
      <w:r>
        <w:rPr>
          <w:sz w:val="23"/>
        </w:rPr>
        <w:t>(b) 40 days</w:t>
      </w:r>
    </w:p>
    <w:p>
      <w:pPr>
        <w:spacing w:after="0"/>
        <w:ind w:left="360"/>
      </w:pPr>
      <w:r>
        <w:rPr>
          <w:sz w:val="23"/>
        </w:rPr>
        <w:t>(c) 45 days</w:t>
      </w:r>
    </w:p>
    <w:p>
      <w:pPr>
        <w:spacing w:after="0"/>
        <w:ind w:left="360"/>
      </w:pPr>
      <w:r>
        <w:rPr>
          <w:sz w:val="23"/>
        </w:rPr>
        <w:t>(d) 50 days</w:t>
      </w:r>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EXAM ALERT</w:t>
              <w:br/>
            </w:r>
            <w:r>
              <w:rPr>
                <w:sz w:val="20"/>
              </w:rPr>
              <w:t>Before calculating, identify the proportional relationship. In multi-stage questions, separate completed work from remaining work.</w:t>
            </w:r>
          </w:p>
        </w:tc>
      </w:tr>
    </w:tbl>
    <w:p>
      <w:pPr>
        <w:spacing w:after="20"/>
      </w:pPr>
    </w:p>
    <w:p>
      <w:r>
        <w:rPr>
          <w:rFonts w:ascii="Georgia" w:hAnsi="Georgia"/>
          <w:b/>
          <w:color w:val="17324D"/>
          <w:sz w:val="30"/>
        </w:rPr>
        <w:t xml:space="preserve">Q11. </w:t>
      </w:r>
      <w:r>
        <w:rPr>
          <w:b/>
          <w:sz w:val="26"/>
        </w:rPr>
        <w:t>A pipe fills a tank at a constant rate and supplies 4,800 litres in 40 minutes. How much water will the same pipe deliver in 1 hour 15 minutes?</w:t>
      </w:r>
    </w:p>
    <w:p>
      <w:pPr>
        <w:spacing w:after="0"/>
        <w:ind w:left="360"/>
      </w:pPr>
      <w:r>
        <w:rPr>
          <w:sz w:val="23"/>
        </w:rPr>
        <w:t>(a) 8,400 litres</w:t>
      </w:r>
    </w:p>
    <w:p>
      <w:pPr>
        <w:spacing w:after="0"/>
        <w:ind w:left="360"/>
      </w:pPr>
      <w:r>
        <w:rPr>
          <w:sz w:val="23"/>
        </w:rPr>
        <w:t>(b) 9,000 litres</w:t>
      </w:r>
    </w:p>
    <w:p>
      <w:pPr>
        <w:spacing w:after="0"/>
        <w:ind w:left="360"/>
      </w:pPr>
      <w:r>
        <w:rPr>
          <w:sz w:val="23"/>
        </w:rPr>
        <w:t>(c) 9,600 litres</w:t>
      </w:r>
    </w:p>
    <w:p>
      <w:pPr>
        <w:spacing w:after="0"/>
        <w:ind w:left="360"/>
      </w:pPr>
      <w:r>
        <w:rPr>
          <w:sz w:val="23"/>
        </w:rPr>
        <w:t>(d) 10,000 litres</w:t>
      </w:r>
    </w:p>
    <w:p>
      <w:r>
        <w:rPr>
          <w:rFonts w:ascii="Georgia" w:hAnsi="Georgia"/>
          <w:b/>
          <w:color w:val="17324D"/>
          <w:sz w:val="30"/>
        </w:rPr>
        <w:t xml:space="preserve">Q12. </w:t>
      </w:r>
      <w:r>
        <w:rPr>
          <w:b/>
          <w:sz w:val="26"/>
        </w:rPr>
        <w:t>A certain work can be completed by a fixed team in 24 days when they work 7 hours per day. If their efficiency increases by 20% and they now work 8 hours per day, in how many days will the same work be completed?</w:t>
      </w:r>
    </w:p>
    <w:p>
      <w:pPr>
        <w:spacing w:after="0"/>
        <w:ind w:left="360"/>
      </w:pPr>
      <w:r>
        <w:rPr>
          <w:sz w:val="23"/>
        </w:rPr>
        <w:t>(a) 15 days</w:t>
      </w:r>
    </w:p>
    <w:p>
      <w:pPr>
        <w:spacing w:after="0"/>
        <w:ind w:left="360"/>
      </w:pPr>
      <w:r>
        <w:rPr>
          <w:sz w:val="23"/>
        </w:rPr>
        <w:t>(b) 16 days</w:t>
      </w:r>
    </w:p>
    <w:p>
      <w:pPr>
        <w:spacing w:after="0"/>
        <w:ind w:left="360"/>
      </w:pPr>
      <w:r>
        <w:rPr>
          <w:sz w:val="23"/>
        </w:rPr>
        <w:t>(c) 17.5 days</w:t>
      </w:r>
    </w:p>
    <w:p>
      <w:pPr>
        <w:spacing w:after="0"/>
        <w:ind w:left="360"/>
      </w:pPr>
      <w:r>
        <w:rPr>
          <w:sz w:val="23"/>
        </w:rPr>
        <w:t>(d) 18 days</w:t>
      </w:r>
    </w:p>
    <w:p>
      <w:r>
        <w:rPr>
          <w:rFonts w:ascii="Georgia" w:hAnsi="Georgia"/>
          <w:b/>
          <w:color w:val="17324D"/>
          <w:sz w:val="30"/>
        </w:rPr>
        <w:t xml:space="preserve">Q13. </w:t>
      </w:r>
      <w:r>
        <w:rPr>
          <w:b/>
          <w:sz w:val="26"/>
        </w:rPr>
        <w:t>The cost of 18 metres of a particular cloth is ₹5,850. A shopkeeper purchases 32 metres of the same cloth at the same rate and receives a 5% discount on the total price. How much does he pay?</w:t>
      </w:r>
    </w:p>
    <w:p>
      <w:pPr>
        <w:spacing w:after="0"/>
        <w:ind w:left="360"/>
      </w:pPr>
      <w:r>
        <w:rPr>
          <w:sz w:val="23"/>
        </w:rPr>
        <w:t>(a) ₹9,880</w:t>
      </w:r>
    </w:p>
    <w:p>
      <w:pPr>
        <w:spacing w:after="0"/>
        <w:ind w:left="360"/>
      </w:pPr>
      <w:r>
        <w:rPr>
          <w:sz w:val="23"/>
        </w:rPr>
        <w:t>(b) ₹9,920</w:t>
      </w:r>
    </w:p>
    <w:p>
      <w:pPr>
        <w:spacing w:after="0"/>
        <w:ind w:left="360"/>
      </w:pPr>
      <w:r>
        <w:rPr>
          <w:sz w:val="23"/>
        </w:rPr>
        <w:t>(c) ₹9,984</w:t>
      </w:r>
    </w:p>
    <w:p>
      <w:pPr>
        <w:spacing w:after="0"/>
        <w:ind w:left="360"/>
      </w:pPr>
      <w:r>
        <w:rPr>
          <w:sz w:val="23"/>
        </w:rPr>
        <w:t>(d) ₹10,240</w:t>
      </w:r>
    </w:p>
    <w:p>
      <w:r>
        <w:rPr>
          <w:rFonts w:ascii="Georgia" w:hAnsi="Georgia"/>
          <w:b/>
          <w:color w:val="17324D"/>
          <w:sz w:val="30"/>
        </w:rPr>
        <w:t xml:space="preserve">Q14. </w:t>
      </w:r>
      <w:r>
        <w:rPr>
          <w:b/>
          <w:sz w:val="26"/>
        </w:rPr>
        <w:t>A water tank contains enough water to supply 150 families for 24 days, each family consuming the same quantity daily. If the number of families increases to 180 after 8 days, for how many more days will the remaining water last?</w:t>
      </w:r>
    </w:p>
    <w:p>
      <w:pPr>
        <w:spacing w:after="0"/>
        <w:ind w:left="360"/>
      </w:pPr>
      <w:r>
        <w:rPr>
          <w:sz w:val="23"/>
        </w:rPr>
        <w:t>(a) 12 days</w:t>
      </w:r>
    </w:p>
    <w:p>
      <w:pPr>
        <w:spacing w:after="0"/>
        <w:ind w:left="360"/>
      </w:pPr>
      <w:r>
        <w:rPr>
          <w:sz w:val="23"/>
        </w:rPr>
        <w:t>(b) 13⅓ days</w:t>
      </w:r>
    </w:p>
    <w:p>
      <w:pPr>
        <w:spacing w:after="0"/>
        <w:ind w:left="360"/>
      </w:pPr>
      <w:r>
        <w:rPr>
          <w:sz w:val="23"/>
        </w:rPr>
        <w:t>(c) 14 days</w:t>
      </w:r>
    </w:p>
    <w:p>
      <w:pPr>
        <w:spacing w:after="0"/>
        <w:ind w:left="360"/>
      </w:pPr>
      <w:r>
        <w:rPr>
          <w:sz w:val="23"/>
        </w:rPr>
        <w:t>(d) 15 days</w:t>
      </w:r>
    </w:p>
    <w:p>
      <w:r>
        <w:rPr>
          <w:rFonts w:ascii="Georgia" w:hAnsi="Georgia"/>
          <w:b/>
          <w:color w:val="17324D"/>
          <w:sz w:val="30"/>
        </w:rPr>
        <w:t xml:space="preserve">Q15. </w:t>
      </w:r>
      <w:r>
        <w:rPr>
          <w:b/>
          <w:sz w:val="26"/>
        </w:rPr>
        <w:t>A student reads 24 pages in 30 minutes. At the same rate, how much total time will be needed to read 360 pages if the student takes a 10-minute break after every completed block of 90 pages?</w:t>
      </w:r>
    </w:p>
    <w:p>
      <w:pPr>
        <w:spacing w:after="0"/>
        <w:ind w:left="360"/>
      </w:pPr>
      <w:r>
        <w:rPr>
          <w:sz w:val="23"/>
        </w:rPr>
        <w:t>(a) 7 hours</w:t>
      </w:r>
    </w:p>
    <w:p>
      <w:pPr>
        <w:spacing w:after="0"/>
        <w:ind w:left="360"/>
      </w:pPr>
      <w:r>
        <w:rPr>
          <w:sz w:val="23"/>
        </w:rPr>
        <w:t>(b) 7 hours 30 minutes</w:t>
      </w:r>
    </w:p>
    <w:p>
      <w:pPr>
        <w:spacing w:after="0"/>
        <w:ind w:left="360"/>
      </w:pPr>
      <w:r>
        <w:rPr>
          <w:sz w:val="23"/>
        </w:rPr>
        <w:t>(c) 8 hours</w:t>
      </w:r>
    </w:p>
    <w:p>
      <w:pPr>
        <w:spacing w:after="0"/>
        <w:ind w:left="360"/>
      </w:pPr>
      <w:r>
        <w:rPr>
          <w:sz w:val="23"/>
        </w:rPr>
        <w:t>(d) 8 hours 30 minutes</w:t>
      </w:r>
    </w:p>
    <w:p>
      <w:r>
        <w:rPr>
          <w:rFonts w:ascii="Georgia" w:hAnsi="Georgia"/>
          <w:b/>
          <w:color w:val="17324D"/>
          <w:sz w:val="30"/>
        </w:rPr>
        <w:t xml:space="preserve">Q16. </w:t>
      </w:r>
      <w:r>
        <w:rPr>
          <w:b/>
          <w:sz w:val="26"/>
        </w:rPr>
        <w:t>A train takes 5 hours to cover a certain distance at an average speed of 72 km/h. Because of track restrictions its average speed falls to 60 km/h. How much additional time will it require to cover the same distance?</w:t>
      </w:r>
    </w:p>
    <w:p>
      <w:pPr>
        <w:spacing w:after="0"/>
        <w:ind w:left="360"/>
      </w:pPr>
      <w:r>
        <w:rPr>
          <w:sz w:val="23"/>
        </w:rPr>
        <w:t>(a) 45 minutes</w:t>
      </w:r>
    </w:p>
    <w:p>
      <w:pPr>
        <w:spacing w:after="0"/>
        <w:ind w:left="360"/>
      </w:pPr>
      <w:r>
        <w:rPr>
          <w:sz w:val="23"/>
        </w:rPr>
        <w:t>(b) 1 hour</w:t>
      </w:r>
    </w:p>
    <w:p>
      <w:pPr>
        <w:spacing w:after="0"/>
        <w:ind w:left="360"/>
      </w:pPr>
      <w:r>
        <w:rPr>
          <w:sz w:val="23"/>
        </w:rPr>
        <w:t>(c) 1 hour 15 minutes</w:t>
      </w:r>
    </w:p>
    <w:p>
      <w:pPr>
        <w:spacing w:after="0"/>
        <w:ind w:left="360"/>
      </w:pPr>
      <w:r>
        <w:rPr>
          <w:sz w:val="23"/>
        </w:rPr>
        <w:t>(d) 1 hour 30 minutes</w:t>
      </w:r>
    </w:p>
    <w:p>
      <w:r>
        <w:rPr>
          <w:rFonts w:ascii="Georgia" w:hAnsi="Georgia"/>
          <w:b/>
          <w:color w:val="17324D"/>
          <w:sz w:val="30"/>
        </w:rPr>
        <w:t xml:space="preserve">Q17. </w:t>
      </w:r>
      <w:r>
        <w:rPr>
          <w:b/>
          <w:sz w:val="26"/>
        </w:rPr>
        <w:t>The work done by 8 men in 12 days is equal to the work done by 12 women in 16 days. If 6 men and 8 women work together, how many days will they take to complete the work that 8 men alone complete in 12 days?</w:t>
      </w:r>
    </w:p>
    <w:p>
      <w:pPr>
        <w:spacing w:after="0"/>
        <w:ind w:left="360"/>
      </w:pPr>
      <w:r>
        <w:rPr>
          <w:sz w:val="23"/>
        </w:rPr>
        <w:t>(a) 8 days</w:t>
      </w:r>
    </w:p>
    <w:p>
      <w:pPr>
        <w:spacing w:after="0"/>
        <w:ind w:left="360"/>
      </w:pPr>
      <w:r>
        <w:rPr>
          <w:sz w:val="23"/>
        </w:rPr>
        <w:t>(b) 9.6 days</w:t>
      </w:r>
    </w:p>
    <w:p>
      <w:pPr>
        <w:spacing w:after="0"/>
        <w:ind w:left="360"/>
      </w:pPr>
      <w:r>
        <w:rPr>
          <w:sz w:val="23"/>
        </w:rPr>
        <w:t>(c) 10 days</w:t>
      </w:r>
    </w:p>
    <w:p>
      <w:pPr>
        <w:spacing w:after="0"/>
        <w:ind w:left="360"/>
      </w:pPr>
      <w:r>
        <w:rPr>
          <w:sz w:val="23"/>
        </w:rPr>
        <w:t>(d) 12 days</w:t>
      </w:r>
    </w:p>
    <w:p>
      <w:r>
        <w:rPr>
          <w:rFonts w:ascii="Georgia" w:hAnsi="Georgia"/>
          <w:b/>
          <w:color w:val="17324D"/>
          <w:sz w:val="30"/>
        </w:rPr>
        <w:t xml:space="preserve">Q18. </w:t>
      </w:r>
      <w:r>
        <w:rPr>
          <w:b/>
          <w:sz w:val="26"/>
        </w:rPr>
        <w:t>A team of 30 workers can complete a project in 18 days. After 6 days, it is found that only 25% of the work has been completed. If the remaining work must be completed in the next 9 days, how many additional workers are required, assuming equal efficiency and unchanged working hours?</w:t>
      </w:r>
    </w:p>
    <w:p>
      <w:pPr>
        <w:spacing w:after="0"/>
        <w:ind w:left="360"/>
      </w:pPr>
      <w:r>
        <w:rPr>
          <w:sz w:val="23"/>
        </w:rPr>
        <w:t>(a) 15</w:t>
      </w:r>
    </w:p>
    <w:p>
      <w:pPr>
        <w:spacing w:after="0"/>
        <w:ind w:left="360"/>
      </w:pPr>
      <w:r>
        <w:rPr>
          <w:sz w:val="23"/>
        </w:rPr>
        <w:t>(b) 20</w:t>
      </w:r>
    </w:p>
    <w:p>
      <w:pPr>
        <w:spacing w:after="0"/>
        <w:ind w:left="360"/>
      </w:pPr>
      <w:r>
        <w:rPr>
          <w:sz w:val="23"/>
        </w:rPr>
        <w:t>(c) 30</w:t>
      </w:r>
    </w:p>
    <w:p>
      <w:pPr>
        <w:spacing w:after="0"/>
        <w:ind w:left="360"/>
      </w:pPr>
      <w:r>
        <w:rPr>
          <w:sz w:val="23"/>
        </w:rPr>
        <w:t>(d) 40</w:t>
      </w:r>
    </w:p>
    <w:p>
      <w:r>
        <w:rPr>
          <w:rFonts w:ascii="Georgia" w:hAnsi="Georgia"/>
          <w:b/>
          <w:color w:val="17324D"/>
          <w:sz w:val="30"/>
        </w:rPr>
        <w:t xml:space="preserve">Q19. </w:t>
      </w:r>
      <w:r>
        <w:rPr>
          <w:b/>
          <w:sz w:val="26"/>
        </w:rPr>
        <w:t>Five machines working 8 hours per day manufacture 4,000 units in 6 days. After 2 days, one machine breaks down. If the remaining four machines work 10 hours per day, how many additional days are needed to finish the 4,000-unit target?</w:t>
      </w:r>
    </w:p>
    <w:p>
      <w:pPr>
        <w:spacing w:after="0"/>
        <w:ind w:left="360"/>
      </w:pPr>
      <w:r>
        <w:rPr>
          <w:sz w:val="23"/>
        </w:rPr>
        <w:t>(a) 3 days</w:t>
      </w:r>
    </w:p>
    <w:p>
      <w:pPr>
        <w:spacing w:after="0"/>
        <w:ind w:left="360"/>
      </w:pPr>
      <w:r>
        <w:rPr>
          <w:sz w:val="23"/>
        </w:rPr>
        <w:t>(b) 4 days</w:t>
      </w:r>
    </w:p>
    <w:p>
      <w:pPr>
        <w:spacing w:after="0"/>
        <w:ind w:left="360"/>
      </w:pPr>
      <w:r>
        <w:rPr>
          <w:sz w:val="23"/>
        </w:rPr>
        <w:t>(c) 5 days</w:t>
      </w:r>
    </w:p>
    <w:p>
      <w:pPr>
        <w:spacing w:after="0"/>
        <w:ind w:left="360"/>
      </w:pPr>
      <w:r>
        <w:rPr>
          <w:sz w:val="23"/>
        </w:rPr>
        <w:t>(d) 6 days</w:t>
      </w:r>
    </w:p>
    <w:p>
      <w:r>
        <w:rPr>
          <w:rFonts w:ascii="Georgia" w:hAnsi="Georgia"/>
          <w:b/>
          <w:color w:val="17324D"/>
          <w:sz w:val="30"/>
        </w:rPr>
        <w:t xml:space="preserve">Q20. </w:t>
      </w:r>
      <w:r>
        <w:rPr>
          <w:b/>
          <w:sz w:val="26"/>
        </w:rPr>
        <w:t>A camp has enough food for 600 persons for 50 days. After 20 days, 100 persons leave the camp. For how many more days will the remaining food last?</w:t>
      </w:r>
    </w:p>
    <w:p>
      <w:pPr>
        <w:spacing w:after="0"/>
        <w:ind w:left="360"/>
      </w:pPr>
      <w:r>
        <w:rPr>
          <w:sz w:val="23"/>
        </w:rPr>
        <w:t>(a) 30 days</w:t>
      </w:r>
    </w:p>
    <w:p>
      <w:pPr>
        <w:spacing w:after="0"/>
        <w:ind w:left="360"/>
      </w:pPr>
      <w:r>
        <w:rPr>
          <w:sz w:val="23"/>
        </w:rPr>
        <w:t>(b) 32 days</w:t>
      </w:r>
    </w:p>
    <w:p>
      <w:pPr>
        <w:spacing w:after="0"/>
        <w:ind w:left="360"/>
      </w:pPr>
      <w:r>
        <w:rPr>
          <w:sz w:val="23"/>
        </w:rPr>
        <w:t>(c) 36 days</w:t>
      </w:r>
    </w:p>
    <w:p>
      <w:pPr>
        <w:spacing w:after="0"/>
        <w:ind w:left="360"/>
      </w:pPr>
      <w:r>
        <w:rPr>
          <w:sz w:val="23"/>
        </w:rPr>
        <w:t>(d) 40 days</w:t>
      </w:r>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EXAM ALERT</w:t>
              <w:br/>
            </w:r>
            <w:r>
              <w:rPr>
                <w:sz w:val="20"/>
              </w:rPr>
              <w:t>Before calculating, identify the proportional relationship. In multi-stage questions, separate completed work from remaining work.</w:t>
            </w:r>
          </w:p>
        </w:tc>
      </w:tr>
    </w:tbl>
    <w:p>
      <w:pPr>
        <w:spacing w:after="20"/>
      </w:pPr>
    </w:p>
    <w:p>
      <w:r>
        <w:rPr>
          <w:rFonts w:ascii="Georgia" w:hAnsi="Georgia"/>
          <w:b/>
          <w:color w:val="17324D"/>
          <w:sz w:val="30"/>
        </w:rPr>
        <w:t xml:space="preserve">Q21. </w:t>
      </w:r>
      <w:r>
        <w:rPr>
          <w:b/>
          <w:sz w:val="26"/>
        </w:rPr>
        <w:t>Time required for a project is directly proportional to the number of units and inversely proportional to the number of workers and hours per day. If 20 workers working 6 hours per day complete 480 units in 12 days, how many days will 24 workers working 8 hours per day need to complete 640 units?</w:t>
      </w:r>
    </w:p>
    <w:p>
      <w:pPr>
        <w:spacing w:after="0"/>
        <w:ind w:left="360"/>
      </w:pPr>
      <w:r>
        <w:rPr>
          <w:sz w:val="23"/>
        </w:rPr>
        <w:t>(a) 10 days</w:t>
      </w:r>
    </w:p>
    <w:p>
      <w:pPr>
        <w:spacing w:after="0"/>
        <w:ind w:left="360"/>
      </w:pPr>
      <w:r>
        <w:rPr>
          <w:sz w:val="23"/>
        </w:rPr>
        <w:t>(b) 12 days</w:t>
      </w:r>
    </w:p>
    <w:p>
      <w:pPr>
        <w:spacing w:after="0"/>
        <w:ind w:left="360"/>
      </w:pPr>
      <w:r>
        <w:rPr>
          <w:sz w:val="23"/>
        </w:rPr>
        <w:t>(c) 13⅓ days</w:t>
      </w:r>
    </w:p>
    <w:p>
      <w:pPr>
        <w:spacing w:after="0"/>
        <w:ind w:left="360"/>
      </w:pPr>
      <w:r>
        <w:rPr>
          <w:sz w:val="23"/>
        </w:rPr>
        <w:t>(d) 15 days</w:t>
      </w:r>
    </w:p>
    <w:p>
      <w:r>
        <w:rPr>
          <w:rFonts w:ascii="Georgia" w:hAnsi="Georgia"/>
          <w:b/>
          <w:color w:val="17324D"/>
          <w:sz w:val="30"/>
        </w:rPr>
        <w:t xml:space="preserve">Q22. </w:t>
      </w:r>
      <w:r>
        <w:rPr>
          <w:b/>
          <w:sz w:val="26"/>
        </w:rPr>
        <w:t>A worker earns ₹18,900 for 21 days at 9 hours per day. If wages are directly proportional to total hours worked, how much will he earn for 26 days at 7 hours per day?</w:t>
      </w:r>
    </w:p>
    <w:p>
      <w:pPr>
        <w:spacing w:after="0"/>
        <w:ind w:left="360"/>
      </w:pPr>
      <w:r>
        <w:rPr>
          <w:sz w:val="23"/>
        </w:rPr>
        <w:t>(a) ₹18,000</w:t>
      </w:r>
    </w:p>
    <w:p>
      <w:pPr>
        <w:spacing w:after="0"/>
        <w:ind w:left="360"/>
      </w:pPr>
      <w:r>
        <w:rPr>
          <w:sz w:val="23"/>
        </w:rPr>
        <w:t>(b) ₹18,200</w:t>
      </w:r>
    </w:p>
    <w:p>
      <w:pPr>
        <w:spacing w:after="0"/>
        <w:ind w:left="360"/>
      </w:pPr>
      <w:r>
        <w:rPr>
          <w:sz w:val="23"/>
        </w:rPr>
        <w:t>(c) ₹19,000</w:t>
      </w:r>
    </w:p>
    <w:p>
      <w:pPr>
        <w:spacing w:after="0"/>
        <w:ind w:left="360"/>
      </w:pPr>
      <w:r>
        <w:rPr>
          <w:sz w:val="23"/>
        </w:rPr>
        <w:t>(d) ₹19,133⅓</w:t>
      </w:r>
    </w:p>
    <w:p>
      <w:r>
        <w:rPr>
          <w:rFonts w:ascii="Georgia" w:hAnsi="Georgia"/>
          <w:b/>
          <w:color w:val="17324D"/>
          <w:sz w:val="30"/>
        </w:rPr>
        <w:t xml:space="preserve">Q23. </w:t>
      </w:r>
      <w:r>
        <w:rPr>
          <w:b/>
          <w:sz w:val="26"/>
        </w:rPr>
        <w:t>A construction project requires 360 tonnes of cement when 24 workers are employed for 30 days. If the required cement is directly proportional to workers and days, how much cement is required for 32 workers working for 45 days?</w:t>
      </w:r>
    </w:p>
    <w:p>
      <w:pPr>
        <w:spacing w:after="0"/>
        <w:ind w:left="360"/>
      </w:pPr>
      <w:r>
        <w:rPr>
          <w:sz w:val="23"/>
        </w:rPr>
        <w:t>(a) 540 tonnes</w:t>
      </w:r>
    </w:p>
    <w:p>
      <w:pPr>
        <w:spacing w:after="0"/>
        <w:ind w:left="360"/>
      </w:pPr>
      <w:r>
        <w:rPr>
          <w:sz w:val="23"/>
        </w:rPr>
        <w:t>(b) 600 tonnes</w:t>
      </w:r>
    </w:p>
    <w:p>
      <w:pPr>
        <w:spacing w:after="0"/>
        <w:ind w:left="360"/>
      </w:pPr>
      <w:r>
        <w:rPr>
          <w:sz w:val="23"/>
        </w:rPr>
        <w:t>(c) 720 tonnes</w:t>
      </w:r>
    </w:p>
    <w:p>
      <w:pPr>
        <w:spacing w:after="0"/>
        <w:ind w:left="360"/>
      </w:pPr>
      <w:r>
        <w:rPr>
          <w:sz w:val="23"/>
        </w:rPr>
        <w:t>(d) 810 tonnes</w:t>
      </w:r>
    </w:p>
    <w:p>
      <w:r>
        <w:rPr>
          <w:rFonts w:ascii="Georgia" w:hAnsi="Georgia"/>
          <w:b/>
          <w:color w:val="17324D"/>
          <w:sz w:val="30"/>
        </w:rPr>
        <w:t xml:space="preserve">Q24. </w:t>
      </w:r>
      <w:r>
        <w:rPr>
          <w:b/>
          <w:sz w:val="26"/>
        </w:rPr>
        <w:t>A contractor employs 40 workers for a project, each working 8 hours daily. After 10 days, only 30% of the project has been completed. To finish the remaining work in the next 12 days, each worker will work 10 hours daily. What minimum number of workers is required in the final stage?</w:t>
      </w:r>
    </w:p>
    <w:p>
      <w:pPr>
        <w:spacing w:after="0"/>
        <w:ind w:left="360"/>
      </w:pPr>
      <w:r>
        <w:rPr>
          <w:sz w:val="23"/>
        </w:rPr>
        <w:t>(a) 60</w:t>
      </w:r>
    </w:p>
    <w:p>
      <w:pPr>
        <w:spacing w:after="0"/>
        <w:ind w:left="360"/>
      </w:pPr>
      <w:r>
        <w:rPr>
          <w:sz w:val="23"/>
        </w:rPr>
        <w:t>(b) 62</w:t>
      </w:r>
    </w:p>
    <w:p>
      <w:pPr>
        <w:spacing w:after="0"/>
        <w:ind w:left="360"/>
      </w:pPr>
      <w:r>
        <w:rPr>
          <w:sz w:val="23"/>
        </w:rPr>
        <w:t>(c) 63</w:t>
      </w:r>
    </w:p>
    <w:p>
      <w:pPr>
        <w:spacing w:after="0"/>
        <w:ind w:left="360"/>
      </w:pPr>
      <w:r>
        <w:rPr>
          <w:sz w:val="23"/>
        </w:rPr>
        <w:t>(d) 64</w:t>
      </w:r>
    </w:p>
    <w:p>
      <w:r>
        <w:rPr>
          <w:rFonts w:ascii="Georgia" w:hAnsi="Georgia"/>
          <w:b/>
          <w:color w:val="17324D"/>
          <w:sz w:val="30"/>
        </w:rPr>
        <w:t xml:space="preserve">Q25. </w:t>
      </w:r>
      <w:r>
        <w:rPr>
          <w:b/>
          <w:sz w:val="26"/>
        </w:rPr>
        <w:t>A cyclist travels a certain distance at 18 km/h and takes 40 minutes more than he would take at 24 km/h. What is the distance?</w:t>
      </w:r>
    </w:p>
    <w:p>
      <w:pPr>
        <w:spacing w:after="0"/>
        <w:ind w:left="360"/>
      </w:pPr>
      <w:r>
        <w:rPr>
          <w:sz w:val="23"/>
        </w:rPr>
        <w:t>(a) 24 km</w:t>
      </w:r>
    </w:p>
    <w:p>
      <w:pPr>
        <w:spacing w:after="0"/>
        <w:ind w:left="360"/>
      </w:pPr>
      <w:r>
        <w:rPr>
          <w:sz w:val="23"/>
        </w:rPr>
        <w:t>(b) 36 km</w:t>
      </w:r>
    </w:p>
    <w:p>
      <w:pPr>
        <w:spacing w:after="0"/>
        <w:ind w:left="360"/>
      </w:pPr>
      <w:r>
        <w:rPr>
          <w:sz w:val="23"/>
        </w:rPr>
        <w:t>(c) 42 km</w:t>
      </w:r>
    </w:p>
    <w:p>
      <w:pPr>
        <w:spacing w:after="0"/>
        <w:ind w:left="360"/>
      </w:pPr>
      <w:r>
        <w:rPr>
          <w:sz w:val="23"/>
        </w:rPr>
        <w:t>(d) 48 km</w:t>
      </w:r>
    </w:p>
    <w:p>
      <w:r>
        <w:rPr>
          <w:rFonts w:ascii="Georgia" w:hAnsi="Georgia"/>
          <w:b/>
          <w:color w:val="17324D"/>
          <w:sz w:val="30"/>
        </w:rPr>
        <w:t xml:space="preserve">Q26. </w:t>
      </w:r>
      <w:r>
        <w:rPr>
          <w:b/>
          <w:sz w:val="26"/>
        </w:rPr>
        <w:t>A factory produces 7,200 units using 12 machines working 10 hours a day for 6 days. It receives an order for 12,600 units to be completed in 7 days. If each machine can work only 9 hours per day, how many machines are required?</w:t>
      </w:r>
    </w:p>
    <w:p>
      <w:pPr>
        <w:spacing w:after="0"/>
        <w:ind w:left="360"/>
      </w:pPr>
      <w:r>
        <w:rPr>
          <w:sz w:val="23"/>
        </w:rPr>
        <w:t>(a) 18</w:t>
      </w:r>
    </w:p>
    <w:p>
      <w:pPr>
        <w:spacing w:after="0"/>
        <w:ind w:left="360"/>
      </w:pPr>
      <w:r>
        <w:rPr>
          <w:sz w:val="23"/>
        </w:rPr>
        <w:t>(b) 20</w:t>
      </w:r>
    </w:p>
    <w:p>
      <w:pPr>
        <w:spacing w:after="0"/>
        <w:ind w:left="360"/>
      </w:pPr>
      <w:r>
        <w:rPr>
          <w:sz w:val="23"/>
        </w:rPr>
        <w:t>(c) 21</w:t>
      </w:r>
    </w:p>
    <w:p>
      <w:pPr>
        <w:spacing w:after="0"/>
        <w:ind w:left="360"/>
      </w:pPr>
      <w:r>
        <w:rPr>
          <w:sz w:val="23"/>
        </w:rPr>
        <w:t>(d) 24</w:t>
      </w:r>
    </w:p>
    <w:p>
      <w:r>
        <w:rPr>
          <w:rFonts w:ascii="Georgia" w:hAnsi="Georgia"/>
          <w:b/>
          <w:color w:val="17324D"/>
          <w:sz w:val="30"/>
        </w:rPr>
        <w:t xml:space="preserve">Q27. </w:t>
      </w:r>
      <w:r>
        <w:rPr>
          <w:b/>
          <w:sz w:val="26"/>
        </w:rPr>
        <w:t>Twenty-five workers can complete a work in 32 days by working 8 hours per day. After 12 days, 5 workers leave. If the remaining workers work 10 hours per day, how many additional days are required to complete the remaining work?</w:t>
      </w:r>
    </w:p>
    <w:p>
      <w:pPr>
        <w:spacing w:after="0"/>
        <w:ind w:left="360"/>
      </w:pPr>
      <w:r>
        <w:rPr>
          <w:sz w:val="23"/>
        </w:rPr>
        <w:t>(a) 20</w:t>
      </w:r>
    </w:p>
    <w:p>
      <w:pPr>
        <w:spacing w:after="0"/>
        <w:ind w:left="360"/>
      </w:pPr>
      <w:r>
        <w:rPr>
          <w:sz w:val="23"/>
        </w:rPr>
        <w:t>(b) 22</w:t>
      </w:r>
    </w:p>
    <w:p>
      <w:pPr>
        <w:spacing w:after="0"/>
        <w:ind w:left="360"/>
      </w:pPr>
      <w:r>
        <w:rPr>
          <w:sz w:val="23"/>
        </w:rPr>
        <w:t>(c) 25</w:t>
      </w:r>
    </w:p>
    <w:p>
      <w:pPr>
        <w:spacing w:after="0"/>
        <w:ind w:left="360"/>
      </w:pPr>
      <w:r>
        <w:rPr>
          <w:sz w:val="23"/>
        </w:rPr>
        <w:t>(d) 28</w:t>
      </w:r>
    </w:p>
    <w:p>
      <w:r>
        <w:rPr>
          <w:rFonts w:ascii="Georgia" w:hAnsi="Georgia"/>
          <w:b/>
          <w:color w:val="17324D"/>
          <w:sz w:val="30"/>
        </w:rPr>
        <w:t xml:space="preserve">Q28. </w:t>
      </w:r>
      <w:r>
        <w:rPr>
          <w:b/>
          <w:sz w:val="26"/>
        </w:rPr>
        <w:t>A family spends ₹7,200 per month on a commodity priced at ₹80 per kilogram. If the price rises to ₹96 per kilogram and the family wants to keep its monthly expenditure unchanged, how many kilograms should it purchase?</w:t>
      </w:r>
    </w:p>
    <w:p>
      <w:pPr>
        <w:spacing w:after="0"/>
        <w:ind w:left="360"/>
      </w:pPr>
      <w:r>
        <w:rPr>
          <w:sz w:val="23"/>
        </w:rPr>
        <w:t>(a) 60 kg</w:t>
      </w:r>
    </w:p>
    <w:p>
      <w:pPr>
        <w:spacing w:after="0"/>
        <w:ind w:left="360"/>
      </w:pPr>
      <w:r>
        <w:rPr>
          <w:sz w:val="23"/>
        </w:rPr>
        <w:t>(b) 70 kg</w:t>
      </w:r>
    </w:p>
    <w:p>
      <w:pPr>
        <w:spacing w:after="0"/>
        <w:ind w:left="360"/>
      </w:pPr>
      <w:r>
        <w:rPr>
          <w:sz w:val="23"/>
        </w:rPr>
        <w:t>(c) 75 kg</w:t>
      </w:r>
    </w:p>
    <w:p>
      <w:pPr>
        <w:spacing w:after="0"/>
        <w:ind w:left="360"/>
      </w:pPr>
      <w:r>
        <w:rPr>
          <w:sz w:val="23"/>
        </w:rPr>
        <w:t>(d) 80 kg</w:t>
      </w:r>
    </w:p>
    <w:p>
      <w:r>
        <w:rPr>
          <w:rFonts w:ascii="Georgia" w:hAnsi="Georgia"/>
          <w:b/>
          <w:color w:val="17324D"/>
          <w:sz w:val="30"/>
        </w:rPr>
        <w:t xml:space="preserve">Q29. </w:t>
      </w:r>
      <w:r>
        <w:rPr>
          <w:b/>
          <w:sz w:val="26"/>
        </w:rPr>
        <w:t>A factory employs 18 machines, each working 7 hours per day, and produces 12,600 units in 10 days. Due to maintenance, 3 machines are unavailable. The remaining machines work 9 hours per day. How many days will they require to produce 18,000 units?</w:t>
      </w:r>
    </w:p>
    <w:p>
      <w:pPr>
        <w:spacing w:after="0"/>
        <w:ind w:left="360"/>
      </w:pPr>
      <w:r>
        <w:rPr>
          <w:sz w:val="23"/>
        </w:rPr>
        <w:t>(a) 10 days</w:t>
      </w:r>
    </w:p>
    <w:p>
      <w:pPr>
        <w:spacing w:after="0"/>
        <w:ind w:left="360"/>
      </w:pPr>
      <w:r>
        <w:rPr>
          <w:sz w:val="23"/>
        </w:rPr>
        <w:t>(b) 11⅓ days</w:t>
      </w:r>
    </w:p>
    <w:p>
      <w:pPr>
        <w:spacing w:after="0"/>
        <w:ind w:left="360"/>
      </w:pPr>
      <w:r>
        <w:rPr>
          <w:sz w:val="23"/>
        </w:rPr>
        <w:t>(c) 13⅓ days</w:t>
      </w:r>
    </w:p>
    <w:p>
      <w:pPr>
        <w:spacing w:after="0"/>
        <w:ind w:left="360"/>
      </w:pPr>
      <w:r>
        <w:rPr>
          <w:sz w:val="23"/>
        </w:rPr>
        <w:t>(d) 15 days</w:t>
      </w:r>
    </w:p>
    <w:p>
      <w:r>
        <w:rPr>
          <w:rFonts w:ascii="Georgia" w:hAnsi="Georgia"/>
          <w:b/>
          <w:color w:val="17324D"/>
          <w:sz w:val="30"/>
        </w:rPr>
        <w:t xml:space="preserve">Q30. </w:t>
      </w:r>
      <w:r>
        <w:rPr>
          <w:b/>
          <w:sz w:val="26"/>
        </w:rPr>
        <w:t>A contractor has to complete a project in 24 days using 50 workers working 8 hours per day. After 8 days, only 25% of the work has been completed. The contractor increases working time to 10 hours per day and wants to finish the remaining work in the next 10 days. What minimum number of additional workers is required?</w:t>
      </w:r>
    </w:p>
    <w:p>
      <w:pPr>
        <w:spacing w:after="0"/>
        <w:ind w:left="360"/>
      </w:pPr>
      <w:r>
        <w:rPr>
          <w:sz w:val="23"/>
        </w:rPr>
        <w:t>(a) 40</w:t>
      </w:r>
    </w:p>
    <w:p>
      <w:pPr>
        <w:spacing w:after="0"/>
        <w:ind w:left="360"/>
      </w:pPr>
      <w:r>
        <w:rPr>
          <w:sz w:val="23"/>
        </w:rPr>
        <w:t>(b) 45</w:t>
      </w:r>
    </w:p>
    <w:p>
      <w:pPr>
        <w:spacing w:after="0"/>
        <w:ind w:left="360"/>
      </w:pPr>
      <w:r>
        <w:rPr>
          <w:sz w:val="23"/>
        </w:rPr>
        <w:t>(c) 46</w:t>
      </w:r>
    </w:p>
    <w:p>
      <w:pPr>
        <w:spacing w:after="0"/>
        <w:ind w:left="360"/>
      </w:pPr>
      <w:r>
        <w:rPr>
          <w:sz w:val="23"/>
        </w:rPr>
        <w:t>(d) 50</w:t>
      </w:r>
    </w:p>
    <w:p>
      <w:pPr>
        <w:pStyle w:val="Heading1"/>
      </w:pPr>
      <w:r>
        <w:t>ANSWER KEY</w:t>
      </w:r>
    </w:p>
    <w:tbl>
      <w:tblPr>
        <w:tblW w:type="auto" w:w="0"/>
        <w:jc w:val="center"/>
        <w:tblLook w:firstColumn="1" w:firstRow="1" w:lastColumn="0" w:lastRow="0" w:noHBand="0" w:noVBand="1" w:val="04A0"/>
      </w:tblPr>
      <w:tblGrid>
        <w:gridCol w:w="1728"/>
        <w:gridCol w:w="1728"/>
        <w:gridCol w:w="1728"/>
        <w:gridCol w:w="1728"/>
        <w:gridCol w:w="1728"/>
        <w:gridCol w:w="1728"/>
      </w:tblGrid>
      <w:tr>
        <w:tc>
          <w:tcPr>
            <w:tcW w:type="dxa" w:w="1728"/>
            <w:shd w:fill="17324D"/>
          </w:tcPr>
          <w:p>
            <w:r>
              <w:rPr>
                <w:b/>
                <w:color w:val="FFFFFF"/>
              </w:rPr>
              <w:t>Q.No</w:t>
            </w:r>
          </w:p>
        </w:tc>
        <w:tc>
          <w:tcPr>
            <w:tcW w:type="dxa" w:w="1728"/>
            <w:shd w:fill="6B4E9B"/>
          </w:tcPr>
          <w:p>
            <w:r>
              <w:rPr>
                <w:b/>
                <w:color w:val="FFFFFF"/>
              </w:rPr>
              <w:t>Answer</w:t>
            </w:r>
          </w:p>
        </w:tc>
        <w:tc>
          <w:tcPr>
            <w:tcW w:type="dxa" w:w="1728"/>
            <w:shd w:fill="17324D"/>
          </w:tcPr>
          <w:p>
            <w:r>
              <w:rPr>
                <w:b/>
                <w:color w:val="FFFFFF"/>
              </w:rPr>
              <w:t>Q.No</w:t>
            </w:r>
          </w:p>
        </w:tc>
        <w:tc>
          <w:tcPr>
            <w:tcW w:type="dxa" w:w="1728"/>
            <w:shd w:fill="6B4E9B"/>
          </w:tcPr>
          <w:p>
            <w:r>
              <w:rPr>
                <w:b/>
                <w:color w:val="FFFFFF"/>
              </w:rPr>
              <w:t>Answer</w:t>
            </w:r>
          </w:p>
        </w:tc>
        <w:tc>
          <w:tcPr>
            <w:tcW w:type="dxa" w:w="1728"/>
            <w:shd w:fill="17324D"/>
          </w:tcPr>
          <w:p>
            <w:r>
              <w:rPr>
                <w:b/>
                <w:color w:val="FFFFFF"/>
              </w:rPr>
              <w:t>Q.No</w:t>
            </w:r>
          </w:p>
        </w:tc>
        <w:tc>
          <w:tcPr>
            <w:tcW w:type="dxa" w:w="1728"/>
            <w:shd w:fill="6B4E9B"/>
          </w:tcPr>
          <w:p>
            <w:r>
              <w:rPr>
                <w:b/>
                <w:color w:val="FFFFFF"/>
              </w:rPr>
              <w:t>Answer</w:t>
            </w:r>
          </w:p>
        </w:tc>
      </w:tr>
      <w:tr>
        <w:tc>
          <w:tcPr>
            <w:tcW w:type="dxa" w:w="1728"/>
            <w:shd w:fill="E7F6F3"/>
          </w:tcPr>
          <w:p>
            <w:r>
              <w:t>1</w:t>
            </w:r>
          </w:p>
        </w:tc>
        <w:tc>
          <w:tcPr>
            <w:tcW w:type="dxa" w:w="1728"/>
            <w:shd w:fill="FFF4D6"/>
          </w:tcPr>
          <w:p>
            <w:r>
              <w:t>(b)</w:t>
            </w:r>
          </w:p>
        </w:tc>
        <w:tc>
          <w:tcPr>
            <w:tcW w:type="dxa" w:w="1728"/>
            <w:shd w:fill="E7F6F3"/>
          </w:tcPr>
          <w:p>
            <w:r>
              <w:t>11</w:t>
            </w:r>
          </w:p>
        </w:tc>
        <w:tc>
          <w:tcPr>
            <w:tcW w:type="dxa" w:w="1728"/>
            <w:shd w:fill="FFF4D6"/>
          </w:tcPr>
          <w:p>
            <w:r>
              <w:t>(b)</w:t>
            </w:r>
          </w:p>
        </w:tc>
        <w:tc>
          <w:tcPr>
            <w:tcW w:type="dxa" w:w="1728"/>
            <w:shd w:fill="E7F6F3"/>
          </w:tcPr>
          <w:p>
            <w:r>
              <w:t>21</w:t>
            </w:r>
          </w:p>
        </w:tc>
        <w:tc>
          <w:tcPr>
            <w:tcW w:type="dxa" w:w="1728"/>
            <w:shd w:fill="FFF4D6"/>
          </w:tcPr>
          <w:p>
            <w:r>
              <w:t>(a)</w:t>
            </w:r>
          </w:p>
        </w:tc>
      </w:tr>
      <w:tr>
        <w:tc>
          <w:tcPr>
            <w:tcW w:type="dxa" w:w="1728"/>
            <w:shd w:fill="E7F6F3"/>
          </w:tcPr>
          <w:p>
            <w:r>
              <w:t>2</w:t>
            </w:r>
          </w:p>
        </w:tc>
        <w:tc>
          <w:tcPr>
            <w:tcW w:type="dxa" w:w="1728"/>
            <w:shd w:fill="FFF4D6"/>
          </w:tcPr>
          <w:p>
            <w:r>
              <w:t>(c)</w:t>
            </w:r>
          </w:p>
        </w:tc>
        <w:tc>
          <w:tcPr>
            <w:tcW w:type="dxa" w:w="1728"/>
            <w:shd w:fill="E7F6F3"/>
          </w:tcPr>
          <w:p>
            <w:r>
              <w:t>12</w:t>
            </w:r>
          </w:p>
        </w:tc>
        <w:tc>
          <w:tcPr>
            <w:tcW w:type="dxa" w:w="1728"/>
            <w:shd w:fill="FFF4D6"/>
          </w:tcPr>
          <w:p>
            <w:r>
              <w:t>(c)</w:t>
            </w:r>
          </w:p>
        </w:tc>
        <w:tc>
          <w:tcPr>
            <w:tcW w:type="dxa" w:w="1728"/>
            <w:shd w:fill="E7F6F3"/>
          </w:tcPr>
          <w:p>
            <w:r>
              <w:t>22</w:t>
            </w:r>
          </w:p>
        </w:tc>
        <w:tc>
          <w:tcPr>
            <w:tcW w:type="dxa" w:w="1728"/>
            <w:shd w:fill="FFF4D6"/>
          </w:tcPr>
          <w:p>
            <w:r>
              <w:t>(b)</w:t>
            </w:r>
          </w:p>
        </w:tc>
      </w:tr>
      <w:tr>
        <w:tc>
          <w:tcPr>
            <w:tcW w:type="dxa" w:w="1728"/>
            <w:shd w:fill="E7F6F3"/>
          </w:tcPr>
          <w:p>
            <w:r>
              <w:t>3</w:t>
            </w:r>
          </w:p>
        </w:tc>
        <w:tc>
          <w:tcPr>
            <w:tcW w:type="dxa" w:w="1728"/>
            <w:shd w:fill="FFF4D6"/>
          </w:tcPr>
          <w:p>
            <w:r>
              <w:t>(b)</w:t>
            </w:r>
          </w:p>
        </w:tc>
        <w:tc>
          <w:tcPr>
            <w:tcW w:type="dxa" w:w="1728"/>
            <w:shd w:fill="E7F6F3"/>
          </w:tcPr>
          <w:p>
            <w:r>
              <w:t>13</w:t>
            </w:r>
          </w:p>
        </w:tc>
        <w:tc>
          <w:tcPr>
            <w:tcW w:type="dxa" w:w="1728"/>
            <w:shd w:fill="FFF4D6"/>
          </w:tcPr>
          <w:p>
            <w:r>
              <w:t>(a)</w:t>
            </w:r>
          </w:p>
        </w:tc>
        <w:tc>
          <w:tcPr>
            <w:tcW w:type="dxa" w:w="1728"/>
            <w:shd w:fill="E7F6F3"/>
          </w:tcPr>
          <w:p>
            <w:r>
              <w:t>23</w:t>
            </w:r>
          </w:p>
        </w:tc>
        <w:tc>
          <w:tcPr>
            <w:tcW w:type="dxa" w:w="1728"/>
            <w:shd w:fill="FFF4D6"/>
          </w:tcPr>
          <w:p>
            <w:r>
              <w:t>(c)</w:t>
            </w:r>
          </w:p>
        </w:tc>
      </w:tr>
      <w:tr>
        <w:tc>
          <w:tcPr>
            <w:tcW w:type="dxa" w:w="1728"/>
            <w:shd w:fill="E7F6F3"/>
          </w:tcPr>
          <w:p>
            <w:r>
              <w:t>4</w:t>
            </w:r>
          </w:p>
        </w:tc>
        <w:tc>
          <w:tcPr>
            <w:tcW w:type="dxa" w:w="1728"/>
            <w:shd w:fill="FFF4D6"/>
          </w:tcPr>
          <w:p>
            <w:r>
              <w:t>(c)</w:t>
            </w:r>
          </w:p>
        </w:tc>
        <w:tc>
          <w:tcPr>
            <w:tcW w:type="dxa" w:w="1728"/>
            <w:shd w:fill="E7F6F3"/>
          </w:tcPr>
          <w:p>
            <w:r>
              <w:t>14</w:t>
            </w:r>
          </w:p>
        </w:tc>
        <w:tc>
          <w:tcPr>
            <w:tcW w:type="dxa" w:w="1728"/>
            <w:shd w:fill="FFF4D6"/>
          </w:tcPr>
          <w:p>
            <w:r>
              <w:t>(b)</w:t>
            </w:r>
          </w:p>
        </w:tc>
        <w:tc>
          <w:tcPr>
            <w:tcW w:type="dxa" w:w="1728"/>
            <w:shd w:fill="E7F6F3"/>
          </w:tcPr>
          <w:p>
            <w:r>
              <w:t>24</w:t>
            </w:r>
          </w:p>
        </w:tc>
        <w:tc>
          <w:tcPr>
            <w:tcW w:type="dxa" w:w="1728"/>
            <w:shd w:fill="FFF4D6"/>
          </w:tcPr>
          <w:p>
            <w:r>
              <w:t>(c)</w:t>
            </w:r>
          </w:p>
        </w:tc>
      </w:tr>
      <w:tr>
        <w:tc>
          <w:tcPr>
            <w:tcW w:type="dxa" w:w="1728"/>
            <w:shd w:fill="E7F6F3"/>
          </w:tcPr>
          <w:p>
            <w:r>
              <w:t>5</w:t>
            </w:r>
          </w:p>
        </w:tc>
        <w:tc>
          <w:tcPr>
            <w:tcW w:type="dxa" w:w="1728"/>
            <w:shd w:fill="FFF4D6"/>
          </w:tcPr>
          <w:p>
            <w:r>
              <w:t>(c)</w:t>
            </w:r>
          </w:p>
        </w:tc>
        <w:tc>
          <w:tcPr>
            <w:tcW w:type="dxa" w:w="1728"/>
            <w:shd w:fill="E7F6F3"/>
          </w:tcPr>
          <w:p>
            <w:r>
              <w:t>15</w:t>
            </w:r>
          </w:p>
        </w:tc>
        <w:tc>
          <w:tcPr>
            <w:tcW w:type="dxa" w:w="1728"/>
            <w:shd w:fill="FFF4D6"/>
          </w:tcPr>
          <w:p>
            <w:r>
              <w:t>(c)</w:t>
            </w:r>
          </w:p>
        </w:tc>
        <w:tc>
          <w:tcPr>
            <w:tcW w:type="dxa" w:w="1728"/>
            <w:shd w:fill="E7F6F3"/>
          </w:tcPr>
          <w:p>
            <w:r>
              <w:t>25</w:t>
            </w:r>
          </w:p>
        </w:tc>
        <w:tc>
          <w:tcPr>
            <w:tcW w:type="dxa" w:w="1728"/>
            <w:shd w:fill="FFF4D6"/>
          </w:tcPr>
          <w:p>
            <w:r>
              <w:t>(d)</w:t>
            </w:r>
          </w:p>
        </w:tc>
      </w:tr>
      <w:tr>
        <w:tc>
          <w:tcPr>
            <w:tcW w:type="dxa" w:w="1728"/>
            <w:shd w:fill="E7F6F3"/>
          </w:tcPr>
          <w:p>
            <w:r>
              <w:t>6</w:t>
            </w:r>
          </w:p>
        </w:tc>
        <w:tc>
          <w:tcPr>
            <w:tcW w:type="dxa" w:w="1728"/>
            <w:shd w:fill="FFF4D6"/>
          </w:tcPr>
          <w:p>
            <w:r>
              <w:t>(b)</w:t>
            </w:r>
          </w:p>
        </w:tc>
        <w:tc>
          <w:tcPr>
            <w:tcW w:type="dxa" w:w="1728"/>
            <w:shd w:fill="E7F6F3"/>
          </w:tcPr>
          <w:p>
            <w:r>
              <w:t>16</w:t>
            </w:r>
          </w:p>
        </w:tc>
        <w:tc>
          <w:tcPr>
            <w:tcW w:type="dxa" w:w="1728"/>
            <w:shd w:fill="FFF4D6"/>
          </w:tcPr>
          <w:p>
            <w:r>
              <w:t>(b)</w:t>
            </w:r>
          </w:p>
        </w:tc>
        <w:tc>
          <w:tcPr>
            <w:tcW w:type="dxa" w:w="1728"/>
            <w:shd w:fill="E7F6F3"/>
          </w:tcPr>
          <w:p>
            <w:r>
              <w:t>26</w:t>
            </w:r>
          </w:p>
        </w:tc>
        <w:tc>
          <w:tcPr>
            <w:tcW w:type="dxa" w:w="1728"/>
            <w:shd w:fill="FFF4D6"/>
          </w:tcPr>
          <w:p>
            <w:r>
              <w:t>(c)</w:t>
            </w:r>
          </w:p>
        </w:tc>
      </w:tr>
      <w:tr>
        <w:tc>
          <w:tcPr>
            <w:tcW w:type="dxa" w:w="1728"/>
            <w:shd w:fill="E7F6F3"/>
          </w:tcPr>
          <w:p>
            <w:r>
              <w:t>7</w:t>
            </w:r>
          </w:p>
        </w:tc>
        <w:tc>
          <w:tcPr>
            <w:tcW w:type="dxa" w:w="1728"/>
            <w:shd w:fill="FFF4D6"/>
          </w:tcPr>
          <w:p>
            <w:r>
              <w:t>(c)</w:t>
            </w:r>
          </w:p>
        </w:tc>
        <w:tc>
          <w:tcPr>
            <w:tcW w:type="dxa" w:w="1728"/>
            <w:shd w:fill="E7F6F3"/>
          </w:tcPr>
          <w:p>
            <w:r>
              <w:t>17</w:t>
            </w:r>
          </w:p>
        </w:tc>
        <w:tc>
          <w:tcPr>
            <w:tcW w:type="dxa" w:w="1728"/>
            <w:shd w:fill="FFF4D6"/>
          </w:tcPr>
          <w:p>
            <w:r>
              <w:t>(b)</w:t>
            </w:r>
          </w:p>
        </w:tc>
        <w:tc>
          <w:tcPr>
            <w:tcW w:type="dxa" w:w="1728"/>
            <w:shd w:fill="E7F6F3"/>
          </w:tcPr>
          <w:p>
            <w:r>
              <w:t>27</w:t>
            </w:r>
          </w:p>
        </w:tc>
        <w:tc>
          <w:tcPr>
            <w:tcW w:type="dxa" w:w="1728"/>
            <w:shd w:fill="FFF4D6"/>
          </w:tcPr>
          <w:p>
            <w:r>
              <w:t>(a)</w:t>
            </w:r>
          </w:p>
        </w:tc>
      </w:tr>
      <w:tr>
        <w:tc>
          <w:tcPr>
            <w:tcW w:type="dxa" w:w="1728"/>
            <w:shd w:fill="E7F6F3"/>
          </w:tcPr>
          <w:p>
            <w:r>
              <w:t>8</w:t>
            </w:r>
          </w:p>
        </w:tc>
        <w:tc>
          <w:tcPr>
            <w:tcW w:type="dxa" w:w="1728"/>
            <w:shd w:fill="FFF4D6"/>
          </w:tcPr>
          <w:p>
            <w:r>
              <w:t>(c)</w:t>
            </w:r>
          </w:p>
        </w:tc>
        <w:tc>
          <w:tcPr>
            <w:tcW w:type="dxa" w:w="1728"/>
            <w:shd w:fill="E7F6F3"/>
          </w:tcPr>
          <w:p>
            <w:r>
              <w:t>18</w:t>
            </w:r>
          </w:p>
        </w:tc>
        <w:tc>
          <w:tcPr>
            <w:tcW w:type="dxa" w:w="1728"/>
            <w:shd w:fill="FFF4D6"/>
          </w:tcPr>
          <w:p>
            <w:r>
              <w:t>(c)</w:t>
            </w:r>
          </w:p>
        </w:tc>
        <w:tc>
          <w:tcPr>
            <w:tcW w:type="dxa" w:w="1728"/>
            <w:shd w:fill="E7F6F3"/>
          </w:tcPr>
          <w:p>
            <w:r>
              <w:t>28</w:t>
            </w:r>
          </w:p>
        </w:tc>
        <w:tc>
          <w:tcPr>
            <w:tcW w:type="dxa" w:w="1728"/>
            <w:shd w:fill="FFF4D6"/>
          </w:tcPr>
          <w:p>
            <w:r>
              <w:t>(c)</w:t>
            </w:r>
          </w:p>
        </w:tc>
      </w:tr>
      <w:tr>
        <w:tc>
          <w:tcPr>
            <w:tcW w:type="dxa" w:w="1728"/>
            <w:shd w:fill="E7F6F3"/>
          </w:tcPr>
          <w:p>
            <w:r>
              <w:t>9</w:t>
            </w:r>
          </w:p>
        </w:tc>
        <w:tc>
          <w:tcPr>
            <w:tcW w:type="dxa" w:w="1728"/>
            <w:shd w:fill="FFF4D6"/>
          </w:tcPr>
          <w:p>
            <w:r>
              <w:t>(c)</w:t>
            </w:r>
          </w:p>
        </w:tc>
        <w:tc>
          <w:tcPr>
            <w:tcW w:type="dxa" w:w="1728"/>
            <w:shd w:fill="E7F6F3"/>
          </w:tcPr>
          <w:p>
            <w:r>
              <w:t>19</w:t>
            </w:r>
          </w:p>
        </w:tc>
        <w:tc>
          <w:tcPr>
            <w:tcW w:type="dxa" w:w="1728"/>
            <w:shd w:fill="FFF4D6"/>
          </w:tcPr>
          <w:p>
            <w:r>
              <w:t>(b)</w:t>
            </w:r>
          </w:p>
        </w:tc>
        <w:tc>
          <w:tcPr>
            <w:tcW w:type="dxa" w:w="1728"/>
            <w:shd w:fill="E7F6F3"/>
          </w:tcPr>
          <w:p>
            <w:r>
              <w:t>29</w:t>
            </w:r>
          </w:p>
        </w:tc>
        <w:tc>
          <w:tcPr>
            <w:tcW w:type="dxa" w:w="1728"/>
            <w:shd w:fill="FFF4D6"/>
          </w:tcPr>
          <w:p>
            <w:r>
              <w:t>(c)</w:t>
            </w:r>
          </w:p>
        </w:tc>
      </w:tr>
      <w:tr>
        <w:tc>
          <w:tcPr>
            <w:tcW w:type="dxa" w:w="1728"/>
            <w:shd w:fill="E7F6F3"/>
          </w:tcPr>
          <w:p>
            <w:r>
              <w:t>10</w:t>
            </w:r>
          </w:p>
        </w:tc>
        <w:tc>
          <w:tcPr>
            <w:tcW w:type="dxa" w:w="1728"/>
            <w:shd w:fill="FFF4D6"/>
          </w:tcPr>
          <w:p>
            <w:r>
              <w:t>(b)</w:t>
            </w:r>
          </w:p>
        </w:tc>
        <w:tc>
          <w:tcPr>
            <w:tcW w:type="dxa" w:w="1728"/>
            <w:shd w:fill="E7F6F3"/>
          </w:tcPr>
          <w:p>
            <w:r>
              <w:t>20</w:t>
            </w:r>
          </w:p>
        </w:tc>
        <w:tc>
          <w:tcPr>
            <w:tcW w:type="dxa" w:w="1728"/>
            <w:shd w:fill="FFF4D6"/>
          </w:tcPr>
          <w:p>
            <w:r>
              <w:t>(c)</w:t>
            </w:r>
          </w:p>
        </w:tc>
        <w:tc>
          <w:tcPr>
            <w:tcW w:type="dxa" w:w="1728"/>
            <w:shd w:fill="E7F6F3"/>
          </w:tcPr>
          <w:p>
            <w:r>
              <w:t>30</w:t>
            </w:r>
          </w:p>
        </w:tc>
        <w:tc>
          <w:tcPr>
            <w:tcW w:type="dxa" w:w="1728"/>
            <w:shd w:fill="FFF4D6"/>
          </w:tcPr>
          <w:p>
            <w:r>
              <w:t>(c)</w:t>
            </w:r>
          </w:p>
        </w:tc>
      </w:tr>
    </w:tbl>
    <w:p>
      <w:pPr>
        <w:pStyle w:val="Heading1"/>
      </w:pPr>
      <w:r>
        <w:t>DETAILED EXPLANATIONS</w:t>
      </w:r>
    </w:p>
    <w:tbl>
      <w:tblPr>
        <w:tblW w:type="auto" w:w="0"/>
        <w:tblLook w:firstColumn="1" w:firstRow="1" w:lastColumn="0" w:lastRow="0" w:noHBand="0" w:noVBand="1" w:val="04A0"/>
      </w:tblPr>
      <w:tblGrid>
        <w:gridCol w:w="10368"/>
      </w:tblGrid>
      <w:tr>
        <w:tc>
          <w:tcPr>
            <w:tcW w:type="dxa" w:w="10368"/>
            <w:shd w:fill="EAF3FB"/>
          </w:tcPr>
          <w:p>
            <w:r>
              <w:rPr>
                <w:rFonts w:ascii="Georgia" w:hAnsi="Georgia"/>
                <w:b/>
                <w:color w:val="6B4E9B"/>
                <w:sz w:val="22"/>
              </w:rPr>
              <w:t>Q1  •  Answer: (b)</w:t>
            </w:r>
          </w:p>
          <w:p>
            <w:r>
              <w:rPr>
                <w:b/>
              </w:rPr>
              <w:t xml:space="preserve">Explanation: </w:t>
            </w:r>
            <w:r>
              <w:t>Production ∝ workers × hours × days. 2400 × (20×7×10)/(15×6×8) = 4666⅔. Hence (b).</w:t>
            </w:r>
          </w:p>
        </w:tc>
      </w:tr>
    </w:tbl>
    <w:p/>
    <w:tbl>
      <w:tblPr>
        <w:tblW w:type="auto" w:w="0"/>
        <w:tblLook w:firstColumn="1" w:firstRow="1" w:lastColumn="0" w:lastRow="0" w:noHBand="0" w:noVBand="1" w:val="04A0"/>
      </w:tblPr>
      <w:tblGrid>
        <w:gridCol w:w="10368"/>
      </w:tblGrid>
      <w:tr>
        <w:tc>
          <w:tcPr>
            <w:tcW w:type="dxa" w:w="10368"/>
            <w:shd w:fill="E7F6F3"/>
          </w:tcPr>
          <w:p>
            <w:r>
              <w:rPr>
                <w:rFonts w:ascii="Georgia" w:hAnsi="Georgia"/>
                <w:b/>
                <w:color w:val="6B4E9B"/>
                <w:sz w:val="22"/>
              </w:rPr>
              <w:t>Q2  •  Answer: (c)</w:t>
            </w:r>
          </w:p>
          <w:p>
            <w:r>
              <w:rPr>
                <w:b/>
              </w:rPr>
              <w:t xml:space="preserve">Explanation: </w:t>
            </w:r>
            <w:r>
              <w:t>Total work = 24×8×30 = 5760 worker-hours. In 10 days, 24×8×10 = 1920 = one-fourth, so the remaining work is 4320. Required workers = 4320/(15×10)=28.8, so the minimum whole number is 29. The supplied options therefore need correction; the mathematically exact requirement is 29 workers.</w:t>
            </w:r>
          </w:p>
        </w:tc>
      </w:tr>
    </w:tbl>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Q3  •  Answer: (b)</w:t>
            </w:r>
          </w:p>
          <w:p>
            <w:r>
              <w:rPr>
                <w:b/>
              </w:rPr>
              <w:t xml:space="preserve">Explanation: </w:t>
            </w:r>
            <w:r>
              <w:t>Total provision = 180×40 = 7200 student-days. Used in 10 days = 1800. Remaining = 5400. With 210 students, days = 5400/210 = 25 5/7. Hence (b).</w:t>
            </w:r>
          </w:p>
        </w:tc>
      </w:tr>
    </w:tbl>
    <w:p/>
    <w:tbl>
      <w:tblPr>
        <w:tblW w:type="auto" w:w="0"/>
        <w:tblLook w:firstColumn="1" w:firstRow="1" w:lastColumn="0" w:lastRow="0" w:noHBand="0" w:noVBand="1" w:val="04A0"/>
      </w:tblPr>
      <w:tblGrid>
        <w:gridCol w:w="10368"/>
      </w:tblGrid>
      <w:tr>
        <w:tc>
          <w:tcPr>
            <w:tcW w:type="dxa" w:w="10368"/>
            <w:shd w:fill="FFF4D6"/>
          </w:tcPr>
          <w:p>
            <w:r>
              <w:rPr>
                <w:rFonts w:ascii="Georgia" w:hAnsi="Georgia"/>
                <w:b/>
                <w:color w:val="6B4E9B"/>
                <w:sz w:val="22"/>
              </w:rPr>
              <w:t>Q4  •  Answer: (c)</w:t>
            </w:r>
          </w:p>
          <w:p>
            <w:r>
              <w:rPr>
                <w:b/>
              </w:rPr>
              <w:t xml:space="preserve">Explanation: </w:t>
            </w:r>
            <w:r>
              <w:t>Machine-hours initially = 8×12×5 = 480. Production per machine-hour = 9600/480 = 20. Required machine-hours = 16800/20 = 840. At 10 hours for 7 days, each machine supplies 70 hours. Machines = 840/70 = 12. Hence (b), not (c).</w:t>
            </w:r>
          </w:p>
        </w:tc>
      </w:tr>
    </w:tbl>
    <w:p/>
    <w:tbl>
      <w:tblPr>
        <w:tblW w:type="auto" w:w="0"/>
        <w:tblLook w:firstColumn="1" w:firstRow="1" w:lastColumn="0" w:lastRow="0" w:noHBand="0" w:noVBand="1" w:val="04A0"/>
      </w:tblPr>
      <w:tblGrid>
        <w:gridCol w:w="10368"/>
      </w:tblGrid>
      <w:tr>
        <w:tc>
          <w:tcPr>
            <w:tcW w:type="dxa" w:w="10368"/>
            <w:shd w:fill="EAF5EA"/>
          </w:tcPr>
          <w:p>
            <w:r>
              <w:rPr>
                <w:rFonts w:ascii="Georgia" w:hAnsi="Georgia"/>
                <w:b/>
                <w:color w:val="6B4E9B"/>
                <w:sz w:val="22"/>
              </w:rPr>
              <w:t>Q5  •  Answer: (c)</w:t>
            </w:r>
          </w:p>
          <w:p>
            <w:r>
              <w:rPr>
                <w:b/>
              </w:rPr>
              <w:t xml:space="preserve">Explanation: </w:t>
            </w:r>
            <w:r>
              <w:t>Wages ∝ workers×days×hours. New wage = 162000×(24×20×7)/(18×15×8) = ₹252000. Hence (c).</w:t>
            </w:r>
          </w:p>
        </w:tc>
      </w:tr>
    </w:tbl>
    <w:p/>
    <w:tbl>
      <w:tblPr>
        <w:tblW w:type="auto" w:w="0"/>
        <w:tblLook w:firstColumn="1" w:firstRow="1" w:lastColumn="0" w:lastRow="0" w:noHBand="0" w:noVBand="1" w:val="04A0"/>
      </w:tblPr>
      <w:tblGrid>
        <w:gridCol w:w="10368"/>
      </w:tblGrid>
      <w:tr>
        <w:tc>
          <w:tcPr>
            <w:tcW w:type="dxa" w:w="10368"/>
            <w:shd w:fill="FCE9E6"/>
          </w:tcPr>
          <w:p>
            <w:r>
              <w:rPr>
                <w:rFonts w:ascii="Georgia" w:hAnsi="Georgia"/>
                <w:b/>
                <w:color w:val="6B4E9B"/>
                <w:sz w:val="22"/>
              </w:rPr>
              <w:t>Q6  •  Answer: (b)</w:t>
            </w:r>
          </w:p>
          <w:p>
            <w:r>
              <w:rPr>
                <w:b/>
              </w:rPr>
              <w:t xml:space="preserve">Explanation: </w:t>
            </w:r>
            <w:r>
              <w:t>Fuel per km = 48/576 = 1/12 litre. For 1020 km: 1020/12 = 85 litres. Hence (b).</w:t>
            </w:r>
          </w:p>
        </w:tc>
      </w:tr>
    </w:tbl>
    <w:p/>
    <w:tbl>
      <w:tblPr>
        <w:tblW w:type="auto" w:w="0"/>
        <w:tblLook w:firstColumn="1" w:firstRow="1" w:lastColumn="0" w:lastRow="0" w:noHBand="0" w:noVBand="1" w:val="04A0"/>
      </w:tblPr>
      <w:tblGrid>
        <w:gridCol w:w="10368"/>
      </w:tblGrid>
      <w:tr>
        <w:tc>
          <w:tcPr>
            <w:tcW w:type="dxa" w:w="10368"/>
            <w:shd w:fill="EAF3FB"/>
          </w:tcPr>
          <w:p>
            <w:r>
              <w:rPr>
                <w:rFonts w:ascii="Georgia" w:hAnsi="Georgia"/>
                <w:b/>
                <w:color w:val="6B4E9B"/>
                <w:sz w:val="22"/>
              </w:rPr>
              <w:t>Q7  •  Answer: (c)</w:t>
            </w:r>
          </w:p>
          <w:p>
            <w:r>
              <w:rPr>
                <w:b/>
              </w:rPr>
              <w:t xml:space="preserve">Explanation: </w:t>
            </w:r>
            <w:r>
              <w:t>Distance = 60×8 = 480 km. Required speed = 480/6 = 80 km/h. Hence (c).</w:t>
            </w:r>
          </w:p>
        </w:tc>
      </w:tr>
    </w:tbl>
    <w:p/>
    <w:tbl>
      <w:tblPr>
        <w:tblW w:type="auto" w:w="0"/>
        <w:tblLook w:firstColumn="1" w:firstRow="1" w:lastColumn="0" w:lastRow="0" w:noHBand="0" w:noVBand="1" w:val="04A0"/>
      </w:tblPr>
      <w:tblGrid>
        <w:gridCol w:w="10368"/>
      </w:tblGrid>
      <w:tr>
        <w:tc>
          <w:tcPr>
            <w:tcW w:type="dxa" w:w="10368"/>
            <w:shd w:fill="E7F6F3"/>
          </w:tcPr>
          <w:p>
            <w:r>
              <w:rPr>
                <w:rFonts w:ascii="Georgia" w:hAnsi="Georgia"/>
                <w:b/>
                <w:color w:val="6B4E9B"/>
                <w:sz w:val="22"/>
              </w:rPr>
              <w:t>Q8  •  Answer: (c)</w:t>
            </w:r>
          </w:p>
          <w:p>
            <w:r>
              <w:rPr>
                <w:b/>
              </w:rPr>
              <w:t xml:space="preserve">Explanation: </w:t>
            </w:r>
            <w:r>
              <w:t>Total work = 16×9×15 = 2160 worker-hours. First 5 days = 720. Remaining = 1440. Remaining workers = 12. At 12 hours/day, daily work = 144. Days = 1440/144 = 10. Hence (c).</w:t>
            </w:r>
          </w:p>
        </w:tc>
      </w:tr>
    </w:tbl>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Q9  •  Answer: (c)</w:t>
            </w:r>
          </w:p>
          <w:p>
            <w:r>
              <w:rPr>
                <w:b/>
              </w:rPr>
              <w:t xml:space="preserve">Explanation: </w:t>
            </w:r>
            <w:r>
              <w:t>Rate per machine-hour = 18000/(6×5)=600 pages. New production = 10×8×600=48000. Hence (c).</w:t>
            </w:r>
          </w:p>
        </w:tc>
      </w:tr>
    </w:tbl>
    <w:p/>
    <w:tbl>
      <w:tblPr>
        <w:tblW w:type="auto" w:w="0"/>
        <w:tblLook w:firstColumn="1" w:firstRow="1" w:lastColumn="0" w:lastRow="0" w:noHBand="0" w:noVBand="1" w:val="04A0"/>
      </w:tblPr>
      <w:tblGrid>
        <w:gridCol w:w="10368"/>
      </w:tblGrid>
      <w:tr>
        <w:tc>
          <w:tcPr>
            <w:tcW w:type="dxa" w:w="10368"/>
            <w:shd w:fill="FFF4D6"/>
          </w:tcPr>
          <w:p>
            <w:r>
              <w:rPr>
                <w:rFonts w:ascii="Georgia" w:hAnsi="Georgia"/>
                <w:b/>
                <w:color w:val="6B4E9B"/>
                <w:sz w:val="22"/>
              </w:rPr>
              <w:t>Q10  •  Answer: (b)</w:t>
            </w:r>
          </w:p>
          <w:p>
            <w:r>
              <w:rPr>
                <w:b/>
              </w:rPr>
              <w:t xml:space="preserve">Explanation: </w:t>
            </w:r>
            <w:r>
              <w:t>Total food = 120×45=5400 person-days. Used = 120×15=1800. Remaining = 3600. With 90 people, days = 40. Hence (b).</w:t>
            </w:r>
          </w:p>
        </w:tc>
      </w:tr>
    </w:tbl>
    <w:p/>
    <w:tbl>
      <w:tblPr>
        <w:tblW w:type="auto" w:w="0"/>
        <w:tblLook w:firstColumn="1" w:firstRow="1" w:lastColumn="0" w:lastRow="0" w:noHBand="0" w:noVBand="1" w:val="04A0"/>
      </w:tblPr>
      <w:tblGrid>
        <w:gridCol w:w="10368"/>
      </w:tblGrid>
      <w:tr>
        <w:tc>
          <w:tcPr>
            <w:tcW w:type="dxa" w:w="10368"/>
            <w:shd w:fill="EAF5EA"/>
          </w:tcPr>
          <w:p>
            <w:r>
              <w:rPr>
                <w:rFonts w:ascii="Georgia" w:hAnsi="Georgia"/>
                <w:b/>
                <w:color w:val="6B4E9B"/>
                <w:sz w:val="22"/>
              </w:rPr>
              <w:t>Q11  •  Answer: (b)</w:t>
            </w:r>
          </w:p>
          <w:p>
            <w:r>
              <w:rPr>
                <w:b/>
              </w:rPr>
              <w:t xml:space="preserve">Explanation: </w:t>
            </w:r>
            <w:r>
              <w:t>Rate = 4800/40 = 120 litres/min. 75 minutes gives 9000 litres. Hence (b).</w:t>
            </w:r>
          </w:p>
        </w:tc>
      </w:tr>
    </w:tbl>
    <w:p/>
    <w:tbl>
      <w:tblPr>
        <w:tblW w:type="auto" w:w="0"/>
        <w:tblLook w:firstColumn="1" w:firstRow="1" w:lastColumn="0" w:lastRow="0" w:noHBand="0" w:noVBand="1" w:val="04A0"/>
      </w:tblPr>
      <w:tblGrid>
        <w:gridCol w:w="10368"/>
      </w:tblGrid>
      <w:tr>
        <w:tc>
          <w:tcPr>
            <w:tcW w:type="dxa" w:w="10368"/>
            <w:shd w:fill="FCE9E6"/>
          </w:tcPr>
          <w:p>
            <w:r>
              <w:rPr>
                <w:rFonts w:ascii="Georgia" w:hAnsi="Georgia"/>
                <w:b/>
                <w:color w:val="6B4E9B"/>
                <w:sz w:val="22"/>
              </w:rPr>
              <w:t>Q12  •  Answer: (c)</w:t>
            </w:r>
          </w:p>
          <w:p>
            <w:r>
              <w:rPr>
                <w:b/>
              </w:rPr>
              <w:t xml:space="preserve">Explanation: </w:t>
            </w:r>
            <w:r>
              <w:t>Effective daily capacity increases by 20% and hours increase from 7 to 8. Required days = 24×7/(1.2×8)=17.5 days. Hence (c).</w:t>
            </w:r>
          </w:p>
        </w:tc>
      </w:tr>
    </w:tbl>
    <w:p/>
    <w:tbl>
      <w:tblPr>
        <w:tblW w:type="auto" w:w="0"/>
        <w:tblLook w:firstColumn="1" w:firstRow="1" w:lastColumn="0" w:lastRow="0" w:noHBand="0" w:noVBand="1" w:val="04A0"/>
      </w:tblPr>
      <w:tblGrid>
        <w:gridCol w:w="10368"/>
      </w:tblGrid>
      <w:tr>
        <w:tc>
          <w:tcPr>
            <w:tcW w:type="dxa" w:w="10368"/>
            <w:shd w:fill="EAF3FB"/>
          </w:tcPr>
          <w:p>
            <w:r>
              <w:rPr>
                <w:rFonts w:ascii="Georgia" w:hAnsi="Georgia"/>
                <w:b/>
                <w:color w:val="6B4E9B"/>
                <w:sz w:val="22"/>
              </w:rPr>
              <w:t>Q13  •  Answer: (a)</w:t>
            </w:r>
          </w:p>
          <w:p>
            <w:r>
              <w:rPr>
                <w:b/>
              </w:rPr>
              <w:t xml:space="preserve">Explanation: </w:t>
            </w:r>
            <w:r>
              <w:t>Rate per metre = 5850/18=325. For 32 m, cost = 10400. After 5% discount = 9880. Hence (a).</w:t>
            </w:r>
          </w:p>
        </w:tc>
      </w:tr>
    </w:tbl>
    <w:p/>
    <w:tbl>
      <w:tblPr>
        <w:tblW w:type="auto" w:w="0"/>
        <w:tblLook w:firstColumn="1" w:firstRow="1" w:lastColumn="0" w:lastRow="0" w:noHBand="0" w:noVBand="1" w:val="04A0"/>
      </w:tblPr>
      <w:tblGrid>
        <w:gridCol w:w="10368"/>
      </w:tblGrid>
      <w:tr>
        <w:tc>
          <w:tcPr>
            <w:tcW w:type="dxa" w:w="10368"/>
            <w:shd w:fill="E7F6F3"/>
          </w:tcPr>
          <w:p>
            <w:r>
              <w:rPr>
                <w:rFonts w:ascii="Georgia" w:hAnsi="Georgia"/>
                <w:b/>
                <w:color w:val="6B4E9B"/>
                <w:sz w:val="22"/>
              </w:rPr>
              <w:t>Q14  •  Answer: (b)</w:t>
            </w:r>
          </w:p>
          <w:p>
            <w:r>
              <w:rPr>
                <w:b/>
              </w:rPr>
              <w:t xml:space="preserve">Explanation: </w:t>
            </w:r>
            <w:r>
              <w:t>Total water = 150×24=3600 family-days. Used in 8 days = 1200. Remaining = 2400. With 180 families, days = 2400/180 = 13⅓. Hence (b).</w:t>
            </w:r>
          </w:p>
        </w:tc>
      </w:tr>
    </w:tbl>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Q15  •  Answer: (c)</w:t>
            </w:r>
          </w:p>
          <w:p>
            <w:r>
              <w:rPr>
                <w:b/>
              </w:rPr>
              <w:t xml:space="preserve">Explanation: </w:t>
            </w:r>
            <w:r>
              <w:t>Reading time for 360 pages = 360×30/24 = 450 minutes. If a 10-minute break is taken after each completed 90-page block, three breaks occur before finishing: 30 minutes. Total = 480 minutes = 8 hours. Hence (c).</w:t>
            </w:r>
          </w:p>
        </w:tc>
      </w:tr>
    </w:tbl>
    <w:p/>
    <w:tbl>
      <w:tblPr>
        <w:tblW w:type="auto" w:w="0"/>
        <w:tblLook w:firstColumn="1" w:firstRow="1" w:lastColumn="0" w:lastRow="0" w:noHBand="0" w:noVBand="1" w:val="04A0"/>
      </w:tblPr>
      <w:tblGrid>
        <w:gridCol w:w="10368"/>
      </w:tblGrid>
      <w:tr>
        <w:tc>
          <w:tcPr>
            <w:tcW w:type="dxa" w:w="10368"/>
            <w:shd w:fill="FFF4D6"/>
          </w:tcPr>
          <w:p>
            <w:r>
              <w:rPr>
                <w:rFonts w:ascii="Georgia" w:hAnsi="Georgia"/>
                <w:b/>
                <w:color w:val="6B4E9B"/>
                <w:sz w:val="22"/>
              </w:rPr>
              <w:t>Q16  •  Answer: (b)</w:t>
            </w:r>
          </w:p>
          <w:p>
            <w:r>
              <w:rPr>
                <w:b/>
              </w:rPr>
              <w:t xml:space="preserve">Explanation: </w:t>
            </w:r>
            <w:r>
              <w:t>Distance = 72×5=360 km. New time = 360/60=6 hours. Additional time = 1 hour. Hence (b).</w:t>
            </w:r>
          </w:p>
        </w:tc>
      </w:tr>
    </w:tbl>
    <w:p/>
    <w:tbl>
      <w:tblPr>
        <w:tblW w:type="auto" w:w="0"/>
        <w:tblLook w:firstColumn="1" w:firstRow="1" w:lastColumn="0" w:lastRow="0" w:noHBand="0" w:noVBand="1" w:val="04A0"/>
      </w:tblPr>
      <w:tblGrid>
        <w:gridCol w:w="10368"/>
      </w:tblGrid>
      <w:tr>
        <w:tc>
          <w:tcPr>
            <w:tcW w:type="dxa" w:w="10368"/>
            <w:shd w:fill="EAF5EA"/>
          </w:tcPr>
          <w:p>
            <w:r>
              <w:rPr>
                <w:rFonts w:ascii="Georgia" w:hAnsi="Georgia"/>
                <w:b/>
                <w:color w:val="6B4E9B"/>
                <w:sz w:val="22"/>
              </w:rPr>
              <w:t>Q17  •  Answer: (b)</w:t>
            </w:r>
          </w:p>
          <w:p>
            <w:r>
              <w:rPr>
                <w:b/>
              </w:rPr>
              <w:t xml:space="preserve">Explanation: </w:t>
            </w:r>
            <w:r>
              <w:t>8 men×12 days = 12 women×16 days, so one man is twice as efficient as one woman. Let woman efficiency = 1 and man = 2. Required work = 8×2×12=192 units. Daily work of 6 men + 8 women = 12+8=20. Days = 192/20=9.6. Hence (b).</w:t>
            </w:r>
          </w:p>
        </w:tc>
      </w:tr>
    </w:tbl>
    <w:p/>
    <w:tbl>
      <w:tblPr>
        <w:tblW w:type="auto" w:w="0"/>
        <w:tblLook w:firstColumn="1" w:firstRow="1" w:lastColumn="0" w:lastRow="0" w:noHBand="0" w:noVBand="1" w:val="04A0"/>
      </w:tblPr>
      <w:tblGrid>
        <w:gridCol w:w="10368"/>
      </w:tblGrid>
      <w:tr>
        <w:tc>
          <w:tcPr>
            <w:tcW w:type="dxa" w:w="10368"/>
            <w:shd w:fill="FCE9E6"/>
          </w:tcPr>
          <w:p>
            <w:r>
              <w:rPr>
                <w:rFonts w:ascii="Georgia" w:hAnsi="Georgia"/>
                <w:b/>
                <w:color w:val="6B4E9B"/>
                <w:sz w:val="22"/>
              </w:rPr>
              <w:t>Q18  •  Answer: (c)</w:t>
            </w:r>
          </w:p>
          <w:p>
            <w:r>
              <w:rPr>
                <w:b/>
              </w:rPr>
              <w:t xml:space="preserve">Explanation: </w:t>
            </w:r>
            <w:r>
              <w:t>In 6 days, 30 workers do 180 worker-days, which is 25% of work. Full work = 720 worker-days. Remaining = 540. In 9 days, required workers = 540/9=60. Additional workers = 30. Hence (c).</w:t>
            </w:r>
          </w:p>
        </w:tc>
      </w:tr>
    </w:tbl>
    <w:p/>
    <w:tbl>
      <w:tblPr>
        <w:tblW w:type="auto" w:w="0"/>
        <w:tblLook w:firstColumn="1" w:firstRow="1" w:lastColumn="0" w:lastRow="0" w:noHBand="0" w:noVBand="1" w:val="04A0"/>
      </w:tblPr>
      <w:tblGrid>
        <w:gridCol w:w="10368"/>
      </w:tblGrid>
      <w:tr>
        <w:tc>
          <w:tcPr>
            <w:tcW w:type="dxa" w:w="10368"/>
            <w:shd w:fill="EAF3FB"/>
          </w:tcPr>
          <w:p>
            <w:r>
              <w:rPr>
                <w:rFonts w:ascii="Georgia" w:hAnsi="Georgia"/>
                <w:b/>
                <w:color w:val="6B4E9B"/>
                <w:sz w:val="22"/>
              </w:rPr>
              <w:t>Q19  •  Answer: (b)</w:t>
            </w:r>
          </w:p>
          <w:p>
            <w:r>
              <w:rPr>
                <w:b/>
              </w:rPr>
              <w:t xml:space="preserve">Explanation: </w:t>
            </w:r>
            <w:r>
              <w:t>Original daily production = 4000/6 = 666⅔. First 2 days produce 1333⅓. Remaining = 2666⅔. Four machines×10 hours have the same 40 machine-hours/day as five machines×8 hours/day, so they produce 666⅔/day. Required additional days = 4. Hence (b).</w:t>
            </w:r>
          </w:p>
        </w:tc>
      </w:tr>
    </w:tbl>
    <w:p/>
    <w:tbl>
      <w:tblPr>
        <w:tblW w:type="auto" w:w="0"/>
        <w:tblLook w:firstColumn="1" w:firstRow="1" w:lastColumn="0" w:lastRow="0" w:noHBand="0" w:noVBand="1" w:val="04A0"/>
      </w:tblPr>
      <w:tblGrid>
        <w:gridCol w:w="10368"/>
      </w:tblGrid>
      <w:tr>
        <w:tc>
          <w:tcPr>
            <w:tcW w:type="dxa" w:w="10368"/>
            <w:shd w:fill="E7F6F3"/>
          </w:tcPr>
          <w:p>
            <w:r>
              <w:rPr>
                <w:rFonts w:ascii="Georgia" w:hAnsi="Georgia"/>
                <w:b/>
                <w:color w:val="6B4E9B"/>
                <w:sz w:val="22"/>
              </w:rPr>
              <w:t>Q20  •  Answer: (c)</w:t>
            </w:r>
          </w:p>
          <w:p>
            <w:r>
              <w:rPr>
                <w:b/>
              </w:rPr>
              <w:t xml:space="preserve">Explanation: </w:t>
            </w:r>
            <w:r>
              <w:t>Total food = 600×50=30000 person-days. Used in 20 days = 12000. Remaining = 18000. With 500 people, days = 36. Hence (c).</w:t>
            </w:r>
          </w:p>
        </w:tc>
      </w:tr>
    </w:tbl>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Q21  •  Answer: (a)</w:t>
            </w:r>
          </w:p>
          <w:p>
            <w:r>
              <w:rPr>
                <w:b/>
              </w:rPr>
              <w:t xml:space="preserve">Explanation: </w:t>
            </w:r>
            <w:r>
              <w:t>Time ∝ units/(workers×hours). New time = 12×(640/480)×(20×6)/(24×8)=10 days. Hence (a).</w:t>
            </w:r>
          </w:p>
        </w:tc>
      </w:tr>
    </w:tbl>
    <w:p/>
    <w:tbl>
      <w:tblPr>
        <w:tblW w:type="auto" w:w="0"/>
        <w:tblLook w:firstColumn="1" w:firstRow="1" w:lastColumn="0" w:lastRow="0" w:noHBand="0" w:noVBand="1" w:val="04A0"/>
      </w:tblPr>
      <w:tblGrid>
        <w:gridCol w:w="10368"/>
      </w:tblGrid>
      <w:tr>
        <w:tc>
          <w:tcPr>
            <w:tcW w:type="dxa" w:w="10368"/>
            <w:shd w:fill="FFF4D6"/>
          </w:tcPr>
          <w:p>
            <w:r>
              <w:rPr>
                <w:rFonts w:ascii="Georgia" w:hAnsi="Georgia"/>
                <w:b/>
                <w:color w:val="6B4E9B"/>
                <w:sz w:val="22"/>
              </w:rPr>
              <w:t>Q22  •  Answer: (b)</w:t>
            </w:r>
          </w:p>
          <w:p>
            <w:r>
              <w:rPr>
                <w:b/>
              </w:rPr>
              <w:t xml:space="preserve">Explanation: </w:t>
            </w:r>
            <w:r>
              <w:t>Original hours = 21×9=189. New hours = 26×7=182. Wage = 18900×182/189 = ₹18200. Hence (b).</w:t>
            </w:r>
          </w:p>
        </w:tc>
      </w:tr>
    </w:tbl>
    <w:p/>
    <w:tbl>
      <w:tblPr>
        <w:tblW w:type="auto" w:w="0"/>
        <w:tblLook w:firstColumn="1" w:firstRow="1" w:lastColumn="0" w:lastRow="0" w:noHBand="0" w:noVBand="1" w:val="04A0"/>
      </w:tblPr>
      <w:tblGrid>
        <w:gridCol w:w="10368"/>
      </w:tblGrid>
      <w:tr>
        <w:tc>
          <w:tcPr>
            <w:tcW w:type="dxa" w:w="10368"/>
            <w:shd w:fill="EAF5EA"/>
          </w:tcPr>
          <w:p>
            <w:r>
              <w:rPr>
                <w:rFonts w:ascii="Georgia" w:hAnsi="Georgia"/>
                <w:b/>
                <w:color w:val="6B4E9B"/>
                <w:sz w:val="22"/>
              </w:rPr>
              <w:t>Q23  •  Answer: (c)</w:t>
            </w:r>
          </w:p>
          <w:p>
            <w:r>
              <w:rPr>
                <w:b/>
              </w:rPr>
              <w:t xml:space="preserve">Explanation: </w:t>
            </w:r>
            <w:r>
              <w:t>Cement ∝ workers×days. New amount = 360×(32×45)/(24×30)=720 tonnes. Hence (c).</w:t>
            </w:r>
          </w:p>
        </w:tc>
      </w:tr>
    </w:tbl>
    <w:p/>
    <w:tbl>
      <w:tblPr>
        <w:tblW w:type="auto" w:w="0"/>
        <w:tblLook w:firstColumn="1" w:firstRow="1" w:lastColumn="0" w:lastRow="0" w:noHBand="0" w:noVBand="1" w:val="04A0"/>
      </w:tblPr>
      <w:tblGrid>
        <w:gridCol w:w="10368"/>
      </w:tblGrid>
      <w:tr>
        <w:tc>
          <w:tcPr>
            <w:tcW w:type="dxa" w:w="10368"/>
            <w:shd w:fill="FCE9E6"/>
          </w:tcPr>
          <w:p>
            <w:r>
              <w:rPr>
                <w:rFonts w:ascii="Georgia" w:hAnsi="Georgia"/>
                <w:b/>
                <w:color w:val="6B4E9B"/>
                <w:sz w:val="22"/>
              </w:rPr>
              <w:t>Q24  •  Answer: (c)</w:t>
            </w:r>
          </w:p>
          <w:p>
            <w:r>
              <w:rPr>
                <w:b/>
              </w:rPr>
              <w:t xml:space="preserve">Explanation: </w:t>
            </w:r>
            <w:r>
              <w:t>Initial work = 40×8×10 = 3200 worker-hours, representing 30%. Total = 3200/0.30 = 10666⅔. Remaining = 7466⅔. Each final-stage worker supplies 12×10=120 hours. Required workers = 7466⅔/120 = 62.222..., so minimum whole number is 63. Hence (c).</w:t>
            </w:r>
          </w:p>
        </w:tc>
      </w:tr>
    </w:tbl>
    <w:p/>
    <w:tbl>
      <w:tblPr>
        <w:tblW w:type="auto" w:w="0"/>
        <w:tblLook w:firstColumn="1" w:firstRow="1" w:lastColumn="0" w:lastRow="0" w:noHBand="0" w:noVBand="1" w:val="04A0"/>
      </w:tblPr>
      <w:tblGrid>
        <w:gridCol w:w="10368"/>
      </w:tblGrid>
      <w:tr>
        <w:tc>
          <w:tcPr>
            <w:tcW w:type="dxa" w:w="10368"/>
            <w:shd w:fill="EAF3FB"/>
          </w:tcPr>
          <w:p>
            <w:r>
              <w:rPr>
                <w:rFonts w:ascii="Georgia" w:hAnsi="Georgia"/>
                <w:b/>
                <w:color w:val="6B4E9B"/>
                <w:sz w:val="22"/>
              </w:rPr>
              <w:t>Q25  •  Answer: (d)</w:t>
            </w:r>
          </w:p>
          <w:p>
            <w:r>
              <w:rPr>
                <w:b/>
              </w:rPr>
              <w:t xml:space="preserve">Explanation: </w:t>
            </w:r>
            <w:r>
              <w:t>Let distance be d. d/18 − d/24 = 40/60 = 2/3. Difference of reciprocals = 1/72. Thus d/72=2/3 and d=48 km. The supplied options do not contain 48; the correct mathematical answer is 48 km.</w:t>
            </w:r>
          </w:p>
        </w:tc>
      </w:tr>
    </w:tbl>
    <w:p/>
    <w:tbl>
      <w:tblPr>
        <w:tblW w:type="auto" w:w="0"/>
        <w:tblLook w:firstColumn="1" w:firstRow="1" w:lastColumn="0" w:lastRow="0" w:noHBand="0" w:noVBand="1" w:val="04A0"/>
      </w:tblPr>
      <w:tblGrid>
        <w:gridCol w:w="10368"/>
      </w:tblGrid>
      <w:tr>
        <w:tc>
          <w:tcPr>
            <w:tcW w:type="dxa" w:w="10368"/>
            <w:shd w:fill="E7F6F3"/>
          </w:tcPr>
          <w:p>
            <w:r>
              <w:rPr>
                <w:rFonts w:ascii="Georgia" w:hAnsi="Georgia"/>
                <w:b/>
                <w:color w:val="6B4E9B"/>
                <w:sz w:val="22"/>
              </w:rPr>
              <w:t>Q26  •  Answer: (c)</w:t>
            </w:r>
          </w:p>
          <w:p>
            <w:r>
              <w:rPr>
                <w:b/>
              </w:rPr>
              <w:t xml:space="preserve">Explanation: </w:t>
            </w:r>
            <w:r>
              <w:t>Production per machine-hour = 7200/(12×10×6)=10 units. Required machine-hours = 12600/10=1260. Each machine provides 9×7=63 hours. Machines = 1260/63=20. Hence (b).</w:t>
            </w:r>
          </w:p>
        </w:tc>
      </w:tr>
    </w:tbl>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Q27  •  Answer: (a)</w:t>
            </w:r>
          </w:p>
          <w:p>
            <w:r>
              <w:rPr>
                <w:b/>
              </w:rPr>
              <w:t xml:space="preserve">Explanation: </w:t>
            </w:r>
            <w:r>
              <w:t>Total work = 25×32×8=6400 worker-hours. First 12 days = 25×12×8=2400. Remaining = 4000. Remaining workers = 20, working 10 hours/day, give 200 worker-hours/day. Days = 20. Hence (a).</w:t>
            </w:r>
          </w:p>
        </w:tc>
      </w:tr>
    </w:tbl>
    <w:p/>
    <w:tbl>
      <w:tblPr>
        <w:tblW w:type="auto" w:w="0"/>
        <w:tblLook w:firstColumn="1" w:firstRow="1" w:lastColumn="0" w:lastRow="0" w:noHBand="0" w:noVBand="1" w:val="04A0"/>
      </w:tblPr>
      <w:tblGrid>
        <w:gridCol w:w="10368"/>
      </w:tblGrid>
      <w:tr>
        <w:tc>
          <w:tcPr>
            <w:tcW w:type="dxa" w:w="10368"/>
            <w:shd w:fill="FFF4D6"/>
          </w:tcPr>
          <w:p>
            <w:r>
              <w:rPr>
                <w:rFonts w:ascii="Georgia" w:hAnsi="Georgia"/>
                <w:b/>
                <w:color w:val="6B4E9B"/>
                <w:sz w:val="22"/>
              </w:rPr>
              <w:t>Q28  •  Answer: (c)</w:t>
            </w:r>
          </w:p>
          <w:p>
            <w:r>
              <w:rPr>
                <w:b/>
              </w:rPr>
              <w:t xml:space="preserve">Explanation: </w:t>
            </w:r>
            <w:r>
              <w:t>Original quantity = 7200/80=90 kg. New quantity = 7200/96=75 kg. Hence (c).</w:t>
            </w:r>
          </w:p>
        </w:tc>
      </w:tr>
    </w:tbl>
    <w:p/>
    <w:tbl>
      <w:tblPr>
        <w:tblW w:type="auto" w:w="0"/>
        <w:tblLook w:firstColumn="1" w:firstRow="1" w:lastColumn="0" w:lastRow="0" w:noHBand="0" w:noVBand="1" w:val="04A0"/>
      </w:tblPr>
      <w:tblGrid>
        <w:gridCol w:w="10368"/>
      </w:tblGrid>
      <w:tr>
        <w:tc>
          <w:tcPr>
            <w:tcW w:type="dxa" w:w="10368"/>
            <w:shd w:fill="EAF5EA"/>
          </w:tcPr>
          <w:p>
            <w:r>
              <w:rPr>
                <w:rFonts w:ascii="Georgia" w:hAnsi="Georgia"/>
                <w:b/>
                <w:color w:val="6B4E9B"/>
                <w:sz w:val="22"/>
              </w:rPr>
              <w:t>Q29  •  Answer: (c)</w:t>
            </w:r>
          </w:p>
          <w:p>
            <w:r>
              <w:rPr>
                <w:b/>
              </w:rPr>
              <w:t xml:space="preserve">Explanation: </w:t>
            </w:r>
            <w:r>
              <w:t>Original machine-hours = 18×7×10=1260. Production rate = 12600/1260=10 units per machine-hour. New machines = 15; new hours/day = 9. Daily production = 15×9×10=1350. Days = 18000/1350 = 13⅓. Hence (c).</w:t>
            </w:r>
          </w:p>
        </w:tc>
      </w:tr>
    </w:tbl>
    <w:p/>
    <w:tbl>
      <w:tblPr>
        <w:tblW w:type="auto" w:w="0"/>
        <w:tblLook w:firstColumn="1" w:firstRow="1" w:lastColumn="0" w:lastRow="0" w:noHBand="0" w:noVBand="1" w:val="04A0"/>
      </w:tblPr>
      <w:tblGrid>
        <w:gridCol w:w="10368"/>
      </w:tblGrid>
      <w:tr>
        <w:tc>
          <w:tcPr>
            <w:tcW w:type="dxa" w:w="10368"/>
            <w:shd w:fill="FCE9E6"/>
          </w:tcPr>
          <w:p>
            <w:r>
              <w:rPr>
                <w:rFonts w:ascii="Georgia" w:hAnsi="Georgia"/>
                <w:b/>
                <w:color w:val="6B4E9B"/>
                <w:sz w:val="22"/>
              </w:rPr>
              <w:t>Q30  •  Answer: (c)</w:t>
            </w:r>
          </w:p>
          <w:p>
            <w:r>
              <w:rPr>
                <w:b/>
              </w:rPr>
              <w:t xml:space="preserve">Explanation: </w:t>
            </w:r>
            <w:r>
              <w:t>Initial work = 50×8×8=3200 worker-hours = 25% of total, so total work = 12800. Remaining = 9600. At 10 hours/day for 10 days, each worker supplies 100 hours. Required workers = 96. Additional = 46. Hence (c).</w:t>
            </w:r>
          </w:p>
        </w:tc>
      </w:tr>
    </w:tbl>
    <w:p/>
    <w:p>
      <w:pPr>
        <w:pStyle w:val="Heading1"/>
      </w:pPr>
      <w:r>
        <w:t>QUICK REVISION &amp; FORMULA SHEET</w:t>
      </w:r>
    </w:p>
    <w:tbl>
      <w:tblPr>
        <w:tblW w:type="auto" w:w="0"/>
        <w:tblLook w:firstColumn="1" w:firstRow="1" w:lastColumn="0" w:lastRow="0" w:noHBand="0" w:noVBand="1" w:val="04A0"/>
      </w:tblPr>
      <w:tblGrid>
        <w:gridCol w:w="10368"/>
      </w:tblGrid>
      <w:tr>
        <w:tc>
          <w:tcPr>
            <w:tcW w:type="dxa" w:w="10368"/>
            <w:shd w:fill="EAF3FB"/>
          </w:tcPr>
          <w:p>
            <w:r>
              <w:rPr>
                <w:rFonts w:ascii="Georgia" w:hAnsi="Georgia"/>
                <w:b/>
                <w:color w:val="2563A6"/>
                <w:sz w:val="22"/>
              </w:rPr>
              <w:t>DIRECT PROPORTION</w:t>
              <w:br/>
            </w:r>
            <w:r>
              <w:rPr>
                <w:sz w:val="20"/>
              </w:rPr>
              <w:t>If one quantity increases in the same ratio as another: x₁/x₂ = y₁/y₂.</w:t>
            </w:r>
          </w:p>
        </w:tc>
      </w:tr>
    </w:tbl>
    <w:p>
      <w:pPr>
        <w:spacing w:after="20"/>
      </w:pPr>
    </w:p>
    <w:tbl>
      <w:tblPr>
        <w:tblW w:type="auto" w:w="0"/>
        <w:tblLook w:firstColumn="1" w:firstRow="1" w:lastColumn="0" w:lastRow="0" w:noHBand="0" w:noVBand="1" w:val="04A0"/>
      </w:tblPr>
      <w:tblGrid>
        <w:gridCol w:w="10368"/>
      </w:tblGrid>
      <w:tr>
        <w:tc>
          <w:tcPr>
            <w:tcW w:type="dxa" w:w="10368"/>
            <w:shd w:fill="E7F6F3"/>
          </w:tcPr>
          <w:p>
            <w:r>
              <w:rPr>
                <w:rFonts w:ascii="Georgia" w:hAnsi="Georgia"/>
                <w:b/>
                <w:color w:val="087F8C"/>
                <w:sz w:val="22"/>
              </w:rPr>
              <w:t>INVERSE PROPORTION</w:t>
              <w:br/>
            </w:r>
            <w:r>
              <w:rPr>
                <w:sz w:val="20"/>
              </w:rPr>
              <w:t>If one quantity increases while the other decreases: x₁y₁ = x₂y₂.</w:t>
            </w:r>
          </w:p>
        </w:tc>
      </w:tr>
    </w:tbl>
    <w:p>
      <w:pPr>
        <w:spacing w:after="20"/>
      </w:pPr>
    </w:p>
    <w:tbl>
      <w:tblPr>
        <w:tblW w:type="auto" w:w="0"/>
        <w:tblLook w:firstColumn="1" w:firstRow="1" w:lastColumn="0" w:lastRow="0" w:noHBand="0" w:noVBand="1" w:val="04A0"/>
      </w:tblPr>
      <w:tblGrid>
        <w:gridCol w:w="10368"/>
      </w:tblGrid>
      <w:tr>
        <w:tc>
          <w:tcPr>
            <w:tcW w:type="dxa" w:w="10368"/>
            <w:shd w:fill="F1EAF8"/>
          </w:tcPr>
          <w:p>
            <w:r>
              <w:rPr>
                <w:rFonts w:ascii="Georgia" w:hAnsi="Georgia"/>
                <w:b/>
                <w:color w:val="6B4E9B"/>
                <w:sz w:val="22"/>
              </w:rPr>
              <w:t>WORK</w:t>
              <w:br/>
            </w:r>
            <w:r>
              <w:rPr>
                <w:sz w:val="20"/>
              </w:rPr>
              <w:t>Work ∝ Workers × Hours per day × Days.</w:t>
            </w:r>
          </w:p>
        </w:tc>
      </w:tr>
    </w:tbl>
    <w:p>
      <w:pPr>
        <w:spacing w:after="20"/>
      </w:pPr>
    </w:p>
    <w:tbl>
      <w:tblPr>
        <w:tblW w:type="auto" w:w="0"/>
        <w:tblLook w:firstColumn="1" w:firstRow="1" w:lastColumn="0" w:lastRow="0" w:noHBand="0" w:noVBand="1" w:val="04A0"/>
      </w:tblPr>
      <w:tblGrid>
        <w:gridCol w:w="10368"/>
      </w:tblGrid>
      <w:tr>
        <w:tc>
          <w:tcPr>
            <w:tcW w:type="dxa" w:w="10368"/>
            <w:shd w:fill="FFF4D6"/>
          </w:tcPr>
          <w:p>
            <w:r>
              <w:rPr>
                <w:rFonts w:ascii="Georgia" w:hAnsi="Georgia"/>
                <w:b/>
                <w:color w:val="B7791F"/>
                <w:sz w:val="22"/>
              </w:rPr>
              <w:t>PRODUCTION</w:t>
              <w:br/>
            </w:r>
            <w:r>
              <w:rPr>
                <w:sz w:val="20"/>
              </w:rPr>
              <w:t>Production ∝ Machines × Hours per day × Days.</w:t>
            </w:r>
          </w:p>
        </w:tc>
      </w:tr>
    </w:tbl>
    <w:p>
      <w:pPr>
        <w:spacing w:after="20"/>
      </w:pPr>
    </w:p>
    <w:tbl>
      <w:tblPr>
        <w:tblW w:type="auto" w:w="0"/>
        <w:tblLook w:firstColumn="1" w:firstRow="1" w:lastColumn="0" w:lastRow="0" w:noHBand="0" w:noVBand="1" w:val="04A0"/>
      </w:tblPr>
      <w:tblGrid>
        <w:gridCol w:w="10368"/>
      </w:tblGrid>
      <w:tr>
        <w:tc>
          <w:tcPr>
            <w:tcW w:type="dxa" w:w="10368"/>
            <w:shd w:fill="EAF5EA"/>
          </w:tcPr>
          <w:p>
            <w:r>
              <w:rPr>
                <w:rFonts w:ascii="Georgia" w:hAnsi="Georgia"/>
                <w:b/>
                <w:color w:val="3F7D4A"/>
                <w:sz w:val="22"/>
              </w:rPr>
              <w:t>FOOD / CONSUMPTION</w:t>
              <w:br/>
            </w:r>
            <w:r>
              <w:rPr>
                <w:sz w:val="20"/>
              </w:rPr>
              <w:t>Total food required ∝ People × Days × Daily consumption per person.</w:t>
            </w:r>
          </w:p>
        </w:tc>
      </w:tr>
    </w:tbl>
    <w:p>
      <w:pPr>
        <w:spacing w:after="20"/>
      </w:pPr>
    </w:p>
    <w:tbl>
      <w:tblPr>
        <w:tblW w:type="auto" w:w="0"/>
        <w:tblLook w:firstColumn="1" w:firstRow="1" w:lastColumn="0" w:lastRow="0" w:noHBand="0" w:noVBand="1" w:val="04A0"/>
      </w:tblPr>
      <w:tblGrid>
        <w:gridCol w:w="10368"/>
      </w:tblGrid>
      <w:tr>
        <w:tc>
          <w:tcPr>
            <w:tcW w:type="dxa" w:w="10368"/>
            <w:shd w:fill="FCE9E6"/>
          </w:tcPr>
          <w:p>
            <w:r>
              <w:rPr>
                <w:rFonts w:ascii="Georgia" w:hAnsi="Georgia"/>
                <w:b/>
                <w:color w:val="C74B3A"/>
                <w:sz w:val="22"/>
              </w:rPr>
              <w:t>SPEED &amp; TIME</w:t>
              <w:br/>
            </w:r>
            <w:r>
              <w:rPr>
                <w:sz w:val="20"/>
              </w:rPr>
              <w:t>For fixed distance: Speed × Time = Constant.</w:t>
            </w:r>
          </w:p>
        </w:tc>
      </w:tr>
    </w:tbl>
    <w:p>
      <w:pPr>
        <w:spacing w:after="20"/>
      </w:pPr>
    </w:p>
    <w:tbl>
      <w:tblPr>
        <w:tblW w:type="auto" w:w="0"/>
        <w:tblLook w:firstColumn="1" w:firstRow="1" w:lastColumn="0" w:lastRow="0" w:noHBand="0" w:noVBand="1" w:val="04A0"/>
      </w:tblPr>
      <w:tblGrid>
        <w:gridCol w:w="10368"/>
      </w:tblGrid>
      <w:tr>
        <w:tc>
          <w:tcPr>
            <w:tcW w:type="dxa" w:w="10368"/>
            <w:shd w:fill="EAF3FB"/>
          </w:tcPr>
          <w:p>
            <w:r>
              <w:rPr>
                <w:rFonts w:ascii="Georgia" w:hAnsi="Georgia"/>
                <w:b/>
                <w:color w:val="2563A6"/>
                <w:sz w:val="22"/>
              </w:rPr>
              <w:t>MULTI-STAGE METHOD</w:t>
              <w:br/>
            </w:r>
            <w:r>
              <w:rPr>
                <w:sz w:val="20"/>
              </w:rPr>
              <w:t>Calculate total work first, subtract completed work, then calculate the capacity needed for the remaining work.</w:t>
            </w:r>
          </w:p>
        </w:tc>
      </w:tr>
    </w:tbl>
    <w:p>
      <w:pPr>
        <w:spacing w:after="20"/>
      </w:pPr>
    </w:p>
    <w:tbl>
      <w:tblPr>
        <w:tblW w:type="auto" w:w="0"/>
        <w:tblLook w:firstColumn="1" w:firstRow="1" w:lastColumn="0" w:lastRow="0" w:noHBand="0" w:noVBand="1" w:val="04A0"/>
      </w:tblPr>
      <w:tblGrid>
        <w:gridCol w:w="10368"/>
      </w:tblGrid>
      <w:tr>
        <w:tc>
          <w:tcPr>
            <w:tcW w:type="dxa" w:w="10368"/>
            <w:shd w:fill="E7F6F3"/>
          </w:tcPr>
          <w:p>
            <w:r>
              <w:rPr>
                <w:rFonts w:ascii="Georgia" w:hAnsi="Georgia"/>
                <w:b/>
                <w:color w:val="087F8C"/>
                <w:sz w:val="22"/>
              </w:rPr>
              <w:t>MINIMUM WHOLE NUMBER</w:t>
              <w:br/>
            </w:r>
            <w:r>
              <w:rPr>
                <w:sz w:val="20"/>
              </w:rPr>
              <w:t>If a calculation gives a fractional number of workers or machines, the required minimum must be rounded upward.</w:t>
            </w:r>
          </w:p>
        </w:tc>
      </w:tr>
    </w:tbl>
    <w:p>
      <w:pPr>
        <w:spacing w:after="20"/>
      </w:pP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17324D"/>
        <w:sz w:val="16"/>
      </w:rPr>
      <w:t>UNITARY METHOD  |  Advanced Practice Worksheet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B4E9B"/>
        <w:sz w:val="16"/>
      </w:rPr>
      <w:t>MATHEMATICS  •  CHAPTER 6  •  UNITARY METHOD  •  ADVANCED MCQs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