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Georgia" w:hAnsi="Georgia"/>
          <w:b/>
          <w:color w:val="168AAD"/>
          <w:sz w:val="44"/>
        </w:rPr>
        <w:t>CHAPTER 6</w:t>
      </w:r>
    </w:p>
    <w:p>
      <w:pPr>
        <w:jc w:val="center"/>
      </w:pPr>
      <w:r>
        <w:rPr>
          <w:rFonts w:ascii="Georgia" w:hAnsi="Georgia"/>
          <w:b/>
          <w:color w:val="243447"/>
          <w:sz w:val="76"/>
        </w:rPr>
        <w:t>UNITARY METHOD</w:t>
      </w:r>
    </w:p>
    <w:p>
      <w:pPr>
        <w:jc w:val="center"/>
      </w:pPr>
      <w:r>
        <w:rPr>
          <w:rFonts w:ascii="Trebuchet MS" w:hAnsi="Trebuchet MS"/>
          <w:color w:val="6A4C93"/>
          <w:sz w:val="26"/>
        </w:rPr>
        <w:t>One Unit → Many Units → Real-World Applications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0E8F7"/>
          </w:tcPr>
          <w:p>
            <w:r>
              <w:rPr>
                <w:rFonts w:ascii="Georgia" w:hAnsi="Georgia"/>
                <w:b/>
                <w:color w:val="6A4C93"/>
                <w:sz w:val="22"/>
              </w:rPr>
              <w:t>LEARNING OBJECTIVE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Understand the unitary method from first principles and use it confidently in questions involving cost, quantity, wages, consumption, distance, time, production, efficiency, and multi-variable relationships.</w:t>
            </w:r>
          </w:p>
        </w:tc>
      </w:tr>
    </w:tbl>
    <w:p/>
    <w:p>
      <w:pPr>
        <w:pStyle w:val="Heading1"/>
      </w:pPr>
      <w:r>
        <w:t>1. What Is the Unitary Method?</w:t>
      </w:r>
    </w:p>
    <w:p>
      <w:r>
        <w:rPr>
          <w:rFonts w:ascii="Trebuchet MS" w:hAnsi="Trebuchet MS"/>
        </w:rPr>
        <w:t>The unitary method is a systematic way of solving problems by first finding the value of one unit and then finding the value of the required number of units.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FF4D6"/>
          </w:tcPr>
          <w:p>
            <w:r>
              <w:rPr>
                <w:rFonts w:ascii="Georgia" w:hAnsi="Georgia"/>
                <w:b/>
                <w:color w:val="C68A00"/>
                <w:sz w:val="22"/>
              </w:rPr>
              <w:t>CORE IDEA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Required value = Value of one unit × Required number of units.</w:t>
            </w:r>
          </w:p>
        </w:tc>
      </w:tr>
    </w:tbl>
    <w:p/>
    <w:p>
      <w:r>
        <w:rPr>
          <w:rFonts w:ascii="Trebuchet MS" w:hAnsi="Trebuchet MS"/>
        </w:rPr>
        <w:t>The method is especially useful when quantities and values change proportionally.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1  |  Basic unitary method</w:t>
            </w:r>
          </w:p>
          <w:p>
            <w:r>
              <w:rPr>
                <w:b/>
              </w:rPr>
              <w:t xml:space="preserve">Question: </w:t>
            </w:r>
            <w:r>
              <w:t>If 5 notebooks cost ₹150, what is the cost of 8 notebooks?</w:t>
            </w:r>
          </w:p>
          <w:p>
            <w:r>
              <w:rPr>
                <w:b/>
              </w:rPr>
              <w:t>Solution:</w:t>
              <w:br/>
            </w:r>
            <w:r>
              <w:t>Cost of 1 notebook = 150 ÷ 5 = ₹30. Cost of 8 notebooks = 30 × 8 = ₹240.</w:t>
            </w:r>
          </w:p>
          <w:p>
            <w:r>
              <w:rPr>
                <w:b/>
                <w:color w:val="243447"/>
              </w:rPr>
              <w:t>Final Answer: ₹240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2  |  Finding one-unit value</w:t>
            </w:r>
          </w:p>
          <w:p>
            <w:r>
              <w:rPr>
                <w:b/>
              </w:rPr>
              <w:t xml:space="preserve">Question: </w:t>
            </w:r>
            <w:r>
              <w:t>12 kg of rice costs ₹720. Find the cost of 7 kg.</w:t>
            </w:r>
          </w:p>
          <w:p>
            <w:r>
              <w:rPr>
                <w:b/>
              </w:rPr>
              <w:t>Solution:</w:t>
              <w:br/>
            </w:r>
            <w:r>
              <w:t>Cost of 1 kg = 720 ÷ 12 = ₹60. Cost of 7 kg = 60 × 7 = ₹420.</w:t>
            </w:r>
          </w:p>
          <w:p>
            <w:r>
              <w:rPr>
                <w:b/>
                <w:color w:val="243447"/>
              </w:rPr>
              <w:t>Final Answer: ₹420</w:t>
            </w:r>
          </w:p>
        </w:tc>
      </w:tr>
    </w:tbl>
    <w:p/>
    <w:p>
      <w:pPr>
        <w:pStyle w:val="Heading1"/>
      </w:pPr>
      <w:r>
        <w:t>2. Direct and Inverse Variation</w:t>
      </w:r>
    </w:p>
    <w:p>
      <w:pPr>
        <w:pStyle w:val="Heading2"/>
      </w:pPr>
      <w:r>
        <w:t>Direct Proportion</w:t>
      </w:r>
    </w:p>
    <w:p>
      <w:r>
        <w:rPr>
          <w:rFonts w:ascii="Trebuchet MS" w:hAnsi="Trebuchet MS"/>
        </w:rPr>
        <w:t>Two quantities are directly proportional when an increase in one causes a proportional increase in the other, and a decrease causes a proportional decrease.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6F6F5"/>
          </w:tcPr>
          <w:p>
            <w:r>
              <w:rPr>
                <w:rFonts w:ascii="Georgia" w:hAnsi="Georgia"/>
                <w:b/>
                <w:color w:val="168AAD"/>
                <w:sz w:val="22"/>
              </w:rPr>
              <w:t>DIRECT PROPORTION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If A ∝ B, then A/B remains constant. More quantity → more value; less quantity → less value.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3  |  Direct proportion</w:t>
            </w:r>
          </w:p>
          <w:p>
            <w:r>
              <w:rPr>
                <w:b/>
              </w:rPr>
              <w:t xml:space="preserve">Question: </w:t>
            </w:r>
            <w:r>
              <w:t>8 books cost ₹480. What will 15 books cost at the same rate?</w:t>
            </w:r>
          </w:p>
          <w:p>
            <w:r>
              <w:rPr>
                <w:b/>
              </w:rPr>
              <w:t>Solution:</w:t>
              <w:br/>
            </w:r>
            <w:r>
              <w:t>Cost per book = 480 ÷ 8 = ₹60. Cost of 15 = 15 × 60 = ₹900.</w:t>
            </w:r>
          </w:p>
          <w:p>
            <w:r>
              <w:rPr>
                <w:b/>
                <w:color w:val="243447"/>
              </w:rPr>
              <w:t>Final Answer: ₹900</w:t>
            </w:r>
          </w:p>
        </w:tc>
      </w:tr>
    </w:tbl>
    <w:p/>
    <w:p>
      <w:pPr>
        <w:pStyle w:val="Heading2"/>
      </w:pPr>
      <w:r>
        <w:t>Inverse Proportion</w:t>
      </w:r>
    </w:p>
    <w:p>
      <w:r>
        <w:rPr>
          <w:rFonts w:ascii="Trebuchet MS" w:hAnsi="Trebuchet MS"/>
        </w:rPr>
        <w:t>Two quantities are inversely proportional when an increase in one causes a proportional decrease in the other, provided the relevant condition remains fixed.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CE9E3"/>
          </w:tcPr>
          <w:p>
            <w:r>
              <w:rPr>
                <w:rFonts w:ascii="Georgia" w:hAnsi="Georgia"/>
                <w:b/>
                <w:color w:val="D95D39"/>
                <w:sz w:val="22"/>
              </w:rPr>
              <w:t>INVERSE PROPORTION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If A ∝ 1/B, then A×B remains constant. More workers → less time; fewer workers → more time, when efficiency and work are fixed.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4  |  Inverse proportion</w:t>
            </w:r>
          </w:p>
          <w:p>
            <w:r>
              <w:rPr>
                <w:b/>
              </w:rPr>
              <w:t xml:space="preserve">Question: </w:t>
            </w:r>
            <w:r>
              <w:t>6 workers complete a job in 20 days. How many days will 10 workers take, assuming equal efficiency?</w:t>
            </w:r>
          </w:p>
          <w:p>
            <w:r>
              <w:rPr>
                <w:b/>
              </w:rPr>
              <w:t>Solution:</w:t>
              <w:br/>
            </w:r>
            <w:r>
              <w:t>Workers × days is constant: 6×20 = 120 worker-days. Days for 10 workers = 120÷10 = 12.</w:t>
            </w:r>
          </w:p>
          <w:p>
            <w:r>
              <w:rPr>
                <w:b/>
                <w:color w:val="243447"/>
              </w:rPr>
              <w:t>Final Answer: 12 days</w:t>
            </w:r>
          </w:p>
        </w:tc>
      </w:tr>
    </w:tbl>
    <w:p/>
    <w:p>
      <w:pPr>
        <w:pStyle w:val="Heading1"/>
      </w:pPr>
      <w:r>
        <w:t>3. How to Identify the Correct Method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331"/>
        <w:gridCol w:w="3331"/>
        <w:gridCol w:w="3331"/>
      </w:tblGrid>
      <w:tr>
        <w:tc>
          <w:tcPr>
            <w:tcW w:type="dxa" w:w="3331"/>
            <w:vAlign w:val="center"/>
            <w:shd w:fill="243447"/>
          </w:tcPr>
          <w:p>
            <w:r/>
            <w:r>
              <w:rPr>
                <w:rFonts w:ascii="Trebuchet MS" w:hAnsi="Trebuchet MS"/>
                <w:b/>
                <w:color w:val="FFFFFF"/>
                <w:sz w:val="20"/>
              </w:rPr>
              <w:t>Question Pattern</w:t>
            </w:r>
          </w:p>
        </w:tc>
        <w:tc>
          <w:tcPr>
            <w:tcW w:type="dxa" w:w="3331"/>
            <w:vAlign w:val="center"/>
            <w:shd w:fill="6A4C93"/>
          </w:tcPr>
          <w:p>
            <w:r/>
            <w:r>
              <w:rPr>
                <w:rFonts w:ascii="Trebuchet MS" w:hAnsi="Trebuchet MS"/>
                <w:b/>
                <w:color w:val="FFFFFF"/>
                <w:sz w:val="20"/>
              </w:rPr>
              <w:t>Relationship</w:t>
            </w:r>
          </w:p>
        </w:tc>
        <w:tc>
          <w:tcPr>
            <w:tcW w:type="dxa" w:w="3331"/>
            <w:vAlign w:val="center"/>
            <w:shd w:fill="168AAD"/>
          </w:tcPr>
          <w:p>
            <w:r/>
            <w:r>
              <w:rPr>
                <w:rFonts w:ascii="Trebuchet MS" w:hAnsi="Trebuchet MS"/>
                <w:b/>
                <w:color w:val="FFFFFF"/>
                <w:sz w:val="20"/>
              </w:rPr>
              <w:t>First Step</w:t>
            </w:r>
          </w:p>
        </w:tc>
      </w:tr>
      <w:tr>
        <w:tc>
          <w:tcPr>
            <w:tcW w:type="dxa" w:w="3331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More items → more cost</w:t>
            </w:r>
          </w:p>
        </w:tc>
        <w:tc>
          <w:tcPr>
            <w:tcW w:type="dxa" w:w="3331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Direct</w:t>
            </w:r>
          </w:p>
        </w:tc>
        <w:tc>
          <w:tcPr>
            <w:tcW w:type="dxa" w:w="3331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Find cost per item.</w:t>
            </w:r>
          </w:p>
        </w:tc>
      </w:tr>
      <w:tr>
        <w:tc>
          <w:tcPr>
            <w:tcW w:type="dxa" w:w="3331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Less items → less cost</w:t>
            </w:r>
          </w:p>
        </w:tc>
        <w:tc>
          <w:tcPr>
            <w:tcW w:type="dxa" w:w="3331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Direct</w:t>
            </w:r>
          </w:p>
        </w:tc>
        <w:tc>
          <w:tcPr>
            <w:tcW w:type="dxa" w:w="3331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Find one-unit value.</w:t>
            </w:r>
          </w:p>
        </w:tc>
      </w:tr>
      <w:tr>
        <w:tc>
          <w:tcPr>
            <w:tcW w:type="dxa" w:w="3331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More workers → less time</w:t>
            </w:r>
          </w:p>
        </w:tc>
        <w:tc>
          <w:tcPr>
            <w:tcW w:type="dxa" w:w="3331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Inverse</w:t>
            </w:r>
          </w:p>
        </w:tc>
        <w:tc>
          <w:tcPr>
            <w:tcW w:type="dxa" w:w="3331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Keep workers × time constant.</w:t>
            </w:r>
          </w:p>
        </w:tc>
      </w:tr>
      <w:tr>
        <w:tc>
          <w:tcPr>
            <w:tcW w:type="dxa" w:w="3331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More speed → less time for fixed distance</w:t>
            </w:r>
          </w:p>
        </w:tc>
        <w:tc>
          <w:tcPr>
            <w:tcW w:type="dxa" w:w="3331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Inverse</w:t>
            </w:r>
          </w:p>
        </w:tc>
        <w:tc>
          <w:tcPr>
            <w:tcW w:type="dxa" w:w="3331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Keep speed × time constant.</w:t>
            </w:r>
          </w:p>
        </w:tc>
      </w:tr>
      <w:tr>
        <w:tc>
          <w:tcPr>
            <w:tcW w:type="dxa" w:w="3331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More days → more production</w:t>
            </w:r>
          </w:p>
        </w:tc>
        <w:tc>
          <w:tcPr>
            <w:tcW w:type="dxa" w:w="3331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Direct</w:t>
            </w:r>
          </w:p>
        </w:tc>
        <w:tc>
          <w:tcPr>
            <w:tcW w:type="dxa" w:w="3331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Find production per day.</w:t>
            </w:r>
          </w:p>
        </w:tc>
      </w:tr>
      <w:tr>
        <w:tc>
          <w:tcPr>
            <w:tcW w:type="dxa" w:w="3331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More machines → more production in same time</w:t>
            </w:r>
          </w:p>
        </w:tc>
        <w:tc>
          <w:tcPr>
            <w:tcW w:type="dxa" w:w="3331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Direct</w:t>
            </w:r>
          </w:p>
        </w:tc>
        <w:tc>
          <w:tcPr>
            <w:tcW w:type="dxa" w:w="3331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Find output per machine.</w:t>
            </w:r>
          </w:p>
        </w:tc>
      </w:tr>
      <w:tr>
        <w:tc>
          <w:tcPr>
            <w:tcW w:type="dxa" w:w="3331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More people consuming fixed stock → fewer days</w:t>
            </w:r>
          </w:p>
        </w:tc>
        <w:tc>
          <w:tcPr>
            <w:tcW w:type="dxa" w:w="3331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Inverse</w:t>
            </w:r>
          </w:p>
        </w:tc>
        <w:tc>
          <w:tcPr>
            <w:tcW w:type="dxa" w:w="3331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Keep people × days constant.</w:t>
            </w:r>
          </w:p>
        </w:tc>
      </w:tr>
    </w:tbl>
    <w:p>
      <w:pPr>
        <w:pStyle w:val="Heading1"/>
      </w:pPr>
      <w:r>
        <w:t>4. Multiple Unitary Steps</w:t>
      </w:r>
    </w:p>
    <w:p>
      <w:r>
        <w:rPr>
          <w:rFonts w:ascii="Trebuchet MS" w:hAnsi="Trebuchet MS"/>
        </w:rPr>
        <w:t>Some questions require more than one unit conversion. Move carefully from the given quantity to one unit, then to the required quantity.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5  |  Three-step calculation</w:t>
            </w:r>
          </w:p>
          <w:p>
            <w:r>
              <w:rPr>
                <w:b/>
              </w:rPr>
              <w:t xml:space="preserve">Question: </w:t>
            </w:r>
            <w:r>
              <w:t>15 workers earn ₹54,000 in 12 days. Find the total wages of 20 workers for 18 days, assuming the daily wage per worker is unchanged.</w:t>
            </w:r>
          </w:p>
          <w:p>
            <w:r>
              <w:rPr>
                <w:b/>
              </w:rPr>
              <w:t>Solution:</w:t>
              <w:br/>
            </w:r>
            <w:r>
              <w:t>Wage per worker per day = 54,000 ÷ (15×12) = ₹300. Required wages = 20×18×300 = ₹108,000.</w:t>
            </w:r>
          </w:p>
          <w:p>
            <w:r>
              <w:rPr>
                <w:b/>
                <w:color w:val="243447"/>
              </w:rPr>
              <w:t>Final Answer: ₹108,000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6  |  Production</w:t>
            </w:r>
          </w:p>
          <w:p>
            <w:r>
              <w:rPr>
                <w:b/>
              </w:rPr>
              <w:t xml:space="preserve">Question: </w:t>
            </w:r>
            <w:r>
              <w:t>A factory produces 2,400 units in 8 hours using one machine. How many units will it produce in 15 hours at the same rate?</w:t>
            </w:r>
          </w:p>
          <w:p>
            <w:r>
              <w:rPr>
                <w:b/>
              </w:rPr>
              <w:t>Solution:</w:t>
              <w:br/>
            </w:r>
            <w:r>
              <w:t>Hourly production = 2,400÷8 = 300. In 15 hours = 300×15 = 4,500 units.</w:t>
            </w:r>
          </w:p>
          <w:p>
            <w:r>
              <w:rPr>
                <w:b/>
                <w:color w:val="243447"/>
              </w:rPr>
              <w:t>Final Answer: 4,500 units</w:t>
            </w:r>
          </w:p>
        </w:tc>
      </w:tr>
    </w:tbl>
    <w:p/>
    <w:p>
      <w:pPr>
        <w:pStyle w:val="Heading1"/>
      </w:pPr>
      <w:r>
        <w:t>5. Cost, Quantity and Consumption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7  |  Cost and quantity</w:t>
            </w:r>
          </w:p>
          <w:p>
            <w:r>
              <w:rPr>
                <w:b/>
              </w:rPr>
              <w:t xml:space="preserve">Question: </w:t>
            </w:r>
            <w:r>
              <w:t>A family buys 18 litres of oil for ₹2,160. Find the cost of 25 litres at the same rate.</w:t>
            </w:r>
          </w:p>
          <w:p>
            <w:r>
              <w:rPr>
                <w:b/>
              </w:rPr>
              <w:t>Solution:</w:t>
              <w:br/>
            </w:r>
            <w:r>
              <w:t>Cost per litre = 2,160÷18 = ₹120. Cost of 25 litres = ₹3,000.</w:t>
            </w:r>
          </w:p>
          <w:p>
            <w:r>
              <w:rPr>
                <w:b/>
                <w:color w:val="243447"/>
              </w:rPr>
              <w:t>Final Answer: ₹3,000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8  |  Consumption</w:t>
            </w:r>
          </w:p>
          <w:p>
            <w:r>
              <w:rPr>
                <w:b/>
              </w:rPr>
              <w:t xml:space="preserve">Question: </w:t>
            </w:r>
            <w:r>
              <w:t>A car consumes 42 litres of fuel to travel 630 km. At the same rate, how much fuel is required for 900 km?</w:t>
            </w:r>
          </w:p>
          <w:p>
            <w:r>
              <w:rPr>
                <w:b/>
              </w:rPr>
              <w:t>Solution:</w:t>
              <w:br/>
            </w:r>
            <w:r>
              <w:t>Fuel per km = 42÷630 = 1/15 litre. For 900 km: 900÷15 = 60 litres.</w:t>
            </w:r>
          </w:p>
          <w:p>
            <w:r>
              <w:rPr>
                <w:b/>
                <w:color w:val="243447"/>
              </w:rPr>
              <w:t>Final Answer: 60 litres</w:t>
            </w:r>
          </w:p>
        </w:tc>
      </w:tr>
    </w:tbl>
    <w:p/>
    <w:p>
      <w:pPr>
        <w:pStyle w:val="Heading1"/>
      </w:pPr>
      <w:r>
        <w:t>6. Wages and Workdays</w:t>
      </w:r>
    </w:p>
    <w:p>
      <w:r>
        <w:rPr>
          <w:rFonts w:ascii="Trebuchet MS" w:hAnsi="Trebuchet MS"/>
        </w:rPr>
        <w:t>When wages depend directly on workers and days, total wages are proportional to workers × days, assuming equal daily rates.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9  |  Wages</w:t>
            </w:r>
          </w:p>
          <w:p>
            <w:r>
              <w:rPr>
                <w:b/>
              </w:rPr>
              <w:t xml:space="preserve">Question: </w:t>
            </w:r>
            <w:r>
              <w:t>8 workers earn ₹28,800 in 15 days. Find the wages of 12 workers for 20 days at the same daily rate.</w:t>
            </w:r>
          </w:p>
          <w:p>
            <w:r>
              <w:rPr>
                <w:b/>
              </w:rPr>
              <w:t>Solution:</w:t>
              <w:br/>
            </w:r>
            <w:r>
              <w:t>Daily wage per worker = 28,800÷(8×15)=₹240. Required wages=12×20×240=₹57,600.</w:t>
            </w:r>
          </w:p>
          <w:p>
            <w:r>
              <w:rPr>
                <w:b/>
                <w:color w:val="243447"/>
              </w:rPr>
              <w:t>Final Answer: ₹57,600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10  |  Reduced workers</w:t>
            </w:r>
          </w:p>
          <w:p>
            <w:r>
              <w:rPr>
                <w:b/>
              </w:rPr>
              <w:t xml:space="preserve">Question: </w:t>
            </w:r>
            <w:r>
              <w:t>10 workers earn ₹45,000 in 18 days. What will 6 workers earn in 15 days?</w:t>
            </w:r>
          </w:p>
          <w:p>
            <w:r>
              <w:rPr>
                <w:b/>
              </w:rPr>
              <w:t>Solution:</w:t>
              <w:br/>
            </w:r>
            <w:r>
              <w:t>Daily wage per worker = 45,000÷180=₹250. Required = 6×15×250=₹22,500.</w:t>
            </w:r>
          </w:p>
          <w:p>
            <w:r>
              <w:rPr>
                <w:b/>
                <w:color w:val="243447"/>
              </w:rPr>
              <w:t>Final Answer: ₹22,500</w:t>
            </w:r>
          </w:p>
        </w:tc>
      </w:tr>
    </w:tbl>
    <w:p/>
    <w:p>
      <w:pPr>
        <w:pStyle w:val="Heading1"/>
      </w:pPr>
      <w:r>
        <w:t>7. Work and Efficiency Applications</w:t>
      </w:r>
    </w:p>
    <w:p>
      <w:r>
        <w:rPr>
          <w:rFonts w:ascii="Trebuchet MS" w:hAnsi="Trebuchet MS"/>
        </w:rPr>
        <w:t>When the total work is fixed, workers and time generally have an inverse relationship. If workers have different efficiencies, convert each worker's contribution into a common rate.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11  |  Workers and days</w:t>
            </w:r>
          </w:p>
          <w:p>
            <w:r>
              <w:rPr>
                <w:b/>
              </w:rPr>
              <w:t xml:space="preserve">Question: </w:t>
            </w:r>
            <w:r>
              <w:t>15 workers complete a project in 24 days. How many workers are needed to finish it in 18 days?</w:t>
            </w:r>
          </w:p>
          <w:p>
            <w:r>
              <w:rPr>
                <w:b/>
              </w:rPr>
              <w:t>Solution:</w:t>
              <w:br/>
            </w:r>
            <w:r>
              <w:t>Workers×days=constant. 15×24=360. Required workers=360÷18=20.</w:t>
            </w:r>
          </w:p>
          <w:p>
            <w:r>
              <w:rPr>
                <w:b/>
                <w:color w:val="243447"/>
              </w:rPr>
              <w:t>Final Answer: 20 workers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12  |  Workers join or leave</w:t>
            </w:r>
          </w:p>
          <w:p>
            <w:r>
              <w:rPr>
                <w:b/>
              </w:rPr>
              <w:t xml:space="preserve">Question: </w:t>
            </w:r>
            <w:r>
              <w:t>12 workers can finish a job in 25 days. After 5 days, 4 workers leave. How many additional days are needed?</w:t>
            </w:r>
          </w:p>
          <w:p>
            <w:r>
              <w:rPr>
                <w:b/>
              </w:rPr>
              <w:t>Solution:</w:t>
              <w:br/>
            </w:r>
            <w:r>
              <w:t>Total work=12×25=300 worker-days. Work done in 5 days=12×5=60. Remaining=240. Remaining workers=8. Additional days=240÷8=30.</w:t>
            </w:r>
          </w:p>
          <w:p>
            <w:r>
              <w:rPr>
                <w:b/>
                <w:color w:val="243447"/>
              </w:rPr>
              <w:t>Final Answer: 30 additional days</w:t>
            </w:r>
          </w:p>
        </w:tc>
      </w:tr>
    </w:tbl>
    <w:p/>
    <w:p>
      <w:pPr>
        <w:pStyle w:val="Heading1"/>
      </w:pPr>
      <w:r>
        <w:t>8. Speed, Distance and Time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243447"/>
                <w:sz w:val="22"/>
              </w:rPr>
              <w:t>CORE RELATION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Distance = Speed × Time</w:t>
              <w:br/>
              <w:t>Speed = Distance ÷ Time</w:t>
              <w:br/>
              <w:t>Time = Distance ÷ Speed</w:t>
            </w:r>
          </w:p>
        </w:tc>
      </w:tr>
    </w:tbl>
    <w:p/>
    <w:p>
      <w:r>
        <w:rPr>
          <w:rFonts w:ascii="Trebuchet MS" w:hAnsi="Trebuchet MS"/>
        </w:rPr>
        <w:t>For a fixed distance, speed and time are inversely proportional. For a fixed time, distance and speed are directly proportional.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13  |  Distance by unitary method</w:t>
            </w:r>
          </w:p>
          <w:p>
            <w:r>
              <w:rPr>
                <w:b/>
              </w:rPr>
              <w:t xml:space="preserve">Question: </w:t>
            </w:r>
            <w:r>
              <w:t>A train travels 360 km in 6 hours. How far will it travel in 9 hours at the same speed?</w:t>
            </w:r>
          </w:p>
          <w:p>
            <w:r>
              <w:rPr>
                <w:b/>
              </w:rPr>
              <w:t>Solution:</w:t>
              <w:br/>
            </w:r>
            <w:r>
              <w:t>Distance per hour=360÷6=60 km. In 9 hours=540 km.</w:t>
            </w:r>
          </w:p>
          <w:p>
            <w:r>
              <w:rPr>
                <w:b/>
                <w:color w:val="243447"/>
              </w:rPr>
              <w:t>Final Answer: 540 km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14  |  Time for fixed distance</w:t>
            </w:r>
          </w:p>
          <w:p>
            <w:r>
              <w:rPr>
                <w:b/>
              </w:rPr>
              <w:t xml:space="preserve">Question: </w:t>
            </w:r>
            <w:r>
              <w:t>A car travels 480 km at 60 km/h. How much time will it take at 80 km/h?</w:t>
            </w:r>
          </w:p>
          <w:p>
            <w:r>
              <w:rPr>
                <w:b/>
              </w:rPr>
              <w:t>Solution:</w:t>
              <w:br/>
            </w:r>
            <w:r>
              <w:t>Time at 80 km/h=480÷80=6 hours. Alternatively, speed×time remains constant for fixed distance.</w:t>
            </w:r>
          </w:p>
          <w:p>
            <w:r>
              <w:rPr>
                <w:b/>
                <w:color w:val="243447"/>
              </w:rPr>
              <w:t>Final Answer: 6 hours</w:t>
            </w:r>
          </w:p>
        </w:tc>
      </w:tr>
    </w:tbl>
    <w:p/>
    <w:p>
      <w:pPr>
        <w:pStyle w:val="Heading1"/>
      </w:pPr>
      <w:r>
        <w:t>9. Multi-Variable Unitary Method</w:t>
      </w:r>
    </w:p>
    <w:p>
      <w:r>
        <w:rPr>
          <w:rFonts w:ascii="Trebuchet MS" w:hAnsi="Trebuchet MS"/>
        </w:rPr>
        <w:t>Some questions involve workers, days, hours, machines or quantities simultaneously. Convert the entire given situation into a one-unit rate.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15  |  Workers, hours and days</w:t>
            </w:r>
          </w:p>
          <w:p>
            <w:r>
              <w:rPr>
                <w:b/>
              </w:rPr>
              <w:t xml:space="preserve">Question: </w:t>
            </w:r>
            <w:r>
              <w:t>10 workers working 8 hours per day complete a job in 15 days. How many days will 12 workers working 10 hours per day take?</w:t>
            </w:r>
          </w:p>
          <w:p>
            <w:r>
              <w:rPr>
                <w:b/>
              </w:rPr>
              <w:t>Solution:</w:t>
              <w:br/>
            </w:r>
            <w:r>
              <w:t>Total work=10×8×15=1,200 worker-hours. New daily work=12×10=120 worker-hours. Days=1,200÷120=10.</w:t>
            </w:r>
          </w:p>
          <w:p>
            <w:r>
              <w:rPr>
                <w:b/>
                <w:color w:val="243447"/>
              </w:rPr>
              <w:t>Final Answer: 10 days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16  |  Machines and production</w:t>
            </w:r>
          </w:p>
          <w:p>
            <w:r>
              <w:rPr>
                <w:b/>
              </w:rPr>
              <w:t xml:space="preserve">Question: </w:t>
            </w:r>
            <w:r>
              <w:t>6 machines produce 4,800 items in 8 hours. How many items will 10 machines produce in 12 hours?</w:t>
            </w:r>
          </w:p>
          <w:p>
            <w:r>
              <w:rPr>
                <w:b/>
              </w:rPr>
              <w:t>Solution:</w:t>
              <w:br/>
            </w:r>
            <w:r>
              <w:t>Production per machine-hour=4,800÷(6×8)=100. Required=10×12×100=12,000.</w:t>
            </w:r>
          </w:p>
          <w:p>
            <w:r>
              <w:rPr>
                <w:b/>
                <w:color w:val="243447"/>
              </w:rPr>
              <w:t>Final Answer: 12,000 items</w:t>
            </w:r>
          </w:p>
        </w:tc>
      </w:tr>
    </w:tbl>
    <w:p/>
    <w:p>
      <w:pPr>
        <w:pStyle w:val="Heading1"/>
      </w:pPr>
      <w:r>
        <w:t>10. Consumption and Number of Persons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17  |  Food consumption</w:t>
            </w:r>
          </w:p>
          <w:p>
            <w:r>
              <w:rPr>
                <w:b/>
              </w:rPr>
              <w:t xml:space="preserve">Question: </w:t>
            </w:r>
            <w:r>
              <w:t>Food lasts 24 days for 15 people. How long will it last for 20 people at the same rate?</w:t>
            </w:r>
          </w:p>
          <w:p>
            <w:r>
              <w:rPr>
                <w:b/>
              </w:rPr>
              <w:t>Solution:</w:t>
              <w:br/>
            </w:r>
            <w:r>
              <w:t>People×days=constant. 15×24=360 person-days. For 20 people: 360÷20=18 days.</w:t>
            </w:r>
          </w:p>
          <w:p>
            <w:r>
              <w:rPr>
                <w:b/>
                <w:color w:val="243447"/>
              </w:rPr>
              <w:t>Final Answer: 18 days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18  |  Water supply</w:t>
            </w:r>
          </w:p>
          <w:p>
            <w:r>
              <w:rPr>
                <w:b/>
              </w:rPr>
              <w:t xml:space="preserve">Question: </w:t>
            </w:r>
            <w:r>
              <w:t>A tank of water lasts 30 days for 8 people. How long will it last for 12 people?</w:t>
            </w:r>
          </w:p>
          <w:p>
            <w:r>
              <w:rPr>
                <w:b/>
              </w:rPr>
              <w:t>Solution:</w:t>
              <w:br/>
            </w:r>
            <w:r>
              <w:t>8×30=240 person-days. 240÷12=20 days.</w:t>
            </w:r>
          </w:p>
          <w:p>
            <w:r>
              <w:rPr>
                <w:b/>
                <w:color w:val="243447"/>
              </w:rPr>
              <w:t>Final Answer: 20 days</w:t>
            </w:r>
          </w:p>
        </w:tc>
      </w:tr>
    </w:tbl>
    <w:p/>
    <w:p>
      <w:pPr>
        <w:pStyle w:val="Heading1"/>
      </w:pPr>
      <w:r>
        <w:t>11. Speed-Time Inverse Problems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19  |  Speed change</w:t>
            </w:r>
          </w:p>
          <w:p>
            <w:r>
              <w:rPr>
                <w:b/>
              </w:rPr>
              <w:t xml:space="preserve">Question: </w:t>
            </w:r>
            <w:r>
              <w:t>A journey takes 8 hours at 45 km/h. How long would the same journey take at 60 km/h?</w:t>
            </w:r>
          </w:p>
          <w:p>
            <w:r>
              <w:rPr>
                <w:b/>
              </w:rPr>
              <w:t>Solution:</w:t>
              <w:br/>
            </w:r>
            <w:r>
              <w:t>Distance=45×8=360 km. Time at 60=360÷60=6 hours.</w:t>
            </w:r>
          </w:p>
          <w:p>
            <w:r>
              <w:rPr>
                <w:b/>
                <w:color w:val="243447"/>
              </w:rPr>
              <w:t>Final Answer: 6 hours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20  |  Percentage change in speed</w:t>
            </w:r>
          </w:p>
          <w:p>
            <w:r>
              <w:rPr>
                <w:b/>
              </w:rPr>
              <w:t xml:space="preserve">Question: </w:t>
            </w:r>
            <w:r>
              <w:t>A vehicle's speed increases from 50 km/h to 75 km/h. For the same distance, what is the ratio of old time to new time?</w:t>
            </w:r>
          </w:p>
          <w:p>
            <w:r>
              <w:rPr>
                <w:b/>
              </w:rPr>
              <w:t>Solution:</w:t>
              <w:br/>
            </w:r>
            <w:r>
              <w:t>Time is inversely proportional to speed. Old time : new time = new speed : old speed = 75:50=3:2.</w:t>
            </w:r>
          </w:p>
          <w:p>
            <w:r>
              <w:rPr>
                <w:b/>
                <w:color w:val="243447"/>
              </w:rPr>
              <w:t>Final Answer: 3:2</w:t>
            </w:r>
          </w:p>
        </w:tc>
      </w:tr>
    </w:tbl>
    <w:p/>
    <w:p>
      <w:pPr>
        <w:pStyle w:val="Heading1"/>
      </w:pPr>
      <w:r>
        <w:t>12. Mixed Advanced Applications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21  |  Workers and hours</w:t>
            </w:r>
          </w:p>
          <w:p>
            <w:r>
              <w:rPr>
                <w:b/>
              </w:rPr>
              <w:t xml:space="preserve">Question: </w:t>
            </w:r>
            <w:r>
              <w:t>18 workers working 7 hours per day finish a task in 20 days. How many workers are required to finish the same task in 15 days if they work 8 hours per day?</w:t>
            </w:r>
          </w:p>
          <w:p>
            <w:r>
              <w:rPr>
                <w:b/>
              </w:rPr>
              <w:t>Solution:</w:t>
              <w:br/>
            </w:r>
            <w:r>
              <w:t>Total work=18×7×20=2,520 worker-hours. Required workers×8×15=2,520. Workers=2,520÷120=21.</w:t>
            </w:r>
          </w:p>
          <w:p>
            <w:r>
              <w:rPr>
                <w:b/>
                <w:color w:val="243447"/>
              </w:rPr>
              <w:t>Final Answer: 21 workers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22  |  Cost with changing quantity</w:t>
            </w:r>
          </w:p>
          <w:p>
            <w:r>
              <w:rPr>
                <w:b/>
              </w:rPr>
              <w:t xml:space="preserve">Question: </w:t>
            </w:r>
            <w:r>
              <w:t>25 kg of a material costs ₹4,500. A buyer needs 32 kg. If the price per kg is unchanged, find the cost.</w:t>
            </w:r>
          </w:p>
          <w:p>
            <w:r>
              <w:rPr>
                <w:b/>
              </w:rPr>
              <w:t>Solution:</w:t>
              <w:br/>
            </w:r>
            <w:r>
              <w:t>Cost per kg=4,500÷25=₹180. Cost=32×180=₹5,760.</w:t>
            </w:r>
          </w:p>
          <w:p>
            <w:r>
              <w:rPr>
                <w:b/>
                <w:color w:val="243447"/>
              </w:rPr>
              <w:t>Final Answer: ₹5,760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23  |  Combined production</w:t>
            </w:r>
          </w:p>
          <w:p>
            <w:r>
              <w:rPr>
                <w:b/>
              </w:rPr>
              <w:t xml:space="preserve">Question: </w:t>
            </w:r>
            <w:r>
              <w:t>4 machines produce 3,600 units in 6 hours. How many machines are needed to produce 9,000 units in 10 hours?</w:t>
            </w:r>
          </w:p>
          <w:p>
            <w:r>
              <w:rPr>
                <w:b/>
              </w:rPr>
              <w:t>Solution:</w:t>
              <w:br/>
            </w:r>
            <w:r>
              <w:t>Rate per machine-hour=3,600÷(4×6)=150 units. Machines×10×150=9,000, so machines=6.</w:t>
            </w:r>
          </w:p>
          <w:p>
            <w:r>
              <w:rPr>
                <w:b/>
                <w:color w:val="243447"/>
              </w:rPr>
              <w:t>Final Answer: 6 machines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24  |  People and days with partial consumption</w:t>
            </w:r>
          </w:p>
          <w:p>
            <w:r>
              <w:rPr>
                <w:b/>
              </w:rPr>
              <w:t xml:space="preserve">Question: </w:t>
            </w:r>
            <w:r>
              <w:t>A stock of food is sufficient for 40 people for 18 days. After 6 days, 10 more people arrive. For how many more days will the remaining stock last?</w:t>
            </w:r>
          </w:p>
          <w:p>
            <w:r>
              <w:rPr>
                <w:b/>
              </w:rPr>
              <w:t>Solution:</w:t>
              <w:br/>
            </w:r>
            <w:r>
              <w:t>Total stock=40×18=720 person-days. Consumed=40×6=240. Remaining=480 person-days. New population=50. Remaining days=480÷50=9.6 days.</w:t>
            </w:r>
          </w:p>
          <w:p>
            <w:r>
              <w:rPr>
                <w:b/>
                <w:color w:val="243447"/>
              </w:rPr>
              <w:t>Final Answer: 9.6 days</w:t>
            </w:r>
          </w:p>
        </w:tc>
      </w:tr>
    </w:tbl>
    <w:p/>
    <w:p>
      <w:pPr>
        <w:pStyle w:val="Heading1"/>
      </w:pPr>
      <w:r>
        <w:t>13. Higher-Level Question Patterns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25  |  Direct proportion with three quantities</w:t>
            </w:r>
          </w:p>
          <w:p>
            <w:r>
              <w:rPr>
                <w:b/>
              </w:rPr>
              <w:t xml:space="preserve">Question: </w:t>
            </w:r>
            <w:r>
              <w:t>12 books cost ₹900. At the same rate, how much will 20 books cost if each book is sold with a 10% discount on the original rate?</w:t>
            </w:r>
          </w:p>
          <w:p>
            <w:r>
              <w:rPr>
                <w:b/>
              </w:rPr>
              <w:t>Solution:</w:t>
              <w:br/>
            </w:r>
            <w:r>
              <w:t>Original unit price=900÷12=₹75. Discounted price=75×90/100=₹67.50. For 20 books=₹1,350.</w:t>
            </w:r>
          </w:p>
          <w:p>
            <w:r>
              <w:rPr>
                <w:b/>
                <w:color w:val="243447"/>
              </w:rPr>
              <w:t>Final Answer: ₹1,350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26  |  Inverse proportion with a fixed quantity</w:t>
            </w:r>
          </w:p>
          <w:p>
            <w:r>
              <w:rPr>
                <w:b/>
              </w:rPr>
              <w:t xml:space="preserve">Question: </w:t>
            </w:r>
            <w:r>
              <w:t>A contractor estimates that 24 workers will take 15 days to complete a job. If only 18 workers are available, how many days are required?</w:t>
            </w:r>
          </w:p>
          <w:p>
            <w:r>
              <w:rPr>
                <w:b/>
              </w:rPr>
              <w:t>Solution:</w:t>
              <w:br/>
            </w:r>
            <w:r>
              <w:t>Workers×days=24×15=360. Days=360÷18=20.</w:t>
            </w:r>
          </w:p>
          <w:p>
            <w:r>
              <w:rPr>
                <w:b/>
                <w:color w:val="243447"/>
              </w:rPr>
              <w:t>Final Answer: 20 days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27  |  Machine efficiency</w:t>
            </w:r>
          </w:p>
          <w:p>
            <w:r>
              <w:rPr>
                <w:b/>
              </w:rPr>
              <w:t xml:space="preserve">Question: </w:t>
            </w:r>
            <w:r>
              <w:t>8 identical machines working 9 hours per day produce 7,200 units in 5 days. How many units will 12 machines produce in 8 days working 6 hours per day?</w:t>
            </w:r>
          </w:p>
          <w:p>
            <w:r>
              <w:rPr>
                <w:b/>
              </w:rPr>
              <w:t>Solution:</w:t>
              <w:br/>
            </w:r>
            <w:r>
              <w:t>Rate per machine-hour=7,200÷(8×9×5)=20 units. Required=12×6×8×20=11,520.</w:t>
            </w:r>
          </w:p>
          <w:p>
            <w:r>
              <w:rPr>
                <w:b/>
                <w:color w:val="243447"/>
              </w:rPr>
              <w:t>Final Answer: 11,520 units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28  |  Complex ratio through unitary method</w:t>
            </w:r>
          </w:p>
          <w:p>
            <w:r>
              <w:rPr>
                <w:b/>
              </w:rPr>
              <w:t xml:space="preserve">Question: </w:t>
            </w:r>
            <w:r>
              <w:t>A car travels 525 km using 35 litres of fuel. How far can it travel using 48 litres at the same efficiency?</w:t>
            </w:r>
          </w:p>
          <w:p>
            <w:r>
              <w:rPr>
                <w:b/>
              </w:rPr>
              <w:t>Solution:</w:t>
              <w:br/>
            </w:r>
            <w:r>
              <w:t>Distance per litre=525÷35=15 km. For 48 litres=720 km.</w:t>
            </w:r>
          </w:p>
          <w:p>
            <w:r>
              <w:rPr>
                <w:b/>
                <w:color w:val="243447"/>
              </w:rPr>
              <w:t>Final Answer: 720 km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29  |  Time saved by speed change</w:t>
            </w:r>
          </w:p>
          <w:p>
            <w:r>
              <w:rPr>
                <w:b/>
              </w:rPr>
              <w:t xml:space="preserve">Question: </w:t>
            </w:r>
            <w:r>
              <w:t>A train covers a distance in 7.5 hours at 64 km/h. At 80 km/h, how much time is saved?</w:t>
            </w:r>
          </w:p>
          <w:p>
            <w:r>
              <w:rPr>
                <w:b/>
              </w:rPr>
              <w:t>Solution:</w:t>
              <w:br/>
            </w:r>
            <w:r>
              <w:t>Distance=7.5×64=480 km. New time=480÷80=6 hours. Time saved=1.5 hours.</w:t>
            </w:r>
          </w:p>
          <w:p>
            <w:r>
              <w:rPr>
                <w:b/>
                <w:color w:val="243447"/>
              </w:rPr>
              <w:t>Final Answer: 1.5 hours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30  |  Combined workers and efficiency</w:t>
            </w:r>
          </w:p>
          <w:p>
            <w:r>
              <w:rPr>
                <w:b/>
              </w:rPr>
              <w:t xml:space="preserve">Question: </w:t>
            </w:r>
            <w:r>
              <w:t>12 skilled workers can complete a job in 15 days. If 18 equally efficient workers are used, how many days will they take?</w:t>
            </w:r>
          </w:p>
          <w:p>
            <w:r>
              <w:rPr>
                <w:b/>
              </w:rPr>
              <w:t>Solution:</w:t>
              <w:br/>
            </w:r>
            <w:r>
              <w:t>Work=12×15=180 worker-days. Time=180÷18=10 days.</w:t>
            </w:r>
          </w:p>
          <w:p>
            <w:r>
              <w:rPr>
                <w:b/>
                <w:color w:val="243447"/>
              </w:rPr>
              <w:t>Final Answer: 10 days</w:t>
            </w:r>
          </w:p>
        </w:tc>
      </w:tr>
    </w:tbl>
    <w:p/>
    <w:p>
      <w:pPr>
        <w:pStyle w:val="Heading1"/>
      </w:pPr>
      <w:r>
        <w:t>14. Shortcuts &amp; Quick Methods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997"/>
            <w:vAlign w:val="center"/>
            <w:shd w:fill="168AAD"/>
          </w:tcPr>
          <w:p>
            <w:r/>
            <w:r>
              <w:rPr>
                <w:rFonts w:ascii="Trebuchet MS" w:hAnsi="Trebuchet MS"/>
                <w:b/>
                <w:color w:val="FFFFFF"/>
                <w:sz w:val="20"/>
              </w:rPr>
              <w:t>Quick method</w:t>
            </w:r>
          </w:p>
        </w:tc>
        <w:tc>
          <w:tcPr>
            <w:tcW w:type="dxa" w:w="4997"/>
            <w:vAlign w:val="center"/>
            <w:shd w:fill="C68A00"/>
          </w:tcPr>
          <w:p>
            <w:r/>
            <w:r>
              <w:rPr>
                <w:rFonts w:ascii="Trebuchet MS" w:hAnsi="Trebuchet MS"/>
                <w:b/>
                <w:color w:val="FFFFFF"/>
                <w:sz w:val="20"/>
              </w:rPr>
              <w:t>Application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One-unit method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Always divide the known total by the known number of units first.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Direct proportion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More → more, less → less. Multiply the one-unit value by the required quantity.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Inverse proportion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More → less, less → more. Keep the product constant.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Workers and days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For equal efficiency and fixed work: workers×days=constant.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Speed and time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For fixed distance: speed×time=constant.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Machine output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For equal machines: output is proportional to machines×time.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Person-days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For fixed stock: people×days=constant.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Multi-variable rate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Find output/work per machine-hour, worker-hour or person-day first.</w:t>
            </w:r>
          </w:p>
        </w:tc>
      </w:tr>
    </w:tbl>
    <w:p>
      <w:pPr>
        <w:pStyle w:val="Heading1"/>
      </w:pPr>
      <w:r>
        <w:t>15. Complete Formula Sheet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997"/>
            <w:vAlign w:val="center"/>
            <w:shd w:fill="243447"/>
          </w:tcPr>
          <w:p>
            <w:r/>
            <w:r>
              <w:rPr>
                <w:rFonts w:ascii="Trebuchet MS" w:hAnsi="Trebuchet MS"/>
                <w:b/>
                <w:color w:val="FFFFFF"/>
                <w:sz w:val="20"/>
              </w:rPr>
              <w:t>Formula</w:t>
            </w:r>
          </w:p>
        </w:tc>
        <w:tc>
          <w:tcPr>
            <w:tcW w:type="dxa" w:w="4997"/>
            <w:vAlign w:val="center"/>
            <w:shd w:fill="6A4C93"/>
          </w:tcPr>
          <w:p>
            <w:r/>
            <w:r>
              <w:rPr>
                <w:rFonts w:ascii="Trebuchet MS" w:hAnsi="Trebuchet MS"/>
                <w:b/>
                <w:color w:val="FFFFFF"/>
                <w:sz w:val="20"/>
              </w:rPr>
              <w:t>Result / Condition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Unitary value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One-unit value = Total value ÷ Number of units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Direct proportion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A/B = constant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Inverse proportion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A×B = constant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Cost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Total cost = Cost per unit × Number of units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Wages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Total wages = Wage per worker per day × Workers × Days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Work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For equal efficiency: Workers × Days × Hours per day = constant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Speed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Speed = Distance ÷ Time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Distance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Distance = Speed × Time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Time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Time = Distance ÷ Speed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Fixed distance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Speed × Time = constant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Production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Output = Rate per machine-hour × Machines × Hours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Consumption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Fixed stock: People × Days = constant</w:t>
            </w:r>
          </w:p>
        </w:tc>
      </w:tr>
    </w:tbl>
    <w:p>
      <w:pPr>
        <w:pStyle w:val="Heading1"/>
      </w:pPr>
      <w:r>
        <w:t>16. Practice Set</w:t>
      </w:r>
    </w:p>
    <w:p>
      <w:r>
        <w:rPr>
          <w:rFonts w:ascii="Trebuchet MS" w:hAnsi="Trebuchet MS"/>
        </w:rPr>
        <w:t>Solve the following questions independently. The set covers basic, moderate and advanced applications of the unitary method.</w:t>
      </w:r>
    </w:p>
    <w:p>
      <w:pPr>
        <w:pStyle w:val="Heading2"/>
      </w:pPr>
      <w:r>
        <w:t>Section A — Basic</w:t>
      </w:r>
    </w:p>
    <w:p>
      <w:r>
        <w:rPr>
          <w:rFonts w:ascii="Trebuchet MS" w:hAnsi="Trebuchet MS"/>
        </w:rPr>
        <w:t>1. 7 pens cost ₹210. Find the cost of 12 pens.</w:t>
      </w:r>
    </w:p>
    <w:p>
      <w:r>
        <w:rPr>
          <w:rFonts w:ascii="Trebuchet MS" w:hAnsi="Trebuchet MS"/>
        </w:rPr>
        <w:t>2. 15 kg of wheat costs ₹900. Find the cost of 22 kg.</w:t>
      </w:r>
    </w:p>
    <w:p>
      <w:r>
        <w:rPr>
          <w:rFonts w:ascii="Trebuchet MS" w:hAnsi="Trebuchet MS"/>
        </w:rPr>
        <w:t>3. A worker earns ₹1,200 in 6 days. Find his earning in 15 days at the same daily rate.</w:t>
      </w:r>
    </w:p>
    <w:p>
      <w:r>
        <w:rPr>
          <w:rFonts w:ascii="Trebuchet MS" w:hAnsi="Trebuchet MS"/>
        </w:rPr>
        <w:t>4. 8 notebooks cost ₹320. Find the cost of 15 notebooks.</w:t>
      </w:r>
    </w:p>
    <w:p>
      <w:r>
        <w:rPr>
          <w:rFonts w:ascii="Trebuchet MS" w:hAnsi="Trebuchet MS"/>
        </w:rPr>
        <w:t>5. A car travels 240 km in 4 hours. Find the distance travelled in 7 hours at the same speed.</w:t>
      </w:r>
    </w:p>
    <w:p>
      <w:r>
        <w:rPr>
          <w:rFonts w:ascii="Trebuchet MS" w:hAnsi="Trebuchet MS"/>
        </w:rPr>
        <w:t>6. 12 workers complete a job in 20 days. How many days will 15 workers take?</w:t>
      </w:r>
    </w:p>
    <w:p>
      <w:r>
        <w:rPr>
          <w:rFonts w:ascii="Trebuchet MS" w:hAnsi="Trebuchet MS"/>
        </w:rPr>
        <w:t>7. Food lasts 18 days for 20 people. How long will it last for 30 people?</w:t>
      </w:r>
    </w:p>
    <w:p>
      <w:r>
        <w:rPr>
          <w:rFonts w:ascii="Trebuchet MS" w:hAnsi="Trebuchet MS"/>
        </w:rPr>
        <w:t>8. 5 machines produce 2,500 units in 10 hours. Find the production in 12 hours.</w:t>
      </w:r>
    </w:p>
    <w:p>
      <w:r>
        <w:rPr>
          <w:rFonts w:ascii="Trebuchet MS" w:hAnsi="Trebuchet MS"/>
        </w:rPr>
        <w:t>9. 9 metres of cloth cost ₹1,080. Find the cost of 14 metres.</w:t>
      </w:r>
    </w:p>
    <w:p>
      <w:r>
        <w:rPr>
          <w:rFonts w:ascii="Trebuchet MS" w:hAnsi="Trebuchet MS"/>
        </w:rPr>
        <w:t>10. A train travels 450 km in 5 hours. Find its speed.</w:t>
      </w:r>
    </w:p>
    <w:p>
      <w:pPr>
        <w:pStyle w:val="Heading2"/>
      </w:pPr>
      <w:r>
        <w:t>Section B — Moderate</w:t>
      </w:r>
    </w:p>
    <w:p>
      <w:r>
        <w:rPr>
          <w:rFonts w:ascii="Trebuchet MS" w:hAnsi="Trebuchet MS"/>
        </w:rPr>
        <w:t>11. 18 workers earn ₹54,000 in 15 days. Find the wages of 12 workers for 20 days at the same rate.</w:t>
      </w:r>
    </w:p>
    <w:p>
      <w:r>
        <w:rPr>
          <w:rFonts w:ascii="Trebuchet MS" w:hAnsi="Trebuchet MS"/>
        </w:rPr>
        <w:t>12. A car uses 36 litres of fuel for 540 km. How much fuel is required for 825 km?</w:t>
      </w:r>
    </w:p>
    <w:p>
      <w:r>
        <w:rPr>
          <w:rFonts w:ascii="Trebuchet MS" w:hAnsi="Trebuchet MS"/>
        </w:rPr>
        <w:t>13. 24 workers complete a task in 18 days. How many workers are required to finish it in 12 days?</w:t>
      </w:r>
    </w:p>
    <w:p>
      <w:r>
        <w:rPr>
          <w:rFonts w:ascii="Trebuchet MS" w:hAnsi="Trebuchet MS"/>
        </w:rPr>
        <w:t>14. A stock lasts 25 days for 16 people. How long will it last for 20 people?</w:t>
      </w:r>
    </w:p>
    <w:p>
      <w:r>
        <w:rPr>
          <w:rFonts w:ascii="Trebuchet MS" w:hAnsi="Trebuchet MS"/>
        </w:rPr>
        <w:t>15. 6 machines produce 3,600 items in 8 hours. How many items will 10 machines produce in 12 hours?</w:t>
      </w:r>
    </w:p>
    <w:p>
      <w:r>
        <w:rPr>
          <w:rFonts w:ascii="Trebuchet MS" w:hAnsi="Trebuchet MS"/>
        </w:rPr>
        <w:t>16. A journey takes 9 hours at 50 km/h. Find the time required at 75 km/h.</w:t>
      </w:r>
    </w:p>
    <w:p>
      <w:r>
        <w:rPr>
          <w:rFonts w:ascii="Trebuchet MS" w:hAnsi="Trebuchet MS"/>
        </w:rPr>
        <w:t>17. 10 workers working 8 hours daily finish a job in 15 days. How many days will 12 workers working 10 hours daily take?</w:t>
      </w:r>
    </w:p>
    <w:p>
      <w:r>
        <w:rPr>
          <w:rFonts w:ascii="Trebuchet MS" w:hAnsi="Trebuchet MS"/>
        </w:rPr>
        <w:t>18. 15 books cost ₹1,200. If the price per book rises by 10%, find the cost of 20 books.</w:t>
      </w:r>
    </w:p>
    <w:p>
      <w:r>
        <w:rPr>
          <w:rFonts w:ascii="Trebuchet MS" w:hAnsi="Trebuchet MS"/>
        </w:rPr>
        <w:t>19. A factory produces 4,800 units in 6 days using 8 machines. How many units will 12 machines produce in 10 days?</w:t>
      </w:r>
    </w:p>
    <w:p>
      <w:r>
        <w:rPr>
          <w:rFonts w:ascii="Trebuchet MS" w:hAnsi="Trebuchet MS"/>
        </w:rPr>
        <w:t>20. Food is enough for 30 people for 24 days. After 4 days, 6 people leave. For how many more days will the food last?</w:t>
      </w:r>
    </w:p>
    <w:p>
      <w:pPr>
        <w:pStyle w:val="Heading2"/>
      </w:pPr>
      <w:r>
        <w:t>Section C — Advanced</w:t>
      </w:r>
    </w:p>
    <w:p>
      <w:r>
        <w:rPr>
          <w:rFonts w:ascii="Trebuchet MS" w:hAnsi="Trebuchet MS"/>
        </w:rPr>
        <w:t>21. 12 workers working 7 hours daily complete a job in 20 days. How many workers are required to complete it in 14 days working 8 hours daily?</w:t>
      </w:r>
    </w:p>
    <w:p>
      <w:r>
        <w:rPr>
          <w:rFonts w:ascii="Trebuchet MS" w:hAnsi="Trebuchet MS"/>
        </w:rPr>
        <w:t>22. 8 machines working 9 hours daily produce 7,200 units in 5 days. How many machines are needed to produce 14,400 units in 8 days working 10 hours daily?</w:t>
      </w:r>
    </w:p>
    <w:p>
      <w:r>
        <w:rPr>
          <w:rFonts w:ascii="Trebuchet MS" w:hAnsi="Trebuchet MS"/>
        </w:rPr>
        <w:t>23. A train covers a distance in 7.5 hours at 64 km/h. At what speed will it cover the same distance in 6 hours?</w:t>
      </w:r>
    </w:p>
    <w:p>
      <w:r>
        <w:rPr>
          <w:rFonts w:ascii="Trebuchet MS" w:hAnsi="Trebuchet MS"/>
        </w:rPr>
        <w:t>24. A contractor has enough material for 45 workers for 16 days. If 15 more workers join after 4 days, how many more days will the material last?</w:t>
      </w:r>
    </w:p>
    <w:p>
      <w:r>
        <w:rPr>
          <w:rFonts w:ascii="Trebuchet MS" w:hAnsi="Trebuchet MS"/>
        </w:rPr>
        <w:t>25. 4 machines produce 5,000 units in 10 hours. How many machines are needed to produce 15,000 units in 12 hours?</w:t>
      </w:r>
    </w:p>
    <w:p>
      <w:r>
        <w:rPr>
          <w:rFonts w:ascii="Trebuchet MS" w:hAnsi="Trebuchet MS"/>
        </w:rPr>
        <w:t>26. 25 kg of material costs ₹4,500. The price is reduced by 8%. Find the cost of 40 kg after the reduction.</w:t>
      </w:r>
    </w:p>
    <w:p>
      <w:r>
        <w:rPr>
          <w:rFonts w:ascii="Trebuchet MS" w:hAnsi="Trebuchet MS"/>
        </w:rPr>
        <w:t>27. A car travels 630 km using 42 litres. How far can it travel using 55 litres if efficiency remains constant?</w:t>
      </w:r>
    </w:p>
    <w:p>
      <w:r>
        <w:rPr>
          <w:rFonts w:ascii="Trebuchet MS" w:hAnsi="Trebuchet MS"/>
        </w:rPr>
        <w:t>28. 18 workers can complete a task in 24 days. After 8 days, 6 workers leave. How many additional days are needed?</w:t>
      </w:r>
    </w:p>
    <w:p>
      <w:r>
        <w:rPr>
          <w:rFonts w:ascii="Trebuchet MS" w:hAnsi="Trebuchet MS"/>
        </w:rPr>
        <w:t>29. 10 machines working 6 hours daily produce 9,000 units in 5 days. How many units will 15 machines produce in 8 days working 7 hours daily?</w:t>
      </w:r>
    </w:p>
    <w:p>
      <w:r>
        <w:rPr>
          <w:rFonts w:ascii="Trebuchet MS" w:hAnsi="Trebuchet MS"/>
        </w:rPr>
        <w:t>30. A stock is sufficient for 50 people for 20 days. After 5 days, 10 people join. Find the number of additional days the remaining stock will last.</w:t>
      </w:r>
    </w:p>
    <w:p>
      <w:pPr>
        <w:pStyle w:val="Heading1"/>
      </w:pPr>
      <w:r>
        <w:t>17. Answer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1. ₹360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2. ₹1,320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3. ₹3,000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4. ₹600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5. 420 km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6. 16 days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7. 12 days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8. 3,000 units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9. ₹1,680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10. 90 km/h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11. ₹48,000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12. 55 litres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13. 36 workers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14. 20 days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15. 9,000 units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16. 6 hours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17. 10 days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18. ₹1,760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19. 9,000 units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20. 30 days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21. 15 workers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22. 10 machines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23. 80 km/h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24. 8 days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25. 10 machines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26. ₹6,624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27. 825 km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28. 24 additional days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29. 25,200 units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30. 16 days</w:t>
            </w:r>
          </w:p>
        </w:tc>
      </w:tr>
    </w:tbl>
    <w:p>
      <w:pPr>
        <w:pStyle w:val="Heading1"/>
      </w:pPr>
      <w:r>
        <w:t>18. Quick Revision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243447"/>
                <w:sz w:val="22"/>
              </w:rPr>
              <w:t>UNITARY METHOD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Find one unit first, then multiply or divide to reach the required quantity.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0E8F7"/>
          </w:tcPr>
          <w:p>
            <w:r>
              <w:rPr>
                <w:rFonts w:ascii="Georgia" w:hAnsi="Georgia"/>
                <w:b/>
                <w:color w:val="6A4C93"/>
                <w:sz w:val="22"/>
              </w:rPr>
              <w:t>DIRECT PROPORTION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More quantity → more value. Less quantity → less value. Ratio remains constant.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6F6F5"/>
          </w:tcPr>
          <w:p>
            <w:r>
              <w:rPr>
                <w:rFonts w:ascii="Georgia" w:hAnsi="Georgia"/>
                <w:b/>
                <w:color w:val="168AAD"/>
                <w:sz w:val="22"/>
              </w:rPr>
              <w:t>INVERSE PROPORTION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More quantity → less value. Product remains constant.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FF4D6"/>
          </w:tcPr>
          <w:p>
            <w:r>
              <w:rPr>
                <w:rFonts w:ascii="Georgia" w:hAnsi="Georgia"/>
                <w:b/>
                <w:color w:val="C68A00"/>
                <w:sz w:val="22"/>
              </w:rPr>
              <w:t>WORK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For equal efficiency: Workers × Days × Hours per day = constant.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CE9E3"/>
          </w:tcPr>
          <w:p>
            <w:r>
              <w:rPr>
                <w:rFonts w:ascii="Georgia" w:hAnsi="Georgia"/>
                <w:b/>
                <w:color w:val="D95D39"/>
                <w:sz w:val="22"/>
              </w:rPr>
              <w:t>SPEED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For fixed distance: Speed × Time = constant.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5EA"/>
          </w:tcPr>
          <w:p>
            <w:r>
              <w:rPr>
                <w:rFonts w:ascii="Georgia" w:hAnsi="Georgia"/>
                <w:b/>
                <w:color w:val="3A7D44"/>
                <w:sz w:val="22"/>
              </w:rPr>
              <w:t>CONSUMPTION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For fixed stock: People × Days = constant.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243447"/>
                <w:sz w:val="22"/>
              </w:rPr>
              <w:t>FINAL CHECK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Before solving, decide whether the quantities are directly or inversely related. This is the most important step.</w:t>
            </w:r>
          </w:p>
        </w:tc>
      </w:tr>
    </w:tbl>
    <w:p/>
    <w:p>
      <w:pPr>
        <w:jc w:val="center"/>
      </w:pPr>
      <w:r>
        <w:rPr>
          <w:rFonts w:ascii="Georgia" w:hAnsi="Georgia"/>
          <w:b/>
          <w:color w:val="243447"/>
          <w:sz w:val="26"/>
        </w:rPr>
        <w:t>End of Chapter 6 — Unitary Method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123" w:bottom="936" w:left="112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rebuchet MS" w:hAnsi="Trebuchet MS"/>
        <w:color w:val="6A4C93"/>
        <w:sz w:val="16"/>
      </w:rPr>
      <w:t>Professional Study Notes  |  Unitary Method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noProof/>
      </w:rPr>
      <w:drawing>
        <wp:inline xmlns:wp="http://schemas.openxmlformats.org/drawingml/2006/wordprocessingDrawing" distT="0" distB="0" distL="0" distR="0">
          <wp:extent cx="502920" cy="433560"/>
          <wp:effectExtent l="0" t="0" r="0" b="0"/>
          <wp:docPr id="9001" name="VishvasniyaLogo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01" name="VishvasniyaLogoHeader"/>
                  <pic:cNvPicPr/>
                </pic:nvPicPr>
                <pic:blipFill>
                  <a:blip r:embed="rIdLogoImg"/>
                  <a:stretch>
                    <a:fillRect/>
                  </a:stretch>
                </pic:blipFill>
                <pic:spPr>
                  <a:xfrm>
                    <a:off x="0" y="0"/>
                    <a:ext cx="502920" cy="433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Header"/>
      <w:jc w:val="right"/>
    </w:pPr>
    <w:r>
      <w:rPr>
        <w:rFonts w:ascii="Trebuchet MS" w:hAnsi="Trebuchet MS"/>
        <w:color w:val="6A4C93"/>
        <w:sz w:val="16"/>
      </w:rPr>
      <w:t>MATHEMATICS  •  CHAPTER 6  •  UNITARY METHOD</w:t>
    </w:r>
  </w:p>
  <w:p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VishvasniyaWatermark" o:spid="_x0000_s2025" type="#_x0000_t75" style="position:absolute;left:0;text-align:left;margin-left:0;margin-top:0;width:420pt;height:362pt;z-index:-251658752;mso-position-horizontal:center;mso-position-horizontal-relative:margin;mso-position-vertical:center;mso-position-vertical-relative:margin;rotation:-2949120fd" o:allowoverlap="f">
          <v:imagedata r:id="rIdWatermarkImg" o:title="Vishvasniya Watermark" gain="26000f" blacklevel="18000f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rebuchet MS" w:hAnsi="Trebuchet MS"/>
      <w:color w:val="252525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/>
      <w:b/>
      <w:bCs/>
      <w:color w:val="243447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eorgia" w:hAnsi="Georgia"/>
      <w:b/>
      <w:bCs/>
      <w:color w:val="6A4C93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Trebuchet MS" w:hAnsi="Trebuchet MS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rebuchet MS" w:hAnsi="Trebuchet MS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LogoImg" Type="http://schemas.openxmlformats.org/officeDocument/2006/relationships/image" Target="media/vishvasniya_logo.jpeg"/><Relationship Id="rIdWatermarkImg" Type="http://schemas.openxmlformats.org/officeDocument/2006/relationships/image" Target="media/vishvasniya_logo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