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008C95"/>
          <w:sz w:val="36"/>
        </w:rPr>
        <w:t>CHAPTER 7</w:t>
      </w:r>
    </w:p>
    <w:p>
      <w:pPr>
        <w:jc w:val="center"/>
      </w:pPr>
      <w:r>
        <w:rPr>
          <w:rFonts w:ascii="Aptos Display" w:hAnsi="Aptos Display"/>
          <w:b/>
          <w:color w:val="17365D"/>
          <w:sz w:val="60"/>
        </w:rPr>
        <w:t>SPEED, DISTANCE &amp; TIME</w:t>
      </w:r>
    </w:p>
    <w:p>
      <w:pPr>
        <w:jc w:val="center"/>
      </w:pPr>
      <w:r>
        <w:rPr>
          <w:b/>
          <w:color w:val="7030A0"/>
          <w:sz w:val="28"/>
        </w:rPr>
        <w:t>Advanced Practice Worksheet • 30 MCQs</w:t>
      </w:r>
    </w:p>
    <w:tbl>
      <w:tblPr>
        <w:tblW w:type="auto" w:w="0"/>
        <w:jc w:val="center"/>
        <w:tblLook w:firstColumn="1" w:firstRow="1" w:lastColumn="0" w:lastRow="0" w:noHBand="0" w:noVBand="1" w:val="04A0"/>
      </w:tblPr>
      <w:tblGrid>
        <w:gridCol w:w="10368"/>
      </w:tblGrid>
      <w:tr>
        <w:tc>
          <w:tcPr>
            <w:tcW w:type="dxa" w:w="10368"/>
            <w:shd w:fill="FFF2CC"/>
          </w:tcPr>
          <w:p>
            <w:r>
              <w:rPr>
                <w:rFonts w:ascii="Aptos Display" w:hAnsi="Aptos Display"/>
                <w:b/>
                <w:color w:val="17365D"/>
                <w:sz w:val="24"/>
              </w:rPr>
              <w:t>FORMULA FOCUS</w:t>
              <w:br/>
            </w:r>
            <w:r>
              <w:rPr>
                <w:rFonts w:ascii="Aptos" w:hAnsi="Aptos"/>
                <w:color w:val="222222"/>
                <w:sz w:val="21"/>
              </w:rPr>
              <w:t>Speed = Distance ÷ Time</w:t>
              <w:br/>
              <w:t>Distance = Speed × Time</w:t>
              <w:br/>
              <w:t>Time = Distance ÷ Speed</w:t>
              <w:br/>
              <w:t>1 km/h = 5/18 m/s</w:t>
            </w:r>
          </w:p>
        </w:tc>
      </w:tr>
    </w:tbl>
    <w:p>
      <w:pPr>
        <w:spacing w:after="20"/>
      </w:pPr>
    </w:p>
    <w:p>
      <w:pPr>
        <w:pStyle w:val="Heading1"/>
      </w:pPr>
      <w:r>
        <w:t>Q1. Average Speed</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person travels from city A to city B at a speed of 60 km/h and returns from B to A at a speed of 40 km/h. Assuming that the distance between the two cities remains unchanged in both directions, what is the average speed for the entire journey?</w:t>
            </w:r>
          </w:p>
        </w:tc>
      </w:tr>
    </w:tbl>
    <w:p>
      <w:pPr>
        <w:ind w:left="360"/>
      </w:pPr>
      <w:r>
        <w:rPr>
          <w:rFonts w:ascii="Aptos" w:hAnsi="Aptos"/>
          <w:sz w:val="22"/>
        </w:rPr>
        <w:t>(a) 48 km/h</w:t>
      </w:r>
    </w:p>
    <w:p>
      <w:pPr>
        <w:ind w:left="360"/>
      </w:pPr>
      <w:r>
        <w:rPr>
          <w:rFonts w:ascii="Aptos" w:hAnsi="Aptos"/>
          <w:sz w:val="22"/>
        </w:rPr>
        <w:t>(b) 50 km/h</w:t>
      </w:r>
    </w:p>
    <w:p>
      <w:pPr>
        <w:ind w:left="360"/>
      </w:pPr>
      <w:r>
        <w:rPr>
          <w:rFonts w:ascii="Aptos" w:hAnsi="Aptos"/>
          <w:sz w:val="22"/>
        </w:rPr>
        <w:t>(c) 52 km/h</w:t>
      </w:r>
    </w:p>
    <w:p>
      <w:pPr>
        <w:ind w:left="360"/>
      </w:pPr>
      <w:r>
        <w:rPr>
          <w:rFonts w:ascii="Aptos" w:hAnsi="Aptos"/>
          <w:sz w:val="22"/>
        </w:rPr>
        <w:t>(d) 54 km/h</w:t>
      </w:r>
    </w:p>
    <w:p>
      <w:pPr>
        <w:pStyle w:val="Heading1"/>
      </w:pPr>
      <w:r>
        <w:t>Q2. Change in Speed</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man travels a certain distance at 5 km/h and reaches his destination 24 minutes late. If he travels at 6 km/h, he reaches the destination 16 minutes early. What is the distance travelled by him?</w:t>
            </w:r>
          </w:p>
        </w:tc>
      </w:tr>
    </w:tbl>
    <w:p>
      <w:pPr>
        <w:ind w:left="360"/>
      </w:pPr>
      <w:r>
        <w:rPr>
          <w:rFonts w:ascii="Aptos" w:hAnsi="Aptos"/>
          <w:sz w:val="22"/>
        </w:rPr>
        <w:t>(a) 16 km</w:t>
      </w:r>
    </w:p>
    <w:p>
      <w:pPr>
        <w:ind w:left="360"/>
      </w:pPr>
      <w:r>
        <w:rPr>
          <w:rFonts w:ascii="Aptos" w:hAnsi="Aptos"/>
          <w:sz w:val="22"/>
        </w:rPr>
        <w:t>(b) 18 km</w:t>
      </w:r>
    </w:p>
    <w:p>
      <w:pPr>
        <w:ind w:left="360"/>
      </w:pPr>
      <w:r>
        <w:rPr>
          <w:rFonts w:ascii="Aptos" w:hAnsi="Aptos"/>
          <w:sz w:val="22"/>
        </w:rPr>
        <w:t>(c) 20 km</w:t>
      </w:r>
    </w:p>
    <w:p>
      <w:pPr>
        <w:ind w:left="360"/>
      </w:pPr>
      <w:r>
        <w:rPr>
          <w:rFonts w:ascii="Aptos" w:hAnsi="Aptos"/>
          <w:sz w:val="22"/>
        </w:rPr>
        <w:t>(d) 24 km</w:t>
      </w:r>
    </w:p>
    <w:p>
      <w:pPr>
        <w:pStyle w:val="Heading1"/>
      </w:pPr>
      <w:r>
        <w:t>Q3. Train and Platform</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train 180 metres long is travelling at 54 km/h. It takes a certain amount of time to completely cross a platform 270 metres long. How much time does the train take to cross the platform?</w:t>
            </w:r>
          </w:p>
        </w:tc>
      </w:tr>
    </w:tbl>
    <w:p>
      <w:pPr>
        <w:ind w:left="360"/>
      </w:pPr>
      <w:r>
        <w:rPr>
          <w:rFonts w:ascii="Aptos" w:hAnsi="Aptos"/>
          <w:sz w:val="22"/>
        </w:rPr>
        <w:t>(a) 20 seconds</w:t>
      </w:r>
    </w:p>
    <w:p>
      <w:pPr>
        <w:ind w:left="360"/>
      </w:pPr>
      <w:r>
        <w:rPr>
          <w:rFonts w:ascii="Aptos" w:hAnsi="Aptos"/>
          <w:sz w:val="22"/>
        </w:rPr>
        <w:t>(b) 25 seconds</w:t>
      </w:r>
    </w:p>
    <w:p>
      <w:pPr>
        <w:ind w:left="360"/>
      </w:pPr>
      <w:r>
        <w:rPr>
          <w:rFonts w:ascii="Aptos" w:hAnsi="Aptos"/>
          <w:sz w:val="22"/>
        </w:rPr>
        <w:t>(c) 30 seconds</w:t>
      </w:r>
    </w:p>
    <w:p>
      <w:pPr>
        <w:ind w:left="360"/>
      </w:pPr>
      <w:r>
        <w:rPr>
          <w:rFonts w:ascii="Aptos" w:hAnsi="Aptos"/>
          <w:sz w:val="22"/>
        </w:rPr>
        <w:t>(d) 35 seconds</w:t>
      </w:r>
    </w:p>
    <w:p>
      <w:pPr>
        <w:pStyle w:val="Heading1"/>
      </w:pPr>
      <w:r>
        <w:t>Q4. Two Trains Moving in Opposite Directions</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Two trains of lengths 240 metres and 360 metres are moving on parallel tracks in opposite directions at speeds of 54 km/h and 72 km/h respectively. How long will they take to completely cross each other?</w:t>
            </w:r>
          </w:p>
        </w:tc>
      </w:tr>
    </w:tbl>
    <w:p>
      <w:pPr>
        <w:ind w:left="360"/>
      </w:pPr>
      <w:r>
        <w:rPr>
          <w:rFonts w:ascii="Aptos" w:hAnsi="Aptos"/>
          <w:sz w:val="22"/>
        </w:rPr>
        <w:t>(a) 15 seconds</w:t>
      </w:r>
    </w:p>
    <w:p>
      <w:pPr>
        <w:ind w:left="360"/>
      </w:pPr>
      <w:r>
        <w:rPr>
          <w:rFonts w:ascii="Aptos" w:hAnsi="Aptos"/>
          <w:sz w:val="22"/>
        </w:rPr>
        <w:t>(b) 17 1/7 seconds</w:t>
      </w:r>
    </w:p>
    <w:p>
      <w:pPr>
        <w:ind w:left="360"/>
      </w:pPr>
      <w:r>
        <w:rPr>
          <w:rFonts w:ascii="Aptos" w:hAnsi="Aptos"/>
          <w:sz w:val="22"/>
        </w:rPr>
        <w:t>(c) 20 seconds</w:t>
      </w:r>
    </w:p>
    <w:p>
      <w:pPr>
        <w:ind w:left="360"/>
      </w:pPr>
      <w:r>
        <w:rPr>
          <w:rFonts w:ascii="Aptos" w:hAnsi="Aptos"/>
          <w:sz w:val="22"/>
        </w:rPr>
        <w:t>(d) 24 seconds</w:t>
      </w:r>
    </w:p>
    <w:p>
      <w:pPr>
        <w:pStyle w:val="Heading1"/>
      </w:pPr>
      <w:r>
        <w:t>Q5. Two Trains Moving in the Same Direction</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Two trains of lengths 150 metres and 250 metres are moving in the same direction at 72 km/h and 54 km/h respectively. How much time will the faster train take to completely overtake the slower train?</w:t>
            </w:r>
          </w:p>
        </w:tc>
      </w:tr>
    </w:tbl>
    <w:p>
      <w:pPr>
        <w:ind w:left="360"/>
      </w:pPr>
      <w:r>
        <w:rPr>
          <w:rFonts w:ascii="Aptos" w:hAnsi="Aptos"/>
          <w:sz w:val="22"/>
        </w:rPr>
        <w:t>(a) 60 seconds</w:t>
      </w:r>
    </w:p>
    <w:p>
      <w:pPr>
        <w:ind w:left="360"/>
      </w:pPr>
      <w:r>
        <w:rPr>
          <w:rFonts w:ascii="Aptos" w:hAnsi="Aptos"/>
          <w:sz w:val="22"/>
        </w:rPr>
        <w:t>(b) 70 seconds</w:t>
      </w:r>
    </w:p>
    <w:p>
      <w:pPr>
        <w:ind w:left="360"/>
      </w:pPr>
      <w:r>
        <w:rPr>
          <w:rFonts w:ascii="Aptos" w:hAnsi="Aptos"/>
          <w:sz w:val="22"/>
        </w:rPr>
        <w:t>(c) 80 seconds</w:t>
      </w:r>
    </w:p>
    <w:p>
      <w:pPr>
        <w:ind w:left="360"/>
      </w:pPr>
      <w:r>
        <w:rPr>
          <w:rFonts w:ascii="Aptos" w:hAnsi="Aptos"/>
          <w:sz w:val="22"/>
        </w:rPr>
        <w:t>(d) 90 seconds</w:t>
      </w:r>
    </w:p>
    <w:p>
      <w:pPr>
        <w:pStyle w:val="Heading1"/>
      </w:pPr>
      <w:r>
        <w:t>Q6. Delayed Journey</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person normally travels to his office at a speed of 48 km/h. One day, due to heavy traffic, he travels at 36 km/h and reaches the office 20 minutes late. What is the distance between his home and office?</w:t>
            </w:r>
          </w:p>
        </w:tc>
      </w:tr>
    </w:tbl>
    <w:p>
      <w:pPr>
        <w:ind w:left="360"/>
      </w:pPr>
      <w:r>
        <w:rPr>
          <w:rFonts w:ascii="Aptos" w:hAnsi="Aptos"/>
          <w:sz w:val="22"/>
        </w:rPr>
        <w:t>(a) 42 km</w:t>
      </w:r>
    </w:p>
    <w:p>
      <w:pPr>
        <w:ind w:left="360"/>
      </w:pPr>
      <w:r>
        <w:rPr>
          <w:rFonts w:ascii="Aptos" w:hAnsi="Aptos"/>
          <w:sz w:val="22"/>
        </w:rPr>
        <w:t>(b) 48 km</w:t>
      </w:r>
    </w:p>
    <w:p>
      <w:pPr>
        <w:ind w:left="360"/>
      </w:pPr>
      <w:r>
        <w:rPr>
          <w:rFonts w:ascii="Aptos" w:hAnsi="Aptos"/>
          <w:sz w:val="22"/>
        </w:rPr>
        <w:t>(c) 54 km</w:t>
      </w:r>
    </w:p>
    <w:p>
      <w:pPr>
        <w:ind w:left="360"/>
      </w:pPr>
      <w:r>
        <w:rPr>
          <w:rFonts w:ascii="Aptos" w:hAnsi="Aptos"/>
          <w:sz w:val="22"/>
        </w:rPr>
        <w:t>(d) 60 km</w:t>
      </w:r>
    </w:p>
    <w:p>
      <w:pPr>
        <w:pStyle w:val="Heading1"/>
      </w:pPr>
      <w:r>
        <w:t>Q7. Relative Speed</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Two persons start simultaneously from points A and B, which are 300 km apart, and travel towards each other at speeds of 45 km/h and 55 km/h respectively. After how much time will they meet, and how far from A will the meeting point be?</w:t>
            </w:r>
          </w:p>
        </w:tc>
      </w:tr>
    </w:tbl>
    <w:p>
      <w:pPr>
        <w:ind w:left="360"/>
      </w:pPr>
      <w:r>
        <w:rPr>
          <w:rFonts w:ascii="Aptos" w:hAnsi="Aptos"/>
          <w:sz w:val="22"/>
        </w:rPr>
        <w:t>(a) 3 hours; 135 km</w:t>
      </w:r>
    </w:p>
    <w:p>
      <w:pPr>
        <w:ind w:left="360"/>
      </w:pPr>
      <w:r>
        <w:rPr>
          <w:rFonts w:ascii="Aptos" w:hAnsi="Aptos"/>
          <w:sz w:val="22"/>
        </w:rPr>
        <w:t>(b) 3 hours; 150 km</w:t>
      </w:r>
    </w:p>
    <w:p>
      <w:pPr>
        <w:ind w:left="360"/>
      </w:pPr>
      <w:r>
        <w:rPr>
          <w:rFonts w:ascii="Aptos" w:hAnsi="Aptos"/>
          <w:sz w:val="22"/>
        </w:rPr>
        <w:t>(c) 3.5 hours; 157.5 km</w:t>
      </w:r>
    </w:p>
    <w:p>
      <w:pPr>
        <w:ind w:left="360"/>
      </w:pPr>
      <w:r>
        <w:rPr>
          <w:rFonts w:ascii="Aptos" w:hAnsi="Aptos"/>
          <w:sz w:val="22"/>
        </w:rPr>
        <w:t>(d) 4 hours; 180 km</w:t>
      </w:r>
    </w:p>
    <w:p>
      <w:pPr>
        <w:pStyle w:val="Heading1"/>
      </w:pPr>
      <w:r>
        <w:t>Q8. Circular Track</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Two runners start simultaneously from the same point on a circular track. They run in the same direction at speeds of 8 m/s and 6 m/s. If the length of the track is 600 metres, after how much time will the faster runner overtake the slower runner for the first time?</w:t>
            </w:r>
          </w:p>
        </w:tc>
      </w:tr>
    </w:tbl>
    <w:p>
      <w:pPr>
        <w:ind w:left="360"/>
      </w:pPr>
      <w:r>
        <w:rPr>
          <w:rFonts w:ascii="Aptos" w:hAnsi="Aptos"/>
          <w:sz w:val="22"/>
        </w:rPr>
        <w:t>(a) 200 seconds</w:t>
      </w:r>
    </w:p>
    <w:p>
      <w:pPr>
        <w:ind w:left="360"/>
      </w:pPr>
      <w:r>
        <w:rPr>
          <w:rFonts w:ascii="Aptos" w:hAnsi="Aptos"/>
          <w:sz w:val="22"/>
        </w:rPr>
        <w:t>(b) 250 seconds</w:t>
      </w:r>
    </w:p>
    <w:p>
      <w:pPr>
        <w:ind w:left="360"/>
      </w:pPr>
      <w:r>
        <w:rPr>
          <w:rFonts w:ascii="Aptos" w:hAnsi="Aptos"/>
          <w:sz w:val="22"/>
        </w:rPr>
        <w:t>(c) 300 seconds</w:t>
      </w:r>
    </w:p>
    <w:p>
      <w:pPr>
        <w:ind w:left="360"/>
      </w:pPr>
      <w:r>
        <w:rPr>
          <w:rFonts w:ascii="Aptos" w:hAnsi="Aptos"/>
          <w:sz w:val="22"/>
        </w:rPr>
        <w:t>(d) 360 seconds</w:t>
      </w:r>
    </w:p>
    <w:p>
      <w:pPr>
        <w:pStyle w:val="Heading1"/>
      </w:pPr>
      <w:r>
        <w:t>Q9. Circular Track — Opposite Directions</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Two runners start simultaneously from the same point on a circular track of length 800 metres and run in opposite directions at 10 m/s and 6 m/s. After how much time will they meet for the first time?</w:t>
            </w:r>
          </w:p>
        </w:tc>
      </w:tr>
    </w:tbl>
    <w:p>
      <w:pPr>
        <w:ind w:left="360"/>
      </w:pPr>
      <w:r>
        <w:rPr>
          <w:rFonts w:ascii="Aptos" w:hAnsi="Aptos"/>
          <w:sz w:val="22"/>
        </w:rPr>
        <w:t>(a) 40 seconds</w:t>
      </w:r>
    </w:p>
    <w:p>
      <w:pPr>
        <w:ind w:left="360"/>
      </w:pPr>
      <w:r>
        <w:rPr>
          <w:rFonts w:ascii="Aptos" w:hAnsi="Aptos"/>
          <w:sz w:val="22"/>
        </w:rPr>
        <w:t>(b) 50 seconds</w:t>
      </w:r>
    </w:p>
    <w:p>
      <w:pPr>
        <w:ind w:left="360"/>
      </w:pPr>
      <w:r>
        <w:rPr>
          <w:rFonts w:ascii="Aptos" w:hAnsi="Aptos"/>
          <w:sz w:val="22"/>
        </w:rPr>
        <w:t>(c) 60 seconds</w:t>
      </w:r>
    </w:p>
    <w:p>
      <w:pPr>
        <w:ind w:left="360"/>
      </w:pPr>
      <w:r>
        <w:rPr>
          <w:rFonts w:ascii="Aptos" w:hAnsi="Aptos"/>
          <w:sz w:val="22"/>
        </w:rPr>
        <w:t>(d) 80 seconds</w:t>
      </w:r>
    </w:p>
    <w:p>
      <w:pPr>
        <w:pStyle w:val="Heading1"/>
      </w:pPr>
      <w:r>
        <w:t>Q10. Average Speed with Three Parts</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car covers the first 120 km of a journey at 40 km/h, the next 180 km at 60 km/h and the remaining 100 km at 50 km/h. What is the average speed for the entire journey?</w:t>
            </w:r>
          </w:p>
        </w:tc>
      </w:tr>
    </w:tbl>
    <w:p>
      <w:pPr>
        <w:ind w:left="360"/>
      </w:pPr>
      <w:r>
        <w:rPr>
          <w:rFonts w:ascii="Aptos" w:hAnsi="Aptos"/>
          <w:sz w:val="22"/>
        </w:rPr>
        <w:t>(a) 48 km/h</w:t>
      </w:r>
    </w:p>
    <w:p>
      <w:pPr>
        <w:ind w:left="360"/>
      </w:pPr>
      <w:r>
        <w:rPr>
          <w:rFonts w:ascii="Aptos" w:hAnsi="Aptos"/>
          <w:sz w:val="22"/>
        </w:rPr>
        <w:t>(b) 50 km/h</w:t>
      </w:r>
    </w:p>
    <w:p>
      <w:pPr>
        <w:ind w:left="360"/>
      </w:pPr>
      <w:r>
        <w:rPr>
          <w:rFonts w:ascii="Aptos" w:hAnsi="Aptos"/>
          <w:sz w:val="22"/>
        </w:rPr>
        <w:t>(c) 52 km/h</w:t>
      </w:r>
    </w:p>
    <w:p>
      <w:pPr>
        <w:ind w:left="360"/>
      </w:pPr>
      <w:r>
        <w:rPr>
          <w:rFonts w:ascii="Aptos" w:hAnsi="Aptos"/>
          <w:sz w:val="22"/>
        </w:rPr>
        <w:t>(d) 54 km/h</w:t>
      </w:r>
    </w:p>
    <w:p>
      <w:pPr>
        <w:pStyle w:val="Heading1"/>
      </w:pPr>
      <w:r>
        <w:t>Q11. Walking and Cycling</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person covers a certain distance partly by walking at 5 km/h and partly by cycling at 15 km/h. He spends a total of 4 hours and covers 30 km. How many kilometres does he cover by walking?</w:t>
            </w:r>
          </w:p>
        </w:tc>
      </w:tr>
    </w:tbl>
    <w:p>
      <w:pPr>
        <w:ind w:left="360"/>
      </w:pPr>
      <w:r>
        <w:rPr>
          <w:rFonts w:ascii="Aptos" w:hAnsi="Aptos"/>
          <w:sz w:val="22"/>
        </w:rPr>
        <w:t>(a) 5 km</w:t>
      </w:r>
    </w:p>
    <w:p>
      <w:pPr>
        <w:ind w:left="360"/>
      </w:pPr>
      <w:r>
        <w:rPr>
          <w:rFonts w:ascii="Aptos" w:hAnsi="Aptos"/>
          <w:sz w:val="22"/>
        </w:rPr>
        <w:t>(b) 7.5 km</w:t>
      </w:r>
    </w:p>
    <w:p>
      <w:pPr>
        <w:ind w:left="360"/>
      </w:pPr>
      <w:r>
        <w:rPr>
          <w:rFonts w:ascii="Aptos" w:hAnsi="Aptos"/>
          <w:sz w:val="22"/>
        </w:rPr>
        <w:t>(c) 10 km</w:t>
      </w:r>
    </w:p>
    <w:p>
      <w:pPr>
        <w:ind w:left="360"/>
      </w:pPr>
      <w:r>
        <w:rPr>
          <w:rFonts w:ascii="Aptos" w:hAnsi="Aptos"/>
          <w:sz w:val="22"/>
        </w:rPr>
        <w:t>(d) 12.5 km</w:t>
      </w:r>
    </w:p>
    <w:p>
      <w:pPr>
        <w:pStyle w:val="Heading1"/>
      </w:pPr>
      <w:r>
        <w:t>Q12. Speed Increased by a Percentage</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man increases his speed by 25% and consequently takes 12 minutes less to cover the same distance. What was his original time for covering the distance?</w:t>
            </w:r>
          </w:p>
        </w:tc>
      </w:tr>
    </w:tbl>
    <w:p>
      <w:pPr>
        <w:ind w:left="360"/>
      </w:pPr>
      <w:r>
        <w:rPr>
          <w:rFonts w:ascii="Aptos" w:hAnsi="Aptos"/>
          <w:sz w:val="22"/>
        </w:rPr>
        <w:t>(a) 48 minutes</w:t>
      </w:r>
    </w:p>
    <w:p>
      <w:pPr>
        <w:ind w:left="360"/>
      </w:pPr>
      <w:r>
        <w:rPr>
          <w:rFonts w:ascii="Aptos" w:hAnsi="Aptos"/>
          <w:sz w:val="22"/>
        </w:rPr>
        <w:t>(b) 54 minutes</w:t>
      </w:r>
    </w:p>
    <w:p>
      <w:pPr>
        <w:ind w:left="360"/>
      </w:pPr>
      <w:r>
        <w:rPr>
          <w:rFonts w:ascii="Aptos" w:hAnsi="Aptos"/>
          <w:sz w:val="22"/>
        </w:rPr>
        <w:t>(c) 60 minutes</w:t>
      </w:r>
    </w:p>
    <w:p>
      <w:pPr>
        <w:ind w:left="360"/>
      </w:pPr>
      <w:r>
        <w:rPr>
          <w:rFonts w:ascii="Aptos" w:hAnsi="Aptos"/>
          <w:sz w:val="22"/>
        </w:rPr>
        <w:t>(d) 72 minutes</w:t>
      </w:r>
    </w:p>
    <w:p>
      <w:pPr>
        <w:pStyle w:val="Heading1"/>
      </w:pPr>
      <w:r>
        <w:t>Q13. Speed Decreased by a Percentage</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train reduces its speed by 20% and consequently takes 15 minutes more to cover the same distance. What was the original time taken by the train?</w:t>
            </w:r>
          </w:p>
        </w:tc>
      </w:tr>
    </w:tbl>
    <w:p>
      <w:pPr>
        <w:ind w:left="360"/>
      </w:pPr>
      <w:r>
        <w:rPr>
          <w:rFonts w:ascii="Aptos" w:hAnsi="Aptos"/>
          <w:sz w:val="22"/>
        </w:rPr>
        <w:t>(a) 45 minutes</w:t>
      </w:r>
    </w:p>
    <w:p>
      <w:pPr>
        <w:ind w:left="360"/>
      </w:pPr>
      <w:r>
        <w:rPr>
          <w:rFonts w:ascii="Aptos" w:hAnsi="Aptos"/>
          <w:sz w:val="22"/>
        </w:rPr>
        <w:t>(b) 50 minutes</w:t>
      </w:r>
    </w:p>
    <w:p>
      <w:pPr>
        <w:ind w:left="360"/>
      </w:pPr>
      <w:r>
        <w:rPr>
          <w:rFonts w:ascii="Aptos" w:hAnsi="Aptos"/>
          <w:sz w:val="22"/>
        </w:rPr>
        <w:t>(c) 60 minutes</w:t>
      </w:r>
    </w:p>
    <w:p>
      <w:pPr>
        <w:ind w:left="360"/>
      </w:pPr>
      <w:r>
        <w:rPr>
          <w:rFonts w:ascii="Aptos" w:hAnsi="Aptos"/>
          <w:sz w:val="22"/>
        </w:rPr>
        <w:t>(d) 75 minutes</w:t>
      </w:r>
    </w:p>
    <w:p>
      <w:pPr>
        <w:pStyle w:val="Heading1"/>
      </w:pPr>
      <w:r>
        <w:t>Q14. Boat and Stream</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boat travels 30 km downstream in 2 hours and the same distance upstream in 3 hours. What are the speed of the boat in still water and the speed of the stream respectively?</w:t>
            </w:r>
          </w:p>
        </w:tc>
      </w:tr>
    </w:tbl>
    <w:p>
      <w:pPr>
        <w:ind w:left="360"/>
      </w:pPr>
      <w:r>
        <w:rPr>
          <w:rFonts w:ascii="Aptos" w:hAnsi="Aptos"/>
          <w:sz w:val="22"/>
        </w:rPr>
        <w:t>(a) 10 km/h and 5 km/h</w:t>
      </w:r>
    </w:p>
    <w:p>
      <w:pPr>
        <w:ind w:left="360"/>
      </w:pPr>
      <w:r>
        <w:rPr>
          <w:rFonts w:ascii="Aptos" w:hAnsi="Aptos"/>
          <w:sz w:val="22"/>
        </w:rPr>
        <w:t>(b) 12.5 km/h and 2.5 km/h</w:t>
      </w:r>
    </w:p>
    <w:p>
      <w:pPr>
        <w:ind w:left="360"/>
      </w:pPr>
      <w:r>
        <w:rPr>
          <w:rFonts w:ascii="Aptos" w:hAnsi="Aptos"/>
          <w:sz w:val="22"/>
        </w:rPr>
        <w:t>(c) 15 km/h and 5 km/h</w:t>
      </w:r>
    </w:p>
    <w:p>
      <w:pPr>
        <w:ind w:left="360"/>
      </w:pPr>
      <w:r>
        <w:rPr>
          <w:rFonts w:ascii="Aptos" w:hAnsi="Aptos"/>
          <w:sz w:val="22"/>
        </w:rPr>
        <w:t>(d) 12 km/h and 3 km/h</w:t>
      </w:r>
    </w:p>
    <w:p>
      <w:pPr>
        <w:pStyle w:val="Heading1"/>
      </w:pPr>
      <w:r>
        <w:t>Q15. Boat Journey</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boat takes 4 hours to travel 36 km downstream and 6 hours to travel the same distance upstream. How much time will it take to travel 60 km in still water if the speed of the boat in still water remains unchanged?</w:t>
            </w:r>
          </w:p>
        </w:tc>
      </w:tr>
    </w:tbl>
    <w:p>
      <w:pPr>
        <w:ind w:left="360"/>
      </w:pPr>
      <w:r>
        <w:rPr>
          <w:rFonts w:ascii="Aptos" w:hAnsi="Aptos"/>
          <w:sz w:val="22"/>
        </w:rPr>
        <w:t>(a) 10 hours</w:t>
      </w:r>
    </w:p>
    <w:p>
      <w:pPr>
        <w:ind w:left="360"/>
      </w:pPr>
      <w:r>
        <w:rPr>
          <w:rFonts w:ascii="Aptos" w:hAnsi="Aptos"/>
          <w:sz w:val="22"/>
        </w:rPr>
        <w:t>(b) 12 hours</w:t>
      </w:r>
    </w:p>
    <w:p>
      <w:pPr>
        <w:ind w:left="360"/>
      </w:pPr>
      <w:r>
        <w:rPr>
          <w:rFonts w:ascii="Aptos" w:hAnsi="Aptos"/>
          <w:sz w:val="22"/>
        </w:rPr>
        <w:t>(c) 15 hours</w:t>
      </w:r>
    </w:p>
    <w:p>
      <w:pPr>
        <w:ind w:left="360"/>
      </w:pPr>
      <w:r>
        <w:rPr>
          <w:rFonts w:ascii="Aptos" w:hAnsi="Aptos"/>
          <w:sz w:val="22"/>
        </w:rPr>
        <w:t>(d) 18 hours</w:t>
      </w:r>
    </w:p>
    <w:p>
      <w:pPr>
        <w:pStyle w:val="Heading1"/>
      </w:pPr>
      <w:r>
        <w:t>Q16. Train Passing a Man</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train travelling at 72 km/h crosses a man standing on a platform in 15 seconds. What is the length of the train?</w:t>
            </w:r>
          </w:p>
        </w:tc>
      </w:tr>
    </w:tbl>
    <w:p>
      <w:pPr>
        <w:ind w:left="360"/>
      </w:pPr>
      <w:r>
        <w:rPr>
          <w:rFonts w:ascii="Aptos" w:hAnsi="Aptos"/>
          <w:sz w:val="22"/>
        </w:rPr>
        <w:t>(a) 250 metres</w:t>
      </w:r>
    </w:p>
    <w:p>
      <w:pPr>
        <w:ind w:left="360"/>
      </w:pPr>
      <w:r>
        <w:rPr>
          <w:rFonts w:ascii="Aptos" w:hAnsi="Aptos"/>
          <w:sz w:val="22"/>
        </w:rPr>
        <w:t>(b) 275 metres</w:t>
      </w:r>
    </w:p>
    <w:p>
      <w:pPr>
        <w:ind w:left="360"/>
      </w:pPr>
      <w:r>
        <w:rPr>
          <w:rFonts w:ascii="Aptos" w:hAnsi="Aptos"/>
          <w:sz w:val="22"/>
        </w:rPr>
        <w:t>(c) 300 metres</w:t>
      </w:r>
    </w:p>
    <w:p>
      <w:pPr>
        <w:ind w:left="360"/>
      </w:pPr>
      <w:r>
        <w:rPr>
          <w:rFonts w:ascii="Aptos" w:hAnsi="Aptos"/>
          <w:sz w:val="22"/>
        </w:rPr>
        <w:t>(d) 325 metres</w:t>
      </w:r>
    </w:p>
    <w:p>
      <w:pPr>
        <w:pStyle w:val="Heading1"/>
      </w:pPr>
      <w:r>
        <w:t>Q17. Train Passing a Pole and Platform</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train takes 12 seconds to cross a pole and 30 seconds to cross a platform 270 metres long. What is the length of the train?</w:t>
            </w:r>
          </w:p>
        </w:tc>
      </w:tr>
    </w:tbl>
    <w:p>
      <w:pPr>
        <w:ind w:left="360"/>
      </w:pPr>
      <w:r>
        <w:rPr>
          <w:rFonts w:ascii="Aptos" w:hAnsi="Aptos"/>
          <w:sz w:val="22"/>
        </w:rPr>
        <w:t>(a) 150 metres</w:t>
      </w:r>
    </w:p>
    <w:p>
      <w:pPr>
        <w:ind w:left="360"/>
      </w:pPr>
      <w:r>
        <w:rPr>
          <w:rFonts w:ascii="Aptos" w:hAnsi="Aptos"/>
          <w:sz w:val="22"/>
        </w:rPr>
        <w:t>(b) 180 metres</w:t>
      </w:r>
    </w:p>
    <w:p>
      <w:pPr>
        <w:ind w:left="360"/>
      </w:pPr>
      <w:r>
        <w:rPr>
          <w:rFonts w:ascii="Aptos" w:hAnsi="Aptos"/>
          <w:sz w:val="22"/>
        </w:rPr>
        <w:t>(c) 200 metres</w:t>
      </w:r>
    </w:p>
    <w:p>
      <w:pPr>
        <w:ind w:left="360"/>
      </w:pPr>
      <w:r>
        <w:rPr>
          <w:rFonts w:ascii="Aptos" w:hAnsi="Aptos"/>
          <w:sz w:val="22"/>
        </w:rPr>
        <w:t>(d) 225 metres</w:t>
      </w:r>
    </w:p>
    <w:p>
      <w:pPr>
        <w:pStyle w:val="Heading1"/>
      </w:pPr>
      <w:r>
        <w:t>Q18. Race</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In a 1,000-metre race, A beats B by 100 metres. If A and B run at constant speeds, what is the ratio of their speeds?</w:t>
            </w:r>
          </w:p>
        </w:tc>
      </w:tr>
    </w:tbl>
    <w:p>
      <w:pPr>
        <w:ind w:left="360"/>
      </w:pPr>
      <w:r>
        <w:rPr>
          <w:rFonts w:ascii="Aptos" w:hAnsi="Aptos"/>
          <w:sz w:val="22"/>
        </w:rPr>
        <w:t>(a) 9 : 10</w:t>
      </w:r>
    </w:p>
    <w:p>
      <w:pPr>
        <w:ind w:left="360"/>
      </w:pPr>
      <w:r>
        <w:rPr>
          <w:rFonts w:ascii="Aptos" w:hAnsi="Aptos"/>
          <w:sz w:val="22"/>
        </w:rPr>
        <w:t>(b) 10 : 9</w:t>
      </w:r>
    </w:p>
    <w:p>
      <w:pPr>
        <w:ind w:left="360"/>
      </w:pPr>
      <w:r>
        <w:rPr>
          <w:rFonts w:ascii="Aptos" w:hAnsi="Aptos"/>
          <w:sz w:val="22"/>
        </w:rPr>
        <w:t>(c) 11 : 10</w:t>
      </w:r>
    </w:p>
    <w:p>
      <w:pPr>
        <w:ind w:left="360"/>
      </w:pPr>
      <w:r>
        <w:rPr>
          <w:rFonts w:ascii="Aptos" w:hAnsi="Aptos"/>
          <w:sz w:val="22"/>
        </w:rPr>
        <w:t>(d) 10 : 11</w:t>
      </w:r>
    </w:p>
    <w:p>
      <w:pPr>
        <w:pStyle w:val="Heading1"/>
      </w:pPr>
      <w:r>
        <w:t>Q19. Race with Time Difference</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can run 100 metres in 12 seconds while B can run 100 metres in 15 seconds. If they start together in a 500-metre race, by how many metres will A beat B?</w:t>
            </w:r>
          </w:p>
        </w:tc>
      </w:tr>
    </w:tbl>
    <w:p>
      <w:pPr>
        <w:ind w:left="360"/>
      </w:pPr>
      <w:r>
        <w:rPr>
          <w:rFonts w:ascii="Aptos" w:hAnsi="Aptos"/>
          <w:sz w:val="22"/>
        </w:rPr>
        <w:t>(a) 80 m</w:t>
      </w:r>
    </w:p>
    <w:p>
      <w:pPr>
        <w:ind w:left="360"/>
      </w:pPr>
      <w:r>
        <w:rPr>
          <w:rFonts w:ascii="Aptos" w:hAnsi="Aptos"/>
          <w:sz w:val="22"/>
        </w:rPr>
        <w:t>(b) 90 m</w:t>
      </w:r>
    </w:p>
    <w:p>
      <w:pPr>
        <w:ind w:left="360"/>
      </w:pPr>
      <w:r>
        <w:rPr>
          <w:rFonts w:ascii="Aptos" w:hAnsi="Aptos"/>
          <w:sz w:val="22"/>
        </w:rPr>
        <w:t>(c) 100 m</w:t>
      </w:r>
    </w:p>
    <w:p>
      <w:pPr>
        <w:ind w:left="360"/>
      </w:pPr>
      <w:r>
        <w:rPr>
          <w:rFonts w:ascii="Aptos" w:hAnsi="Aptos"/>
          <w:sz w:val="22"/>
        </w:rPr>
        <w:t>(d) 120 m</w:t>
      </w:r>
    </w:p>
    <w:p>
      <w:pPr>
        <w:pStyle w:val="Heading1"/>
      </w:pPr>
      <w:r>
        <w:t>Q20. Meeting and Return</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Two persons start simultaneously from A and B, 180 km apart, and travel towards each other at 40 km/h and 50 km/h. After meeting, the first person continues to B while the second continues to A. How much time after starting will the first person reach B?</w:t>
            </w:r>
          </w:p>
        </w:tc>
      </w:tr>
    </w:tbl>
    <w:p>
      <w:pPr>
        <w:ind w:left="360"/>
      </w:pPr>
      <w:r>
        <w:rPr>
          <w:rFonts w:ascii="Aptos" w:hAnsi="Aptos"/>
          <w:sz w:val="22"/>
        </w:rPr>
        <w:t>(a) 4 hours</w:t>
      </w:r>
    </w:p>
    <w:p>
      <w:pPr>
        <w:ind w:left="360"/>
      </w:pPr>
      <w:r>
        <w:rPr>
          <w:rFonts w:ascii="Aptos" w:hAnsi="Aptos"/>
          <w:sz w:val="22"/>
        </w:rPr>
        <w:t>(b) 4.5 hours</w:t>
      </w:r>
    </w:p>
    <w:p>
      <w:pPr>
        <w:ind w:left="360"/>
      </w:pPr>
      <w:r>
        <w:rPr>
          <w:rFonts w:ascii="Aptos" w:hAnsi="Aptos"/>
          <w:sz w:val="22"/>
        </w:rPr>
        <w:t>(c) 5 hours</w:t>
      </w:r>
    </w:p>
    <w:p>
      <w:pPr>
        <w:ind w:left="360"/>
      </w:pPr>
      <w:r>
        <w:rPr>
          <w:rFonts w:ascii="Aptos" w:hAnsi="Aptos"/>
          <w:sz w:val="22"/>
        </w:rPr>
        <w:t>(d) 5.5 hours</w:t>
      </w:r>
    </w:p>
    <w:p>
      <w:pPr>
        <w:pStyle w:val="Heading1"/>
      </w:pPr>
      <w:r>
        <w:t>Q21. Train and Moving Man</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train 300 metres long is travelling at 54 km/h. A man is walking in the opposite direction at 6 km/h along a parallel track. How much time will the train take to cross the man completely?</w:t>
            </w:r>
          </w:p>
        </w:tc>
      </w:tr>
    </w:tbl>
    <w:p>
      <w:pPr>
        <w:ind w:left="360"/>
      </w:pPr>
      <w:r>
        <w:rPr>
          <w:rFonts w:ascii="Aptos" w:hAnsi="Aptos"/>
          <w:sz w:val="22"/>
        </w:rPr>
        <w:t>(a) 15 seconds</w:t>
      </w:r>
    </w:p>
    <w:p>
      <w:pPr>
        <w:ind w:left="360"/>
      </w:pPr>
      <w:r>
        <w:rPr>
          <w:rFonts w:ascii="Aptos" w:hAnsi="Aptos"/>
          <w:sz w:val="22"/>
        </w:rPr>
        <w:t>(b) 18 seconds</w:t>
      </w:r>
    </w:p>
    <w:p>
      <w:pPr>
        <w:ind w:left="360"/>
      </w:pPr>
      <w:r>
        <w:rPr>
          <w:rFonts w:ascii="Aptos" w:hAnsi="Aptos"/>
          <w:sz w:val="22"/>
        </w:rPr>
        <w:t>(c) 20 seconds</w:t>
      </w:r>
    </w:p>
    <w:p>
      <w:pPr>
        <w:ind w:left="360"/>
      </w:pPr>
      <w:r>
        <w:rPr>
          <w:rFonts w:ascii="Aptos" w:hAnsi="Aptos"/>
          <w:sz w:val="22"/>
        </w:rPr>
        <w:t>(d) 24 seconds</w:t>
      </w:r>
    </w:p>
    <w:p>
      <w:pPr>
        <w:pStyle w:val="Heading1"/>
      </w:pPr>
      <w:r>
        <w:t>Q22. Train and Moving Man — Same Direction</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train 240 metres long is moving at 72 km/h. A man is running on a parallel track in the same direction at 18 km/h. How long will the train take to completely overtake the man?</w:t>
            </w:r>
          </w:p>
        </w:tc>
      </w:tr>
    </w:tbl>
    <w:p>
      <w:pPr>
        <w:ind w:left="360"/>
      </w:pPr>
      <w:r>
        <w:rPr>
          <w:rFonts w:ascii="Aptos" w:hAnsi="Aptos"/>
          <w:sz w:val="22"/>
        </w:rPr>
        <w:t>(a) 12 seconds</w:t>
      </w:r>
    </w:p>
    <w:p>
      <w:pPr>
        <w:ind w:left="360"/>
      </w:pPr>
      <w:r>
        <w:rPr>
          <w:rFonts w:ascii="Aptos" w:hAnsi="Aptos"/>
          <w:sz w:val="22"/>
        </w:rPr>
        <w:t>(b) 15 seconds</w:t>
      </w:r>
    </w:p>
    <w:p>
      <w:pPr>
        <w:ind w:left="360"/>
      </w:pPr>
      <w:r>
        <w:rPr>
          <w:rFonts w:ascii="Aptos" w:hAnsi="Aptos"/>
          <w:sz w:val="22"/>
        </w:rPr>
        <w:t>(c) 16 seconds</w:t>
      </w:r>
    </w:p>
    <w:p>
      <w:pPr>
        <w:ind w:left="360"/>
      </w:pPr>
      <w:r>
        <w:rPr>
          <w:rFonts w:ascii="Aptos" w:hAnsi="Aptos"/>
          <w:sz w:val="22"/>
        </w:rPr>
        <w:t>(d) 18 seconds</w:t>
      </w:r>
    </w:p>
    <w:p>
      <w:pPr>
        <w:pStyle w:val="Heading1"/>
      </w:pPr>
      <w:r>
        <w:t>Q23. Two Trains and a Station</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Two trains start from stations A and B, 420 km apart, at the same time and move towards each other. Their speeds are 60 km/h and 80 km/h. At what distance from A will they meet?</w:t>
            </w:r>
          </w:p>
        </w:tc>
      </w:tr>
    </w:tbl>
    <w:p>
      <w:pPr>
        <w:ind w:left="360"/>
      </w:pPr>
      <w:r>
        <w:rPr>
          <w:rFonts w:ascii="Aptos" w:hAnsi="Aptos"/>
          <w:sz w:val="22"/>
        </w:rPr>
        <w:t>(a) 160 km</w:t>
      </w:r>
    </w:p>
    <w:p>
      <w:pPr>
        <w:ind w:left="360"/>
      </w:pPr>
      <w:r>
        <w:rPr>
          <w:rFonts w:ascii="Aptos" w:hAnsi="Aptos"/>
          <w:sz w:val="22"/>
        </w:rPr>
        <w:t>(b) 180 km</w:t>
      </w:r>
    </w:p>
    <w:p>
      <w:pPr>
        <w:ind w:left="360"/>
      </w:pPr>
      <w:r>
        <w:rPr>
          <w:rFonts w:ascii="Aptos" w:hAnsi="Aptos"/>
          <w:sz w:val="22"/>
        </w:rPr>
        <w:t>(c) 210 km</w:t>
      </w:r>
    </w:p>
    <w:p>
      <w:pPr>
        <w:ind w:left="360"/>
      </w:pPr>
      <w:r>
        <w:rPr>
          <w:rFonts w:ascii="Aptos" w:hAnsi="Aptos"/>
          <w:sz w:val="22"/>
        </w:rPr>
        <w:t>(d) 240 km</w:t>
      </w:r>
    </w:p>
    <w:p>
      <w:pPr>
        <w:pStyle w:val="Heading1"/>
      </w:pPr>
      <w:r>
        <w:t>Q24. Journey with a Stop</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car travels 240 km at an average running speed of 60 km/h but takes a 30-minute break during the journey. What is its average speed for the complete journey including the break?</w:t>
            </w:r>
          </w:p>
        </w:tc>
      </w:tr>
    </w:tbl>
    <w:p>
      <w:pPr>
        <w:ind w:left="360"/>
      </w:pPr>
      <w:r>
        <w:rPr>
          <w:rFonts w:ascii="Aptos" w:hAnsi="Aptos"/>
          <w:sz w:val="22"/>
        </w:rPr>
        <w:t>(a) 48 km/h</w:t>
      </w:r>
    </w:p>
    <w:p>
      <w:pPr>
        <w:ind w:left="360"/>
      </w:pPr>
      <w:r>
        <w:rPr>
          <w:rFonts w:ascii="Aptos" w:hAnsi="Aptos"/>
          <w:sz w:val="22"/>
        </w:rPr>
        <w:t>(b) 53 1/3 km/h</w:t>
      </w:r>
    </w:p>
    <w:p>
      <w:pPr>
        <w:ind w:left="360"/>
      </w:pPr>
      <w:r>
        <w:rPr>
          <w:rFonts w:ascii="Aptos" w:hAnsi="Aptos"/>
          <w:sz w:val="22"/>
        </w:rPr>
        <w:t>(c) 54 km/h</w:t>
      </w:r>
    </w:p>
    <w:p>
      <w:pPr>
        <w:ind w:left="360"/>
      </w:pPr>
      <w:r>
        <w:rPr>
          <w:rFonts w:ascii="Aptos" w:hAnsi="Aptos"/>
          <w:sz w:val="22"/>
        </w:rPr>
        <w:t>(d) 56 km/h</w:t>
      </w:r>
    </w:p>
    <w:p>
      <w:pPr>
        <w:pStyle w:val="Heading1"/>
      </w:pPr>
      <w:r>
        <w:t>Q25. Average Speed — Equal Distances</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person covers half of a journey at 30 km/h and the remaining half at 50 km/h. What is his average speed for the complete journey?</w:t>
            </w:r>
          </w:p>
        </w:tc>
      </w:tr>
    </w:tbl>
    <w:p>
      <w:pPr>
        <w:ind w:left="360"/>
      </w:pPr>
      <w:r>
        <w:rPr>
          <w:rFonts w:ascii="Aptos" w:hAnsi="Aptos"/>
          <w:sz w:val="22"/>
        </w:rPr>
        <w:t>(a) 36 km/h</w:t>
      </w:r>
    </w:p>
    <w:p>
      <w:pPr>
        <w:ind w:left="360"/>
      </w:pPr>
      <w:r>
        <w:rPr>
          <w:rFonts w:ascii="Aptos" w:hAnsi="Aptos"/>
          <w:sz w:val="22"/>
        </w:rPr>
        <w:t>(b) 37.5 km/h</w:t>
      </w:r>
    </w:p>
    <w:p>
      <w:pPr>
        <w:ind w:left="360"/>
      </w:pPr>
      <w:r>
        <w:rPr>
          <w:rFonts w:ascii="Aptos" w:hAnsi="Aptos"/>
          <w:sz w:val="22"/>
        </w:rPr>
        <w:t>(c) 40 km/h</w:t>
      </w:r>
    </w:p>
    <w:p>
      <w:pPr>
        <w:ind w:left="360"/>
      </w:pPr>
      <w:r>
        <w:rPr>
          <w:rFonts w:ascii="Aptos" w:hAnsi="Aptos"/>
          <w:sz w:val="22"/>
        </w:rPr>
        <w:t>(d) 42 km/h</w:t>
      </w:r>
    </w:p>
    <w:p>
      <w:pPr>
        <w:pStyle w:val="Heading1"/>
      </w:pPr>
      <w:r>
        <w:t>Q26. Average Speed — Equal Times</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car travels for 2 hours at 40 km/h and for another 3 hours at 60 km/h. What is the average speed for the entire journey?</w:t>
            </w:r>
          </w:p>
        </w:tc>
      </w:tr>
    </w:tbl>
    <w:p>
      <w:pPr>
        <w:ind w:left="360"/>
      </w:pPr>
      <w:r>
        <w:rPr>
          <w:rFonts w:ascii="Aptos" w:hAnsi="Aptos"/>
          <w:sz w:val="22"/>
        </w:rPr>
        <w:t>(a) 48 km/h</w:t>
      </w:r>
    </w:p>
    <w:p>
      <w:pPr>
        <w:ind w:left="360"/>
      </w:pPr>
      <w:r>
        <w:rPr>
          <w:rFonts w:ascii="Aptos" w:hAnsi="Aptos"/>
          <w:sz w:val="22"/>
        </w:rPr>
        <w:t>(b) 50 km/h</w:t>
      </w:r>
    </w:p>
    <w:p>
      <w:pPr>
        <w:ind w:left="360"/>
      </w:pPr>
      <w:r>
        <w:rPr>
          <w:rFonts w:ascii="Aptos" w:hAnsi="Aptos"/>
          <w:sz w:val="22"/>
        </w:rPr>
        <w:t>(c) 52 km/h</w:t>
      </w:r>
    </w:p>
    <w:p>
      <w:pPr>
        <w:ind w:left="360"/>
      </w:pPr>
      <w:r>
        <w:rPr>
          <w:rFonts w:ascii="Aptos" w:hAnsi="Aptos"/>
          <w:sz w:val="22"/>
        </w:rPr>
        <w:t>(d) 54 km/h</w:t>
      </w:r>
    </w:p>
    <w:p>
      <w:pPr>
        <w:pStyle w:val="Heading1"/>
      </w:pPr>
      <w:r>
        <w:t>Q27. Relative Speed and Meeting Time</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Two trains are travelling towards each other on parallel tracks. One train is 180 metres long and moves at 54 km/h, while the other is 220 metres long and moves at 72 km/h. How long will they take to completely cross each other?</w:t>
            </w:r>
          </w:p>
        </w:tc>
      </w:tr>
    </w:tbl>
    <w:p>
      <w:pPr>
        <w:ind w:left="360"/>
      </w:pPr>
      <w:r>
        <w:rPr>
          <w:rFonts w:ascii="Aptos" w:hAnsi="Aptos"/>
          <w:sz w:val="22"/>
        </w:rPr>
        <w:t>(a) 10 seconds</w:t>
      </w:r>
    </w:p>
    <w:p>
      <w:pPr>
        <w:ind w:left="360"/>
      </w:pPr>
      <w:r>
        <w:rPr>
          <w:rFonts w:ascii="Aptos" w:hAnsi="Aptos"/>
          <w:sz w:val="22"/>
        </w:rPr>
        <w:t>(b) 12 seconds</w:t>
      </w:r>
    </w:p>
    <w:p>
      <w:pPr>
        <w:ind w:left="360"/>
      </w:pPr>
      <w:r>
        <w:rPr>
          <w:rFonts w:ascii="Aptos" w:hAnsi="Aptos"/>
          <w:sz w:val="22"/>
        </w:rPr>
        <w:t>(c) 13 1/3 seconds</w:t>
      </w:r>
    </w:p>
    <w:p>
      <w:pPr>
        <w:ind w:left="360"/>
      </w:pPr>
      <w:r>
        <w:rPr>
          <w:rFonts w:ascii="Aptos" w:hAnsi="Aptos"/>
          <w:sz w:val="22"/>
        </w:rPr>
        <w:t>(d) 15 seconds</w:t>
      </w:r>
    </w:p>
    <w:p>
      <w:pPr>
        <w:pStyle w:val="Heading1"/>
      </w:pPr>
      <w:r>
        <w:t>Q28. Delayed Departure</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train is scheduled to travel a certain distance at 60 km/h. If it travels at 75 km/h, it reaches the destination 24 minutes earlier than scheduled. What is the distance travelled?</w:t>
            </w:r>
          </w:p>
        </w:tc>
      </w:tr>
    </w:tbl>
    <w:p>
      <w:pPr>
        <w:ind w:left="360"/>
      </w:pPr>
      <w:r>
        <w:rPr>
          <w:rFonts w:ascii="Aptos" w:hAnsi="Aptos"/>
          <w:sz w:val="22"/>
        </w:rPr>
        <w:t>(a) 100 km</w:t>
      </w:r>
    </w:p>
    <w:p>
      <w:pPr>
        <w:ind w:left="360"/>
      </w:pPr>
      <w:r>
        <w:rPr>
          <w:rFonts w:ascii="Aptos" w:hAnsi="Aptos"/>
          <w:sz w:val="22"/>
        </w:rPr>
        <w:t>(b) 110 km</w:t>
      </w:r>
    </w:p>
    <w:p>
      <w:pPr>
        <w:ind w:left="360"/>
      </w:pPr>
      <w:r>
        <w:rPr>
          <w:rFonts w:ascii="Aptos" w:hAnsi="Aptos"/>
          <w:sz w:val="22"/>
        </w:rPr>
        <w:t>(c) 120 km</w:t>
      </w:r>
    </w:p>
    <w:p>
      <w:pPr>
        <w:ind w:left="360"/>
      </w:pPr>
      <w:r>
        <w:rPr>
          <w:rFonts w:ascii="Aptos" w:hAnsi="Aptos"/>
          <w:sz w:val="22"/>
        </w:rPr>
        <w:t>(d) 150 km</w:t>
      </w:r>
    </w:p>
    <w:p>
      <w:pPr>
        <w:pStyle w:val="Heading1"/>
      </w:pPr>
      <w:r>
        <w:t>Q29. Speed, Distance and Stoppage</w:t>
      </w:r>
    </w:p>
    <w:tbl>
      <w:tblPr>
        <w:tblW w:type="auto" w:w="0"/>
        <w:tblLook w:firstColumn="1" w:firstRow="1" w:lastColumn="0" w:lastRow="0" w:noHBand="0" w:noVBand="1" w:val="04A0"/>
      </w:tblPr>
      <w:tblGrid>
        <w:gridCol w:w="10368"/>
      </w:tblGrid>
      <w:tr>
        <w:tc>
          <w:tcPr>
            <w:tcW w:type="dxa" w:w="10368"/>
            <w:shd w:fill="DDEBF7"/>
          </w:tcPr>
          <w:p>
            <w:r>
              <w:rPr>
                <w:rFonts w:ascii="Aptos" w:hAnsi="Aptos"/>
                <w:b/>
                <w:color w:val="222222"/>
                <w:sz w:val="23"/>
              </w:rPr>
              <w:t>A bus travels from one city to another at an average speed of 50 km/h without stopping. When it makes stops during the journey, its average speed falls to 40 km/h. If the total journey takes 30 minutes more with the stops, what is the total distance between the two cities?</w:t>
            </w:r>
          </w:p>
        </w:tc>
      </w:tr>
    </w:tbl>
    <w:p>
      <w:pPr>
        <w:ind w:left="360"/>
      </w:pPr>
      <w:r>
        <w:rPr>
          <w:rFonts w:ascii="Aptos" w:hAnsi="Aptos"/>
          <w:sz w:val="22"/>
        </w:rPr>
        <w:t>(a) 80 km</w:t>
      </w:r>
    </w:p>
    <w:p>
      <w:pPr>
        <w:ind w:left="360"/>
      </w:pPr>
      <w:r>
        <w:rPr>
          <w:rFonts w:ascii="Aptos" w:hAnsi="Aptos"/>
          <w:sz w:val="22"/>
        </w:rPr>
        <w:t>(b) 90 km</w:t>
      </w:r>
    </w:p>
    <w:p>
      <w:pPr>
        <w:ind w:left="360"/>
      </w:pPr>
      <w:r>
        <w:rPr>
          <w:rFonts w:ascii="Aptos" w:hAnsi="Aptos"/>
          <w:sz w:val="22"/>
        </w:rPr>
        <w:t>(c) 100 km</w:t>
      </w:r>
    </w:p>
    <w:p>
      <w:pPr>
        <w:ind w:left="360"/>
      </w:pPr>
      <w:r>
        <w:rPr>
          <w:rFonts w:ascii="Aptos" w:hAnsi="Aptos"/>
          <w:sz w:val="22"/>
        </w:rPr>
        <w:t>(d) 120 km</w:t>
      </w:r>
    </w:p>
    <w:p>
      <w:pPr>
        <w:pStyle w:val="Heading1"/>
      </w:pPr>
      <w:r>
        <w:t>Q30. Comprehensive Journey Problem</w:t>
      </w:r>
    </w:p>
    <w:tbl>
      <w:tblPr>
        <w:tblW w:type="auto" w:w="0"/>
        <w:tblLook w:firstColumn="1" w:firstRow="1" w:lastColumn="0" w:lastRow="0" w:noHBand="0" w:noVBand="1" w:val="04A0"/>
      </w:tblPr>
      <w:tblGrid>
        <w:gridCol w:w="10368"/>
      </w:tblGrid>
      <w:tr>
        <w:tc>
          <w:tcPr>
            <w:tcW w:type="dxa" w:w="10368"/>
            <w:shd w:fill="EAF4EA"/>
          </w:tcPr>
          <w:p>
            <w:r>
              <w:rPr>
                <w:rFonts w:ascii="Aptos" w:hAnsi="Aptos"/>
                <w:b/>
                <w:color w:val="222222"/>
                <w:sz w:val="23"/>
              </w:rPr>
              <w:t>A person travels from A to B, a distance of 360 km. During the first half of the journey, he travels at 60 km/h. During the remaining half, he travels at 90 km/h. On the return journey, he travels the first 120 km at 40 km/h and the remaining distance at 80 km/h. What is his average speed for the entire round trip?</w:t>
            </w:r>
          </w:p>
        </w:tc>
      </w:tr>
    </w:tbl>
    <w:p>
      <w:pPr>
        <w:ind w:left="360"/>
      </w:pPr>
      <w:r>
        <w:rPr>
          <w:rFonts w:ascii="Aptos" w:hAnsi="Aptos"/>
          <w:sz w:val="22"/>
        </w:rPr>
        <w:t>(a) 60 km/h</w:t>
      </w:r>
    </w:p>
    <w:p>
      <w:pPr>
        <w:ind w:left="360"/>
      </w:pPr>
      <w:r>
        <w:rPr>
          <w:rFonts w:ascii="Aptos" w:hAnsi="Aptos"/>
          <w:sz w:val="22"/>
        </w:rPr>
        <w:t>(b) 61 1/7 km/h</w:t>
      </w:r>
    </w:p>
    <w:p>
      <w:pPr>
        <w:ind w:left="360"/>
      </w:pPr>
      <w:r>
        <w:rPr>
          <w:rFonts w:ascii="Aptos" w:hAnsi="Aptos"/>
          <w:sz w:val="22"/>
        </w:rPr>
        <w:t>(c) 62.5 km/h</w:t>
      </w:r>
    </w:p>
    <w:p>
      <w:pPr>
        <w:ind w:left="360"/>
      </w:pPr>
      <w:r>
        <w:rPr>
          <w:rFonts w:ascii="Aptos" w:hAnsi="Aptos"/>
          <w:sz w:val="22"/>
        </w:rPr>
        <w:t>(d) 64 km/h</w:t>
      </w:r>
    </w:p>
    <w:p>
      <w:r/>
    </w:p>
    <w:p>
      <w:pPr>
        <w:pStyle w:val="Title"/>
        <w:jc w:val="center"/>
      </w:pPr>
      <w:r>
        <w:t>ANSWER KEY</w:t>
      </w:r>
    </w:p>
    <w:tbl>
      <w:tblPr>
        <w:tblW w:type="auto" w:w="0"/>
        <w:jc w:val="center"/>
        <w:tblLook w:firstColumn="1" w:firstRow="1" w:lastColumn="0" w:lastRow="0" w:noHBand="0" w:noVBand="1" w:val="04A0"/>
      </w:tblPr>
      <w:tblGrid>
        <w:gridCol w:w="1728"/>
        <w:gridCol w:w="1728"/>
        <w:gridCol w:w="1728"/>
        <w:gridCol w:w="1728"/>
        <w:gridCol w:w="1728"/>
        <w:gridCol w:w="1728"/>
      </w:tblGrid>
      <w:tr>
        <w:tc>
          <w:tcPr>
            <w:tcW w:type="dxa" w:w="1728"/>
            <w:shd w:fill="17365D"/>
            <w:vAlign w:val="center"/>
          </w:tcPr>
          <w:p>
            <w:pPr>
              <w:jc w:val="left"/>
            </w:pPr>
            <w:r/>
            <w:r>
              <w:rPr>
                <w:rFonts w:ascii="Aptos" w:hAnsi="Aptos"/>
                <w:b/>
                <w:color w:val="FFFFFF"/>
                <w:sz w:val="20"/>
              </w:rPr>
              <w:t>Q.No.</w:t>
            </w:r>
          </w:p>
        </w:tc>
        <w:tc>
          <w:tcPr>
            <w:tcW w:type="dxa" w:w="1728"/>
            <w:shd w:fill="17365D"/>
            <w:vAlign w:val="center"/>
          </w:tcPr>
          <w:p>
            <w:pPr>
              <w:jc w:val="left"/>
            </w:pPr>
            <w:r/>
            <w:r>
              <w:rPr>
                <w:rFonts w:ascii="Aptos" w:hAnsi="Aptos"/>
                <w:b/>
                <w:color w:val="FFFFFF"/>
                <w:sz w:val="20"/>
              </w:rPr>
              <w:t>Answer</w:t>
            </w:r>
          </w:p>
        </w:tc>
        <w:tc>
          <w:tcPr>
            <w:tcW w:type="dxa" w:w="1728"/>
            <w:shd w:fill="17365D"/>
            <w:vAlign w:val="center"/>
          </w:tcPr>
          <w:p>
            <w:pPr>
              <w:jc w:val="left"/>
            </w:pPr>
            <w:r/>
            <w:r>
              <w:rPr>
                <w:rFonts w:ascii="Aptos" w:hAnsi="Aptos"/>
                <w:b/>
                <w:color w:val="FFFFFF"/>
                <w:sz w:val="20"/>
              </w:rPr>
              <w:t>Q.No.</w:t>
            </w:r>
          </w:p>
        </w:tc>
        <w:tc>
          <w:tcPr>
            <w:tcW w:type="dxa" w:w="1728"/>
            <w:shd w:fill="17365D"/>
            <w:vAlign w:val="center"/>
          </w:tcPr>
          <w:p>
            <w:pPr>
              <w:jc w:val="left"/>
            </w:pPr>
            <w:r/>
            <w:r>
              <w:rPr>
                <w:rFonts w:ascii="Aptos" w:hAnsi="Aptos"/>
                <w:b/>
                <w:color w:val="FFFFFF"/>
                <w:sz w:val="20"/>
              </w:rPr>
              <w:t>Answer</w:t>
            </w:r>
          </w:p>
        </w:tc>
        <w:tc>
          <w:tcPr>
            <w:tcW w:type="dxa" w:w="1728"/>
            <w:shd w:fill="17365D"/>
            <w:vAlign w:val="center"/>
          </w:tcPr>
          <w:p>
            <w:pPr>
              <w:jc w:val="left"/>
            </w:pPr>
            <w:r/>
            <w:r>
              <w:rPr>
                <w:rFonts w:ascii="Aptos" w:hAnsi="Aptos"/>
                <w:b/>
                <w:color w:val="FFFFFF"/>
                <w:sz w:val="20"/>
              </w:rPr>
              <w:t>Q.No.</w:t>
            </w:r>
          </w:p>
        </w:tc>
        <w:tc>
          <w:tcPr>
            <w:tcW w:type="dxa" w:w="1728"/>
            <w:shd w:fill="17365D"/>
            <w:vAlign w:val="center"/>
          </w:tcPr>
          <w:p>
            <w:pPr>
              <w:jc w:val="left"/>
            </w:pPr>
            <w:r/>
            <w:r>
              <w:rPr>
                <w:rFonts w:ascii="Aptos" w:hAnsi="Aptos"/>
                <w:b/>
                <w:color w:val="FFFFFF"/>
                <w:sz w:val="20"/>
              </w:rPr>
              <w:t>Answer</w:t>
            </w:r>
          </w:p>
        </w:tc>
      </w:tr>
      <w:tr>
        <w:tc>
          <w:tcPr>
            <w:tcW w:type="dxa" w:w="1728"/>
            <w:shd w:fill="DDEBF7"/>
            <w:vAlign w:val="center"/>
          </w:tcPr>
          <w:p>
            <w:pPr>
              <w:jc w:val="left"/>
            </w:pPr>
            <w:r/>
            <w:r>
              <w:rPr>
                <w:rFonts w:ascii="Aptos" w:hAnsi="Aptos"/>
                <w:b w:val="0"/>
                <w:color w:val="222222"/>
                <w:sz w:val="20"/>
              </w:rPr>
              <w:t>1</w:t>
            </w:r>
          </w:p>
        </w:tc>
        <w:tc>
          <w:tcPr>
            <w:tcW w:type="dxa" w:w="1728"/>
            <w:shd w:fill="DDEBF7"/>
            <w:vAlign w:val="center"/>
          </w:tcPr>
          <w:p>
            <w:pPr>
              <w:jc w:val="left"/>
            </w:pPr>
            <w:r/>
            <w:r>
              <w:rPr>
                <w:rFonts w:ascii="Aptos" w:hAnsi="Aptos"/>
                <w:b/>
                <w:color w:val="222222"/>
                <w:sz w:val="20"/>
              </w:rPr>
              <w:t>a</w:t>
            </w:r>
          </w:p>
        </w:tc>
        <w:tc>
          <w:tcPr>
            <w:tcW w:type="dxa" w:w="1728"/>
            <w:shd w:fill="DDEBF7"/>
            <w:vAlign w:val="center"/>
          </w:tcPr>
          <w:p>
            <w:pPr>
              <w:jc w:val="left"/>
            </w:pPr>
            <w:r/>
            <w:r>
              <w:rPr>
                <w:rFonts w:ascii="Aptos" w:hAnsi="Aptos"/>
                <w:b w:val="0"/>
                <w:color w:val="222222"/>
                <w:sz w:val="20"/>
              </w:rPr>
              <w:t>11</w:t>
            </w:r>
          </w:p>
        </w:tc>
        <w:tc>
          <w:tcPr>
            <w:tcW w:type="dxa" w:w="1728"/>
            <w:shd w:fill="DDEBF7"/>
            <w:vAlign w:val="center"/>
          </w:tcPr>
          <w:p>
            <w:pPr>
              <w:jc w:val="left"/>
            </w:pPr>
            <w:r/>
            <w:r>
              <w:rPr>
                <w:rFonts w:ascii="Aptos" w:hAnsi="Aptos"/>
                <w:b/>
                <w:color w:val="222222"/>
                <w:sz w:val="20"/>
              </w:rPr>
              <w:t>Correction: 15 km (none of the given options)</w:t>
            </w:r>
          </w:p>
        </w:tc>
        <w:tc>
          <w:tcPr>
            <w:tcW w:type="dxa" w:w="1728"/>
            <w:shd w:fill="DDEBF7"/>
            <w:vAlign w:val="center"/>
          </w:tcPr>
          <w:p>
            <w:pPr>
              <w:jc w:val="left"/>
            </w:pPr>
            <w:r/>
            <w:r>
              <w:rPr>
                <w:rFonts w:ascii="Aptos" w:hAnsi="Aptos"/>
                <w:b w:val="0"/>
                <w:color w:val="222222"/>
                <w:sz w:val="20"/>
              </w:rPr>
              <w:t>21</w:t>
            </w:r>
          </w:p>
        </w:tc>
        <w:tc>
          <w:tcPr>
            <w:tcW w:type="dxa" w:w="1728"/>
            <w:shd w:fill="DDEBF7"/>
            <w:vAlign w:val="center"/>
          </w:tcPr>
          <w:p>
            <w:pPr>
              <w:jc w:val="left"/>
            </w:pPr>
            <w:r/>
            <w:r>
              <w:rPr>
                <w:rFonts w:ascii="Aptos" w:hAnsi="Aptos"/>
                <w:b/>
                <w:color w:val="222222"/>
                <w:sz w:val="20"/>
              </w:rPr>
              <w:t>Correction: 18 seconds (b)</w:t>
            </w:r>
          </w:p>
        </w:tc>
      </w:tr>
      <w:tr>
        <w:tc>
          <w:tcPr>
            <w:tcW w:type="dxa" w:w="1728"/>
            <w:shd w:fill="F7F7F7"/>
            <w:vAlign w:val="center"/>
          </w:tcPr>
          <w:p>
            <w:pPr>
              <w:jc w:val="left"/>
            </w:pPr>
            <w:r/>
            <w:r>
              <w:rPr>
                <w:rFonts w:ascii="Aptos" w:hAnsi="Aptos"/>
                <w:b w:val="0"/>
                <w:color w:val="222222"/>
                <w:sz w:val="20"/>
              </w:rPr>
              <w:t>2</w:t>
            </w:r>
          </w:p>
        </w:tc>
        <w:tc>
          <w:tcPr>
            <w:tcW w:type="dxa" w:w="1728"/>
            <w:shd w:fill="F7F7F7"/>
            <w:vAlign w:val="center"/>
          </w:tcPr>
          <w:p>
            <w:pPr>
              <w:jc w:val="left"/>
            </w:pPr>
            <w:r/>
            <w:r>
              <w:rPr>
                <w:rFonts w:ascii="Aptos" w:hAnsi="Aptos"/>
                <w:b/>
                <w:color w:val="222222"/>
                <w:sz w:val="20"/>
              </w:rPr>
              <w:t>c</w:t>
            </w:r>
          </w:p>
        </w:tc>
        <w:tc>
          <w:tcPr>
            <w:tcW w:type="dxa" w:w="1728"/>
            <w:shd w:fill="F7F7F7"/>
            <w:vAlign w:val="center"/>
          </w:tcPr>
          <w:p>
            <w:pPr>
              <w:jc w:val="left"/>
            </w:pPr>
            <w:r/>
            <w:r>
              <w:rPr>
                <w:rFonts w:ascii="Aptos" w:hAnsi="Aptos"/>
                <w:b w:val="0"/>
                <w:color w:val="222222"/>
                <w:sz w:val="20"/>
              </w:rPr>
              <w:t>12</w:t>
            </w:r>
          </w:p>
        </w:tc>
        <w:tc>
          <w:tcPr>
            <w:tcW w:type="dxa" w:w="1728"/>
            <w:shd w:fill="F7F7F7"/>
            <w:vAlign w:val="center"/>
          </w:tcPr>
          <w:p>
            <w:pPr>
              <w:jc w:val="left"/>
            </w:pPr>
            <w:r/>
            <w:r>
              <w:rPr>
                <w:rFonts w:ascii="Aptos" w:hAnsi="Aptos"/>
                <w:b/>
                <w:color w:val="222222"/>
                <w:sz w:val="20"/>
              </w:rPr>
              <w:t>c</w:t>
            </w:r>
          </w:p>
        </w:tc>
        <w:tc>
          <w:tcPr>
            <w:tcW w:type="dxa" w:w="1728"/>
            <w:shd w:fill="F7F7F7"/>
            <w:vAlign w:val="center"/>
          </w:tcPr>
          <w:p>
            <w:pPr>
              <w:jc w:val="left"/>
            </w:pPr>
            <w:r/>
            <w:r>
              <w:rPr>
                <w:rFonts w:ascii="Aptos" w:hAnsi="Aptos"/>
                <w:b w:val="0"/>
                <w:color w:val="222222"/>
                <w:sz w:val="20"/>
              </w:rPr>
              <w:t>22</w:t>
            </w:r>
          </w:p>
        </w:tc>
        <w:tc>
          <w:tcPr>
            <w:tcW w:type="dxa" w:w="1728"/>
            <w:shd w:fill="F7F7F7"/>
            <w:vAlign w:val="center"/>
          </w:tcPr>
          <w:p>
            <w:pPr>
              <w:jc w:val="left"/>
            </w:pPr>
            <w:r/>
            <w:r>
              <w:rPr>
                <w:rFonts w:ascii="Aptos" w:hAnsi="Aptos"/>
                <w:b/>
                <w:color w:val="222222"/>
                <w:sz w:val="20"/>
              </w:rPr>
              <w:t>Correction: 16 seconds (c)</w:t>
            </w:r>
          </w:p>
        </w:tc>
      </w:tr>
      <w:tr>
        <w:tc>
          <w:tcPr>
            <w:tcW w:type="dxa" w:w="1728"/>
            <w:shd w:fill="DDEBF7"/>
            <w:vAlign w:val="center"/>
          </w:tcPr>
          <w:p>
            <w:pPr>
              <w:jc w:val="left"/>
            </w:pPr>
            <w:r/>
            <w:r>
              <w:rPr>
                <w:rFonts w:ascii="Aptos" w:hAnsi="Aptos"/>
                <w:b w:val="0"/>
                <w:color w:val="222222"/>
                <w:sz w:val="20"/>
              </w:rPr>
              <w:t>3</w:t>
            </w:r>
          </w:p>
        </w:tc>
        <w:tc>
          <w:tcPr>
            <w:tcW w:type="dxa" w:w="1728"/>
            <w:shd w:fill="DDEBF7"/>
            <w:vAlign w:val="center"/>
          </w:tcPr>
          <w:p>
            <w:pPr>
              <w:jc w:val="left"/>
            </w:pPr>
            <w:r/>
            <w:r>
              <w:rPr>
                <w:rFonts w:ascii="Aptos" w:hAnsi="Aptos"/>
                <w:b/>
                <w:color w:val="222222"/>
                <w:sz w:val="20"/>
              </w:rPr>
              <w:t>c</w:t>
            </w:r>
          </w:p>
        </w:tc>
        <w:tc>
          <w:tcPr>
            <w:tcW w:type="dxa" w:w="1728"/>
            <w:shd w:fill="DDEBF7"/>
            <w:vAlign w:val="center"/>
          </w:tcPr>
          <w:p>
            <w:pPr>
              <w:jc w:val="left"/>
            </w:pPr>
            <w:r/>
            <w:r>
              <w:rPr>
                <w:rFonts w:ascii="Aptos" w:hAnsi="Aptos"/>
                <w:b w:val="0"/>
                <w:color w:val="222222"/>
                <w:sz w:val="20"/>
              </w:rPr>
              <w:t>13</w:t>
            </w:r>
          </w:p>
        </w:tc>
        <w:tc>
          <w:tcPr>
            <w:tcW w:type="dxa" w:w="1728"/>
            <w:shd w:fill="DDEBF7"/>
            <w:vAlign w:val="center"/>
          </w:tcPr>
          <w:p>
            <w:pPr>
              <w:jc w:val="left"/>
            </w:pPr>
            <w:r/>
            <w:r>
              <w:rPr>
                <w:rFonts w:ascii="Aptos" w:hAnsi="Aptos"/>
                <w:b/>
                <w:color w:val="222222"/>
                <w:sz w:val="20"/>
              </w:rPr>
              <w:t>c</w:t>
            </w:r>
          </w:p>
        </w:tc>
        <w:tc>
          <w:tcPr>
            <w:tcW w:type="dxa" w:w="1728"/>
            <w:shd w:fill="DDEBF7"/>
            <w:vAlign w:val="center"/>
          </w:tcPr>
          <w:p>
            <w:pPr>
              <w:jc w:val="left"/>
            </w:pPr>
            <w:r/>
            <w:r>
              <w:rPr>
                <w:rFonts w:ascii="Aptos" w:hAnsi="Aptos"/>
                <w:b w:val="0"/>
                <w:color w:val="222222"/>
                <w:sz w:val="20"/>
              </w:rPr>
              <w:t>23</w:t>
            </w:r>
          </w:p>
        </w:tc>
        <w:tc>
          <w:tcPr>
            <w:tcW w:type="dxa" w:w="1728"/>
            <w:shd w:fill="DDEBF7"/>
            <w:vAlign w:val="center"/>
          </w:tcPr>
          <w:p>
            <w:pPr>
              <w:jc w:val="left"/>
            </w:pPr>
            <w:r/>
            <w:r>
              <w:rPr>
                <w:rFonts w:ascii="Aptos" w:hAnsi="Aptos"/>
                <w:b/>
                <w:color w:val="222222"/>
                <w:sz w:val="20"/>
              </w:rPr>
              <w:t>b</w:t>
            </w:r>
          </w:p>
        </w:tc>
      </w:tr>
      <w:tr>
        <w:tc>
          <w:tcPr>
            <w:tcW w:type="dxa" w:w="1728"/>
            <w:shd w:fill="F7F7F7"/>
            <w:vAlign w:val="center"/>
          </w:tcPr>
          <w:p>
            <w:pPr>
              <w:jc w:val="left"/>
            </w:pPr>
            <w:r/>
            <w:r>
              <w:rPr>
                <w:rFonts w:ascii="Aptos" w:hAnsi="Aptos"/>
                <w:b w:val="0"/>
                <w:color w:val="222222"/>
                <w:sz w:val="20"/>
              </w:rPr>
              <w:t>4</w:t>
            </w:r>
          </w:p>
        </w:tc>
        <w:tc>
          <w:tcPr>
            <w:tcW w:type="dxa" w:w="1728"/>
            <w:shd w:fill="F7F7F7"/>
            <w:vAlign w:val="center"/>
          </w:tcPr>
          <w:p>
            <w:pPr>
              <w:jc w:val="left"/>
            </w:pPr>
            <w:r/>
            <w:r>
              <w:rPr>
                <w:rFonts w:ascii="Aptos" w:hAnsi="Aptos"/>
                <w:b/>
                <w:color w:val="222222"/>
                <w:sz w:val="20"/>
              </w:rPr>
              <w:t>b</w:t>
            </w:r>
          </w:p>
        </w:tc>
        <w:tc>
          <w:tcPr>
            <w:tcW w:type="dxa" w:w="1728"/>
            <w:shd w:fill="F7F7F7"/>
            <w:vAlign w:val="center"/>
          </w:tcPr>
          <w:p>
            <w:pPr>
              <w:jc w:val="left"/>
            </w:pPr>
            <w:r/>
            <w:r>
              <w:rPr>
                <w:rFonts w:ascii="Aptos" w:hAnsi="Aptos"/>
                <w:b w:val="0"/>
                <w:color w:val="222222"/>
                <w:sz w:val="20"/>
              </w:rPr>
              <w:t>14</w:t>
            </w:r>
          </w:p>
        </w:tc>
        <w:tc>
          <w:tcPr>
            <w:tcW w:type="dxa" w:w="1728"/>
            <w:shd w:fill="F7F7F7"/>
            <w:vAlign w:val="center"/>
          </w:tcPr>
          <w:p>
            <w:pPr>
              <w:jc w:val="left"/>
            </w:pPr>
            <w:r/>
            <w:r>
              <w:rPr>
                <w:rFonts w:ascii="Aptos" w:hAnsi="Aptos"/>
                <w:b/>
                <w:color w:val="222222"/>
                <w:sz w:val="20"/>
              </w:rPr>
              <w:t>b</w:t>
            </w:r>
          </w:p>
        </w:tc>
        <w:tc>
          <w:tcPr>
            <w:tcW w:type="dxa" w:w="1728"/>
            <w:shd w:fill="F7F7F7"/>
            <w:vAlign w:val="center"/>
          </w:tcPr>
          <w:p>
            <w:pPr>
              <w:jc w:val="left"/>
            </w:pPr>
            <w:r/>
            <w:r>
              <w:rPr>
                <w:rFonts w:ascii="Aptos" w:hAnsi="Aptos"/>
                <w:b w:val="0"/>
                <w:color w:val="222222"/>
                <w:sz w:val="20"/>
              </w:rPr>
              <w:t>24</w:t>
            </w:r>
          </w:p>
        </w:tc>
        <w:tc>
          <w:tcPr>
            <w:tcW w:type="dxa" w:w="1728"/>
            <w:shd w:fill="F7F7F7"/>
            <w:vAlign w:val="center"/>
          </w:tcPr>
          <w:p>
            <w:pPr>
              <w:jc w:val="left"/>
            </w:pPr>
            <w:r/>
            <w:r>
              <w:rPr>
                <w:rFonts w:ascii="Aptos" w:hAnsi="Aptos"/>
                <w:b/>
                <w:color w:val="222222"/>
                <w:sz w:val="20"/>
              </w:rPr>
              <w:t>b</w:t>
            </w:r>
          </w:p>
        </w:tc>
      </w:tr>
      <w:tr>
        <w:tc>
          <w:tcPr>
            <w:tcW w:type="dxa" w:w="1728"/>
            <w:shd w:fill="DDEBF7"/>
            <w:vAlign w:val="center"/>
          </w:tcPr>
          <w:p>
            <w:pPr>
              <w:jc w:val="left"/>
            </w:pPr>
            <w:r/>
            <w:r>
              <w:rPr>
                <w:rFonts w:ascii="Aptos" w:hAnsi="Aptos"/>
                <w:b w:val="0"/>
                <w:color w:val="222222"/>
                <w:sz w:val="20"/>
              </w:rPr>
              <w:t>5</w:t>
            </w:r>
          </w:p>
        </w:tc>
        <w:tc>
          <w:tcPr>
            <w:tcW w:type="dxa" w:w="1728"/>
            <w:shd w:fill="DDEBF7"/>
            <w:vAlign w:val="center"/>
          </w:tcPr>
          <w:p>
            <w:pPr>
              <w:jc w:val="left"/>
            </w:pPr>
            <w:r/>
            <w:r>
              <w:rPr>
                <w:rFonts w:ascii="Aptos" w:hAnsi="Aptos"/>
                <w:b/>
                <w:color w:val="222222"/>
                <w:sz w:val="20"/>
              </w:rPr>
              <w:t>c</w:t>
            </w:r>
          </w:p>
        </w:tc>
        <w:tc>
          <w:tcPr>
            <w:tcW w:type="dxa" w:w="1728"/>
            <w:shd w:fill="DDEBF7"/>
            <w:vAlign w:val="center"/>
          </w:tcPr>
          <w:p>
            <w:pPr>
              <w:jc w:val="left"/>
            </w:pPr>
            <w:r/>
            <w:r>
              <w:rPr>
                <w:rFonts w:ascii="Aptos" w:hAnsi="Aptos"/>
                <w:b w:val="0"/>
                <w:color w:val="222222"/>
                <w:sz w:val="20"/>
              </w:rPr>
              <w:t>15</w:t>
            </w:r>
          </w:p>
        </w:tc>
        <w:tc>
          <w:tcPr>
            <w:tcW w:type="dxa" w:w="1728"/>
            <w:shd w:fill="DDEBF7"/>
            <w:vAlign w:val="center"/>
          </w:tcPr>
          <w:p>
            <w:pPr>
              <w:jc w:val="left"/>
            </w:pPr>
            <w:r/>
            <w:r>
              <w:rPr>
                <w:rFonts w:ascii="Aptos" w:hAnsi="Aptos"/>
                <w:b/>
                <w:color w:val="222222"/>
                <w:sz w:val="20"/>
              </w:rPr>
              <w:t>Correction: 8 hours (none of the given options)</w:t>
            </w:r>
          </w:p>
        </w:tc>
        <w:tc>
          <w:tcPr>
            <w:tcW w:type="dxa" w:w="1728"/>
            <w:shd w:fill="DDEBF7"/>
            <w:vAlign w:val="center"/>
          </w:tcPr>
          <w:p>
            <w:pPr>
              <w:jc w:val="left"/>
            </w:pPr>
            <w:r/>
            <w:r>
              <w:rPr>
                <w:rFonts w:ascii="Aptos" w:hAnsi="Aptos"/>
                <w:b w:val="0"/>
                <w:color w:val="222222"/>
                <w:sz w:val="20"/>
              </w:rPr>
              <w:t>25</w:t>
            </w:r>
          </w:p>
        </w:tc>
        <w:tc>
          <w:tcPr>
            <w:tcW w:type="dxa" w:w="1728"/>
            <w:shd w:fill="DDEBF7"/>
            <w:vAlign w:val="center"/>
          </w:tcPr>
          <w:p>
            <w:pPr>
              <w:jc w:val="left"/>
            </w:pPr>
            <w:r/>
            <w:r>
              <w:rPr>
                <w:rFonts w:ascii="Aptos" w:hAnsi="Aptos"/>
                <w:b/>
                <w:color w:val="222222"/>
                <w:sz w:val="20"/>
              </w:rPr>
              <w:t>b</w:t>
            </w:r>
          </w:p>
        </w:tc>
      </w:tr>
      <w:tr>
        <w:tc>
          <w:tcPr>
            <w:tcW w:type="dxa" w:w="1728"/>
            <w:shd w:fill="F7F7F7"/>
            <w:vAlign w:val="center"/>
          </w:tcPr>
          <w:p>
            <w:pPr>
              <w:jc w:val="left"/>
            </w:pPr>
            <w:r/>
            <w:r>
              <w:rPr>
                <w:rFonts w:ascii="Aptos" w:hAnsi="Aptos"/>
                <w:b w:val="0"/>
                <w:color w:val="222222"/>
                <w:sz w:val="20"/>
              </w:rPr>
              <w:t>6</w:t>
            </w:r>
          </w:p>
        </w:tc>
        <w:tc>
          <w:tcPr>
            <w:tcW w:type="dxa" w:w="1728"/>
            <w:shd w:fill="F7F7F7"/>
            <w:vAlign w:val="center"/>
          </w:tcPr>
          <w:p>
            <w:pPr>
              <w:jc w:val="left"/>
            </w:pPr>
            <w:r/>
            <w:r>
              <w:rPr>
                <w:rFonts w:ascii="Aptos" w:hAnsi="Aptos"/>
                <w:b/>
                <w:color w:val="222222"/>
                <w:sz w:val="20"/>
              </w:rPr>
              <w:t>b</w:t>
            </w:r>
          </w:p>
        </w:tc>
        <w:tc>
          <w:tcPr>
            <w:tcW w:type="dxa" w:w="1728"/>
            <w:shd w:fill="F7F7F7"/>
            <w:vAlign w:val="center"/>
          </w:tcPr>
          <w:p>
            <w:pPr>
              <w:jc w:val="left"/>
            </w:pPr>
            <w:r/>
            <w:r>
              <w:rPr>
                <w:rFonts w:ascii="Aptos" w:hAnsi="Aptos"/>
                <w:b w:val="0"/>
                <w:color w:val="222222"/>
                <w:sz w:val="20"/>
              </w:rPr>
              <w:t>16</w:t>
            </w:r>
          </w:p>
        </w:tc>
        <w:tc>
          <w:tcPr>
            <w:tcW w:type="dxa" w:w="1728"/>
            <w:shd w:fill="F7F7F7"/>
            <w:vAlign w:val="center"/>
          </w:tcPr>
          <w:p>
            <w:pPr>
              <w:jc w:val="left"/>
            </w:pPr>
            <w:r/>
            <w:r>
              <w:rPr>
                <w:rFonts w:ascii="Aptos" w:hAnsi="Aptos"/>
                <w:b/>
                <w:color w:val="222222"/>
                <w:sz w:val="20"/>
              </w:rPr>
              <w:t>c</w:t>
            </w:r>
          </w:p>
        </w:tc>
        <w:tc>
          <w:tcPr>
            <w:tcW w:type="dxa" w:w="1728"/>
            <w:shd w:fill="F7F7F7"/>
            <w:vAlign w:val="center"/>
          </w:tcPr>
          <w:p>
            <w:pPr>
              <w:jc w:val="left"/>
            </w:pPr>
            <w:r/>
            <w:r>
              <w:rPr>
                <w:rFonts w:ascii="Aptos" w:hAnsi="Aptos"/>
                <w:b w:val="0"/>
                <w:color w:val="222222"/>
                <w:sz w:val="20"/>
              </w:rPr>
              <w:t>26</w:t>
            </w:r>
          </w:p>
        </w:tc>
        <w:tc>
          <w:tcPr>
            <w:tcW w:type="dxa" w:w="1728"/>
            <w:shd w:fill="F7F7F7"/>
            <w:vAlign w:val="center"/>
          </w:tcPr>
          <w:p>
            <w:pPr>
              <w:jc w:val="left"/>
            </w:pPr>
            <w:r/>
            <w:r>
              <w:rPr>
                <w:rFonts w:ascii="Aptos" w:hAnsi="Aptos"/>
                <w:b/>
                <w:color w:val="222222"/>
                <w:sz w:val="20"/>
              </w:rPr>
              <w:t>c</w:t>
            </w:r>
          </w:p>
        </w:tc>
      </w:tr>
      <w:tr>
        <w:tc>
          <w:tcPr>
            <w:tcW w:type="dxa" w:w="1728"/>
            <w:shd w:fill="DDEBF7"/>
            <w:vAlign w:val="center"/>
          </w:tcPr>
          <w:p>
            <w:pPr>
              <w:jc w:val="left"/>
            </w:pPr>
            <w:r/>
            <w:r>
              <w:rPr>
                <w:rFonts w:ascii="Aptos" w:hAnsi="Aptos"/>
                <w:b w:val="0"/>
                <w:color w:val="222222"/>
                <w:sz w:val="20"/>
              </w:rPr>
              <w:t>7</w:t>
            </w:r>
          </w:p>
        </w:tc>
        <w:tc>
          <w:tcPr>
            <w:tcW w:type="dxa" w:w="1728"/>
            <w:shd w:fill="DDEBF7"/>
            <w:vAlign w:val="center"/>
          </w:tcPr>
          <w:p>
            <w:pPr>
              <w:jc w:val="left"/>
            </w:pPr>
            <w:r/>
            <w:r>
              <w:rPr>
                <w:rFonts w:ascii="Aptos" w:hAnsi="Aptos"/>
                <w:b/>
                <w:color w:val="222222"/>
                <w:sz w:val="20"/>
              </w:rPr>
              <w:t>a</w:t>
            </w:r>
          </w:p>
        </w:tc>
        <w:tc>
          <w:tcPr>
            <w:tcW w:type="dxa" w:w="1728"/>
            <w:shd w:fill="DDEBF7"/>
            <w:vAlign w:val="center"/>
          </w:tcPr>
          <w:p>
            <w:pPr>
              <w:jc w:val="left"/>
            </w:pPr>
            <w:r/>
            <w:r>
              <w:rPr>
                <w:rFonts w:ascii="Aptos" w:hAnsi="Aptos"/>
                <w:b w:val="0"/>
                <w:color w:val="222222"/>
                <w:sz w:val="20"/>
              </w:rPr>
              <w:t>17</w:t>
            </w:r>
          </w:p>
        </w:tc>
        <w:tc>
          <w:tcPr>
            <w:tcW w:type="dxa" w:w="1728"/>
            <w:shd w:fill="DDEBF7"/>
            <w:vAlign w:val="center"/>
          </w:tcPr>
          <w:p>
            <w:pPr>
              <w:jc w:val="left"/>
            </w:pPr>
            <w:r/>
            <w:r>
              <w:rPr>
                <w:rFonts w:ascii="Aptos" w:hAnsi="Aptos"/>
                <w:b/>
                <w:color w:val="222222"/>
                <w:sz w:val="20"/>
              </w:rPr>
              <w:t>b</w:t>
            </w:r>
          </w:p>
        </w:tc>
        <w:tc>
          <w:tcPr>
            <w:tcW w:type="dxa" w:w="1728"/>
            <w:shd w:fill="DDEBF7"/>
            <w:vAlign w:val="center"/>
          </w:tcPr>
          <w:p>
            <w:pPr>
              <w:jc w:val="left"/>
            </w:pPr>
            <w:r/>
            <w:r>
              <w:rPr>
                <w:rFonts w:ascii="Aptos" w:hAnsi="Aptos"/>
                <w:b w:val="0"/>
                <w:color w:val="222222"/>
                <w:sz w:val="20"/>
              </w:rPr>
              <w:t>27</w:t>
            </w:r>
          </w:p>
        </w:tc>
        <w:tc>
          <w:tcPr>
            <w:tcW w:type="dxa" w:w="1728"/>
            <w:shd w:fill="DDEBF7"/>
            <w:vAlign w:val="center"/>
          </w:tcPr>
          <w:p>
            <w:pPr>
              <w:jc w:val="left"/>
            </w:pPr>
            <w:r/>
            <w:r>
              <w:rPr>
                <w:rFonts w:ascii="Aptos" w:hAnsi="Aptos"/>
                <w:b/>
                <w:color w:val="222222"/>
                <w:sz w:val="20"/>
              </w:rPr>
              <w:t>Correction: 11 3/7 seconds (none of the given options)</w:t>
            </w:r>
          </w:p>
        </w:tc>
      </w:tr>
      <w:tr>
        <w:tc>
          <w:tcPr>
            <w:tcW w:type="dxa" w:w="1728"/>
            <w:shd w:fill="F7F7F7"/>
            <w:vAlign w:val="center"/>
          </w:tcPr>
          <w:p>
            <w:pPr>
              <w:jc w:val="left"/>
            </w:pPr>
            <w:r/>
            <w:r>
              <w:rPr>
                <w:rFonts w:ascii="Aptos" w:hAnsi="Aptos"/>
                <w:b w:val="0"/>
                <w:color w:val="222222"/>
                <w:sz w:val="20"/>
              </w:rPr>
              <w:t>8</w:t>
            </w:r>
          </w:p>
        </w:tc>
        <w:tc>
          <w:tcPr>
            <w:tcW w:type="dxa" w:w="1728"/>
            <w:shd w:fill="F7F7F7"/>
            <w:vAlign w:val="center"/>
          </w:tcPr>
          <w:p>
            <w:pPr>
              <w:jc w:val="left"/>
            </w:pPr>
            <w:r/>
            <w:r>
              <w:rPr>
                <w:rFonts w:ascii="Aptos" w:hAnsi="Aptos"/>
                <w:b/>
                <w:color w:val="222222"/>
                <w:sz w:val="20"/>
              </w:rPr>
              <w:t>c</w:t>
            </w:r>
          </w:p>
        </w:tc>
        <w:tc>
          <w:tcPr>
            <w:tcW w:type="dxa" w:w="1728"/>
            <w:shd w:fill="F7F7F7"/>
            <w:vAlign w:val="center"/>
          </w:tcPr>
          <w:p>
            <w:pPr>
              <w:jc w:val="left"/>
            </w:pPr>
            <w:r/>
            <w:r>
              <w:rPr>
                <w:rFonts w:ascii="Aptos" w:hAnsi="Aptos"/>
                <w:b w:val="0"/>
                <w:color w:val="222222"/>
                <w:sz w:val="20"/>
              </w:rPr>
              <w:t>18</w:t>
            </w:r>
          </w:p>
        </w:tc>
        <w:tc>
          <w:tcPr>
            <w:tcW w:type="dxa" w:w="1728"/>
            <w:shd w:fill="F7F7F7"/>
            <w:vAlign w:val="center"/>
          </w:tcPr>
          <w:p>
            <w:pPr>
              <w:jc w:val="left"/>
            </w:pPr>
            <w:r/>
            <w:r>
              <w:rPr>
                <w:rFonts w:ascii="Aptos" w:hAnsi="Aptos"/>
                <w:b/>
                <w:color w:val="222222"/>
                <w:sz w:val="20"/>
              </w:rPr>
              <w:t>b</w:t>
            </w:r>
          </w:p>
        </w:tc>
        <w:tc>
          <w:tcPr>
            <w:tcW w:type="dxa" w:w="1728"/>
            <w:shd w:fill="F7F7F7"/>
            <w:vAlign w:val="center"/>
          </w:tcPr>
          <w:p>
            <w:pPr>
              <w:jc w:val="left"/>
            </w:pPr>
            <w:r/>
            <w:r>
              <w:rPr>
                <w:rFonts w:ascii="Aptos" w:hAnsi="Aptos"/>
                <w:b w:val="0"/>
                <w:color w:val="222222"/>
                <w:sz w:val="20"/>
              </w:rPr>
              <w:t>28</w:t>
            </w:r>
          </w:p>
        </w:tc>
        <w:tc>
          <w:tcPr>
            <w:tcW w:type="dxa" w:w="1728"/>
            <w:shd w:fill="F7F7F7"/>
            <w:vAlign w:val="center"/>
          </w:tcPr>
          <w:p>
            <w:pPr>
              <w:jc w:val="left"/>
            </w:pPr>
            <w:r/>
            <w:r>
              <w:rPr>
                <w:rFonts w:ascii="Aptos" w:hAnsi="Aptos"/>
                <w:b/>
                <w:color w:val="222222"/>
                <w:sz w:val="20"/>
              </w:rPr>
              <w:t>c</w:t>
            </w:r>
          </w:p>
        </w:tc>
      </w:tr>
      <w:tr>
        <w:tc>
          <w:tcPr>
            <w:tcW w:type="dxa" w:w="1728"/>
            <w:shd w:fill="DDEBF7"/>
            <w:vAlign w:val="center"/>
          </w:tcPr>
          <w:p>
            <w:pPr>
              <w:jc w:val="left"/>
            </w:pPr>
            <w:r/>
            <w:r>
              <w:rPr>
                <w:rFonts w:ascii="Aptos" w:hAnsi="Aptos"/>
                <w:b w:val="0"/>
                <w:color w:val="222222"/>
                <w:sz w:val="20"/>
              </w:rPr>
              <w:t>9</w:t>
            </w:r>
          </w:p>
        </w:tc>
        <w:tc>
          <w:tcPr>
            <w:tcW w:type="dxa" w:w="1728"/>
            <w:shd w:fill="DDEBF7"/>
            <w:vAlign w:val="center"/>
          </w:tcPr>
          <w:p>
            <w:pPr>
              <w:jc w:val="left"/>
            </w:pPr>
            <w:r/>
            <w:r>
              <w:rPr>
                <w:rFonts w:ascii="Aptos" w:hAnsi="Aptos"/>
                <w:b/>
                <w:color w:val="222222"/>
                <w:sz w:val="20"/>
              </w:rPr>
              <w:t>b</w:t>
            </w:r>
          </w:p>
        </w:tc>
        <w:tc>
          <w:tcPr>
            <w:tcW w:type="dxa" w:w="1728"/>
            <w:shd w:fill="DDEBF7"/>
            <w:vAlign w:val="center"/>
          </w:tcPr>
          <w:p>
            <w:pPr>
              <w:jc w:val="left"/>
            </w:pPr>
            <w:r/>
            <w:r>
              <w:rPr>
                <w:rFonts w:ascii="Aptos" w:hAnsi="Aptos"/>
                <w:b w:val="0"/>
                <w:color w:val="222222"/>
                <w:sz w:val="20"/>
              </w:rPr>
              <w:t>19</w:t>
            </w:r>
          </w:p>
        </w:tc>
        <w:tc>
          <w:tcPr>
            <w:tcW w:type="dxa" w:w="1728"/>
            <w:shd w:fill="DDEBF7"/>
            <w:vAlign w:val="center"/>
          </w:tcPr>
          <w:p>
            <w:pPr>
              <w:jc w:val="left"/>
            </w:pPr>
            <w:r/>
            <w:r>
              <w:rPr>
                <w:rFonts w:ascii="Aptos" w:hAnsi="Aptos"/>
                <w:b/>
                <w:color w:val="222222"/>
                <w:sz w:val="20"/>
              </w:rPr>
              <w:t>c</w:t>
            </w:r>
          </w:p>
        </w:tc>
        <w:tc>
          <w:tcPr>
            <w:tcW w:type="dxa" w:w="1728"/>
            <w:shd w:fill="DDEBF7"/>
            <w:vAlign w:val="center"/>
          </w:tcPr>
          <w:p>
            <w:pPr>
              <w:jc w:val="left"/>
            </w:pPr>
            <w:r/>
            <w:r>
              <w:rPr>
                <w:rFonts w:ascii="Aptos" w:hAnsi="Aptos"/>
                <w:b w:val="0"/>
                <w:color w:val="222222"/>
                <w:sz w:val="20"/>
              </w:rPr>
              <w:t>29</w:t>
            </w:r>
          </w:p>
        </w:tc>
        <w:tc>
          <w:tcPr>
            <w:tcW w:type="dxa" w:w="1728"/>
            <w:shd w:fill="DDEBF7"/>
            <w:vAlign w:val="center"/>
          </w:tcPr>
          <w:p>
            <w:pPr>
              <w:jc w:val="left"/>
            </w:pPr>
            <w:r/>
            <w:r>
              <w:rPr>
                <w:rFonts w:ascii="Aptos" w:hAnsi="Aptos"/>
                <w:b/>
                <w:color w:val="222222"/>
                <w:sz w:val="20"/>
              </w:rPr>
              <w:t>c</w:t>
            </w:r>
          </w:p>
        </w:tc>
      </w:tr>
      <w:tr>
        <w:tc>
          <w:tcPr>
            <w:tcW w:type="dxa" w:w="1728"/>
            <w:shd w:fill="F7F7F7"/>
            <w:vAlign w:val="center"/>
          </w:tcPr>
          <w:p>
            <w:pPr>
              <w:jc w:val="left"/>
            </w:pPr>
            <w:r/>
            <w:r>
              <w:rPr>
                <w:rFonts w:ascii="Aptos" w:hAnsi="Aptos"/>
                <w:b w:val="0"/>
                <w:color w:val="222222"/>
                <w:sz w:val="20"/>
              </w:rPr>
              <w:t>10</w:t>
            </w:r>
          </w:p>
        </w:tc>
        <w:tc>
          <w:tcPr>
            <w:tcW w:type="dxa" w:w="1728"/>
            <w:shd w:fill="F7F7F7"/>
            <w:vAlign w:val="center"/>
          </w:tcPr>
          <w:p>
            <w:pPr>
              <w:jc w:val="left"/>
            </w:pPr>
            <w:r/>
            <w:r>
              <w:rPr>
                <w:rFonts w:ascii="Aptos" w:hAnsi="Aptos"/>
                <w:b/>
                <w:color w:val="222222"/>
                <w:sz w:val="20"/>
              </w:rPr>
              <w:t>b</w:t>
            </w:r>
          </w:p>
        </w:tc>
        <w:tc>
          <w:tcPr>
            <w:tcW w:type="dxa" w:w="1728"/>
            <w:shd w:fill="F7F7F7"/>
            <w:vAlign w:val="center"/>
          </w:tcPr>
          <w:p>
            <w:pPr>
              <w:jc w:val="left"/>
            </w:pPr>
            <w:r/>
            <w:r>
              <w:rPr>
                <w:rFonts w:ascii="Aptos" w:hAnsi="Aptos"/>
                <w:b w:val="0"/>
                <w:color w:val="222222"/>
                <w:sz w:val="20"/>
              </w:rPr>
              <w:t>20</w:t>
            </w:r>
          </w:p>
        </w:tc>
        <w:tc>
          <w:tcPr>
            <w:tcW w:type="dxa" w:w="1728"/>
            <w:shd w:fill="F7F7F7"/>
            <w:vAlign w:val="center"/>
          </w:tcPr>
          <w:p>
            <w:pPr>
              <w:jc w:val="left"/>
            </w:pPr>
            <w:r/>
            <w:r>
              <w:rPr>
                <w:rFonts w:ascii="Aptos" w:hAnsi="Aptos"/>
                <w:b/>
                <w:color w:val="222222"/>
                <w:sz w:val="20"/>
              </w:rPr>
              <w:t>Correction: 4.5 hours (b)</w:t>
            </w:r>
          </w:p>
        </w:tc>
        <w:tc>
          <w:tcPr>
            <w:tcW w:type="dxa" w:w="1728"/>
            <w:shd w:fill="F7F7F7"/>
            <w:vAlign w:val="center"/>
          </w:tcPr>
          <w:p>
            <w:pPr>
              <w:jc w:val="left"/>
            </w:pPr>
            <w:r/>
            <w:r>
              <w:rPr>
                <w:rFonts w:ascii="Aptos" w:hAnsi="Aptos"/>
                <w:b w:val="0"/>
                <w:color w:val="222222"/>
                <w:sz w:val="20"/>
              </w:rPr>
              <w:t>30</w:t>
            </w:r>
          </w:p>
        </w:tc>
        <w:tc>
          <w:tcPr>
            <w:tcW w:type="dxa" w:w="1728"/>
            <w:shd w:fill="F7F7F7"/>
            <w:vAlign w:val="center"/>
          </w:tcPr>
          <w:p>
            <w:pPr>
              <w:jc w:val="left"/>
            </w:pPr>
            <w:r/>
            <w:r>
              <w:rPr>
                <w:rFonts w:ascii="Aptos" w:hAnsi="Aptos"/>
                <w:b/>
                <w:color w:val="222222"/>
                <w:sz w:val="20"/>
              </w:rPr>
              <w:t>Correction: 65 5/11 km/h (none of the given options)</w:t>
            </w:r>
          </w:p>
        </w:tc>
      </w:tr>
    </w:tbl>
    <w:p>
      <w:pPr>
        <w:pStyle w:val="Title"/>
        <w:jc w:val="center"/>
      </w:pPr>
      <w:r>
        <w:t>DETAILED EXPLANATIONS</w:t>
      </w:r>
    </w:p>
    <w:p>
      <w:r>
        <w:rPr>
          <w:b/>
          <w:color w:val="2F75B5"/>
          <w:sz w:val="24"/>
        </w:rPr>
        <w:t xml:space="preserve">Q1. </w:t>
      </w:r>
      <w:r>
        <w:rPr>
          <w:sz w:val="21"/>
        </w:rPr>
        <w:t>For equal distances, average speed = 2uv/(u+v) = 2×60×40/100 = 48 km/h.</w:t>
      </w:r>
    </w:p>
    <w:p>
      <w:r>
        <w:rPr>
          <w:b/>
          <w:color w:val="2F75B5"/>
          <w:sz w:val="24"/>
        </w:rPr>
        <w:t xml:space="preserve">Q2. </w:t>
      </w:r>
      <w:r>
        <w:rPr>
          <w:sz w:val="21"/>
        </w:rPr>
        <w:t>The time difference is 24+16 = 40 minutes = 2/3 hour. D/5 − D/6 = 2/3, so D/30 = 2/3 and D = 20 km.</w:t>
      </w:r>
    </w:p>
    <w:p>
      <w:r>
        <w:rPr>
          <w:b/>
          <w:color w:val="2F75B5"/>
          <w:sz w:val="24"/>
        </w:rPr>
        <w:t xml:space="preserve">Q3. </w:t>
      </w:r>
      <w:r>
        <w:rPr>
          <w:sz w:val="21"/>
        </w:rPr>
        <w:t>Total distance = 180+270 = 450 m. Speed = 54×5/18 = 15 m/s. Time = 450/15 = 30 s.</w:t>
      </w:r>
    </w:p>
    <w:p>
      <w:r>
        <w:rPr>
          <w:b/>
          <w:color w:val="2F75B5"/>
          <w:sz w:val="24"/>
        </w:rPr>
        <w:t xml:space="preserve">Q4. </w:t>
      </w:r>
      <w:r>
        <w:rPr>
          <w:sz w:val="21"/>
        </w:rPr>
        <w:t>Relative speed = 54+72 = 126 km/h = 35 m/s. Total length = 600 m. Time = 600/35 = 17 1/7 s.</w:t>
      </w:r>
    </w:p>
    <w:p>
      <w:r>
        <w:rPr>
          <w:b/>
          <w:color w:val="2F75B5"/>
          <w:sz w:val="24"/>
        </w:rPr>
        <w:t xml:space="preserve">Q5. </w:t>
      </w:r>
      <w:r>
        <w:rPr>
          <w:sz w:val="21"/>
        </w:rPr>
        <w:t>Relative speed = 72−54 = 18 km/h = 5 m/s. Total length = 400 m. Time = 400/5 = 80 s.</w:t>
      </w:r>
    </w:p>
    <w:p>
      <w:r>
        <w:rPr>
          <w:b/>
          <w:color w:val="2F75B5"/>
          <w:sz w:val="24"/>
        </w:rPr>
        <w:t xml:space="preserve">Q6. </w:t>
      </w:r>
      <w:r>
        <w:rPr>
          <w:sz w:val="21"/>
        </w:rPr>
        <w:t>20 minutes = 1/3 hour. D/36 − D/48 = 1/3. Hence D/144 = 1/3 and D = 48 km.</w:t>
      </w:r>
    </w:p>
    <w:p>
      <w:r>
        <w:rPr>
          <w:b/>
          <w:color w:val="2F75B5"/>
          <w:sz w:val="24"/>
        </w:rPr>
        <w:t xml:space="preserve">Q7. </w:t>
      </w:r>
      <w:r>
        <w:rPr>
          <w:sz w:val="21"/>
        </w:rPr>
        <w:t>Relative speed = 45+55 = 100 km/h. Meeting time = 300/100 = 3 h. Distance from A = 45×3 = 135 km.</w:t>
      </w:r>
    </w:p>
    <w:p>
      <w:r>
        <w:rPr>
          <w:b/>
          <w:color w:val="2F75B5"/>
          <w:sz w:val="24"/>
        </w:rPr>
        <w:t xml:space="preserve">Q8. </w:t>
      </w:r>
      <w:r>
        <w:rPr>
          <w:sz w:val="21"/>
        </w:rPr>
        <w:t>Relative speed = 8−6 = 2 m/s. One-lap gain = 600 m. Time = 600/2 = 300 s.</w:t>
      </w:r>
    </w:p>
    <w:p>
      <w:r>
        <w:rPr>
          <w:b/>
          <w:color w:val="2F75B5"/>
          <w:sz w:val="24"/>
        </w:rPr>
        <w:t xml:space="preserve">Q9. </w:t>
      </w:r>
      <w:r>
        <w:rPr>
          <w:sz w:val="21"/>
        </w:rPr>
        <w:t>Relative speed = 10+6 = 16 m/s. Time = 800/16 = 50 s.</w:t>
      </w:r>
    </w:p>
    <w:p>
      <w:r>
        <w:rPr>
          <w:b/>
          <w:color w:val="2F75B5"/>
          <w:sz w:val="24"/>
        </w:rPr>
        <w:t xml:space="preserve">Q10. </w:t>
      </w:r>
      <w:r>
        <w:rPr>
          <w:sz w:val="21"/>
        </w:rPr>
        <w:t>Total distance = 400 km. Total time = 120/40 + 180/60 + 100/50 = 3+3+2 = 8 h. Average = 400/8 = 50 km/h.</w:t>
      </w:r>
    </w:p>
    <w:p>
      <w:r>
        <w:rPr>
          <w:b/>
          <w:color w:val="2F75B5"/>
          <w:sz w:val="24"/>
        </w:rPr>
        <w:t xml:space="preserve">Q11. </w:t>
      </w:r>
      <w:r>
        <w:rPr>
          <w:sz w:val="21"/>
        </w:rPr>
        <w:t>Let walking distance be x. x/5 + (30−x)/15 = 4. Multiplying by 15 gives 3x+30−x=60, so x=15 km. The supplied options do not contain the correct answer.</w:t>
      </w:r>
    </w:p>
    <w:tbl>
      <w:tblPr>
        <w:tblW w:type="auto" w:w="0"/>
        <w:jc w:val="center"/>
        <w:tblLook w:firstColumn="1" w:firstRow="1" w:lastColumn="0" w:lastRow="0" w:noHBand="0" w:noVBand="1" w:val="04A0"/>
      </w:tblPr>
      <w:tblGrid>
        <w:gridCol w:w="10368"/>
      </w:tblGrid>
      <w:tr>
        <w:tc>
          <w:tcPr>
            <w:tcW w:type="dxa" w:w="10368"/>
            <w:shd w:fill="FCE4D6"/>
          </w:tcPr>
          <w:p>
            <w:r>
              <w:rPr>
                <w:rFonts w:ascii="Aptos Display" w:hAnsi="Aptos Display"/>
                <w:b/>
                <w:color w:val="C00000"/>
                <w:sz w:val="24"/>
              </w:rPr>
              <w:t>QUESTION CHECK</w:t>
              <w:br/>
            </w:r>
            <w:r>
              <w:rPr>
                <w:rFonts w:ascii="Aptos" w:hAnsi="Aptos"/>
                <w:color w:val="222222"/>
                <w:sz w:val="21"/>
              </w:rPr>
              <w:t>The numerical result is correct, but the original options do not include it. This should be corrected before using the worksheet.</w:t>
            </w:r>
          </w:p>
        </w:tc>
      </w:tr>
    </w:tbl>
    <w:p>
      <w:pPr>
        <w:spacing w:after="20"/>
      </w:pPr>
    </w:p>
    <w:p>
      <w:r>
        <w:rPr>
          <w:b/>
          <w:color w:val="2F75B5"/>
          <w:sz w:val="24"/>
        </w:rPr>
        <w:t xml:space="preserve">Q12. </w:t>
      </w:r>
      <w:r>
        <w:rPr>
          <w:sz w:val="21"/>
        </w:rPr>
        <w:t>A 25% speed increase makes time 80% of the original. Time saved = 20% of original = 12 min. Original time = 60 min.</w:t>
      </w:r>
    </w:p>
    <w:p>
      <w:r>
        <w:rPr>
          <w:b/>
          <w:color w:val="2F75B5"/>
          <w:sz w:val="24"/>
        </w:rPr>
        <w:t xml:space="preserve">Q13. </w:t>
      </w:r>
      <w:r>
        <w:rPr>
          <w:sz w:val="21"/>
        </w:rPr>
        <w:t>A 20% speed decrease makes time 100/80 = 1.25 times the original. Increase = 25% = 15 min. Original time = 60 min.</w:t>
      </w:r>
    </w:p>
    <w:p>
      <w:r>
        <w:rPr>
          <w:b/>
          <w:color w:val="2F75B5"/>
          <w:sz w:val="24"/>
        </w:rPr>
        <w:t xml:space="preserve">Q14. </w:t>
      </w:r>
      <w:r>
        <w:rPr>
          <w:sz w:val="21"/>
        </w:rPr>
        <w:t>Downstream speed = 30/2 = 15 km/h; upstream = 30/3 = 10 km/h. Still-water speed = (15+10)/2 = 12.5; stream speed = (15−10)/2 = 2.5 km/h.</w:t>
      </w:r>
    </w:p>
    <w:p>
      <w:r>
        <w:rPr>
          <w:b/>
          <w:color w:val="2F75B5"/>
          <w:sz w:val="24"/>
        </w:rPr>
        <w:t xml:space="preserve">Q15. </w:t>
      </w:r>
      <w:r>
        <w:rPr>
          <w:sz w:val="21"/>
        </w:rPr>
        <w:t>Downstream speed = 36/4 = 9 km/h; upstream = 36/6 = 6 km/h. Still-water speed = 7.5 km/h. Time for 60 km = 60/7.5 = 8 h. The supplied options are incorrect.</w:t>
      </w:r>
    </w:p>
    <w:tbl>
      <w:tblPr>
        <w:tblW w:type="auto" w:w="0"/>
        <w:jc w:val="center"/>
        <w:tblLook w:firstColumn="1" w:firstRow="1" w:lastColumn="0" w:lastRow="0" w:noHBand="0" w:noVBand="1" w:val="04A0"/>
      </w:tblPr>
      <w:tblGrid>
        <w:gridCol w:w="10368"/>
      </w:tblGrid>
      <w:tr>
        <w:tc>
          <w:tcPr>
            <w:tcW w:type="dxa" w:w="10368"/>
            <w:shd w:fill="FCE4D6"/>
          </w:tcPr>
          <w:p>
            <w:r>
              <w:rPr>
                <w:rFonts w:ascii="Aptos Display" w:hAnsi="Aptos Display"/>
                <w:b/>
                <w:color w:val="C00000"/>
                <w:sz w:val="24"/>
              </w:rPr>
              <w:t>QUESTION CHECK</w:t>
              <w:br/>
            </w:r>
            <w:r>
              <w:rPr>
                <w:rFonts w:ascii="Aptos" w:hAnsi="Aptos"/>
                <w:color w:val="222222"/>
                <w:sz w:val="21"/>
              </w:rPr>
              <w:t>The numerical result is correct, but the original options do not include it. This should be corrected before using the worksheet.</w:t>
            </w:r>
          </w:p>
        </w:tc>
      </w:tr>
    </w:tbl>
    <w:p>
      <w:pPr>
        <w:spacing w:after="20"/>
      </w:pPr>
    </w:p>
    <w:p>
      <w:r>
        <w:rPr>
          <w:b/>
          <w:color w:val="2F75B5"/>
          <w:sz w:val="24"/>
        </w:rPr>
        <w:t xml:space="preserve">Q16. </w:t>
      </w:r>
      <w:r>
        <w:rPr>
          <w:sz w:val="21"/>
        </w:rPr>
        <w:t>72 km/h = 20 m/s. Length = speed×time = 20×15 = 300 m.</w:t>
      </w:r>
    </w:p>
    <w:p>
      <w:r>
        <w:rPr>
          <w:b/>
          <w:color w:val="2F75B5"/>
          <w:sz w:val="24"/>
        </w:rPr>
        <w:t xml:space="preserve">Q17. </w:t>
      </w:r>
      <w:r>
        <w:rPr>
          <w:sz w:val="21"/>
        </w:rPr>
        <w:t>Let train length be L. L/12 = (L+270)/30. Thus 30L = 12L+3240, giving L=180 m.</w:t>
      </w:r>
    </w:p>
    <w:p>
      <w:r>
        <w:rPr>
          <w:b/>
          <w:color w:val="2F75B5"/>
          <w:sz w:val="24"/>
        </w:rPr>
        <w:t xml:space="preserve">Q18. </w:t>
      </w:r>
      <w:r>
        <w:rPr>
          <w:sz w:val="21"/>
        </w:rPr>
        <w:t>When A covers 1000 m, B covers 900 m. Speed ratio = 1000:900 = 10:9.</w:t>
      </w:r>
    </w:p>
    <w:p>
      <w:r>
        <w:rPr>
          <w:b/>
          <w:color w:val="2F75B5"/>
          <w:sz w:val="24"/>
        </w:rPr>
        <w:t xml:space="preserve">Q19. </w:t>
      </w:r>
      <w:r>
        <w:rPr>
          <w:sz w:val="21"/>
        </w:rPr>
        <w:t>A covers 500 m in 60 s. In 60 s, B covers 400 m. A therefore beats B by 100 m.</w:t>
      </w:r>
    </w:p>
    <w:p>
      <w:r>
        <w:rPr>
          <w:b/>
          <w:color w:val="2F75B5"/>
          <w:sz w:val="24"/>
        </w:rPr>
        <w:t xml:space="preserve">Q20. </w:t>
      </w:r>
      <w:r>
        <w:rPr>
          <w:sz w:val="21"/>
        </w:rPr>
        <w:t>Meeting time = 180/(40+50)=2 h. First person covers 80 km, leaving 100 km. At 40 km/h this takes 2.5 h. Total = 4.5 h, so option (b) is correct.</w:t>
      </w:r>
    </w:p>
    <w:p>
      <w:r>
        <w:rPr>
          <w:b/>
          <w:color w:val="2F75B5"/>
          <w:sz w:val="24"/>
        </w:rPr>
        <w:t xml:space="preserve">Q21. </w:t>
      </w:r>
      <w:r>
        <w:rPr>
          <w:sz w:val="21"/>
        </w:rPr>
        <w:t>54 km/h = 15 m/s and 6 km/h = 5/3 m/s. Relative speed = 50/3 m/s. Time = 300/(50/3) = 18 s, so option (b) is correct.</w:t>
      </w:r>
    </w:p>
    <w:p>
      <w:r>
        <w:rPr>
          <w:b/>
          <w:color w:val="2F75B5"/>
          <w:sz w:val="24"/>
        </w:rPr>
        <w:t xml:space="preserve">Q22. </w:t>
      </w:r>
      <w:r>
        <w:rPr>
          <w:sz w:val="21"/>
        </w:rPr>
        <w:t>Relative speed = 72−18 = 54 km/h = 15 m/s. Time = 240/15 = 16 s, so option (c) is correct.</w:t>
      </w:r>
    </w:p>
    <w:p>
      <w:r>
        <w:rPr>
          <w:b/>
          <w:color w:val="2F75B5"/>
          <w:sz w:val="24"/>
        </w:rPr>
        <w:t xml:space="preserve">Q23. </w:t>
      </w:r>
      <w:r>
        <w:rPr>
          <w:sz w:val="21"/>
        </w:rPr>
        <w:t>Relative speed = 140 km/h. Meeting time = 420/140 = 3 h. Distance from A = 60×3 = 180 km.</w:t>
      </w:r>
    </w:p>
    <w:p>
      <w:r>
        <w:rPr>
          <w:b/>
          <w:color w:val="2F75B5"/>
          <w:sz w:val="24"/>
        </w:rPr>
        <w:t xml:space="preserve">Q24. </w:t>
      </w:r>
      <w:r>
        <w:rPr>
          <w:sz w:val="21"/>
        </w:rPr>
        <w:t>Running time = 240/60 = 4 h. Including 0.5 h break = 4.5 h. Average = 240/4.5 = 53 1/3 km/h.</w:t>
      </w:r>
    </w:p>
    <w:p>
      <w:r>
        <w:rPr>
          <w:b/>
          <w:color w:val="2F75B5"/>
          <w:sz w:val="24"/>
        </w:rPr>
        <w:t xml:space="preserve">Q25. </w:t>
      </w:r>
      <w:r>
        <w:rPr>
          <w:sz w:val="21"/>
        </w:rPr>
        <w:t>For equal distances, average = 2×30×50/(30+50) = 37.5 km/h.</w:t>
      </w:r>
    </w:p>
    <w:p>
      <w:r>
        <w:rPr>
          <w:b/>
          <w:color w:val="2F75B5"/>
          <w:sz w:val="24"/>
        </w:rPr>
        <w:t xml:space="preserve">Q26. </w:t>
      </w:r>
      <w:r>
        <w:rPr>
          <w:sz w:val="21"/>
        </w:rPr>
        <w:t>Total distance = 40×2 + 60×3 = 260 km. Total time = 5 h. Average = 52 km/h.</w:t>
      </w:r>
    </w:p>
    <w:p>
      <w:r>
        <w:rPr>
          <w:b/>
          <w:color w:val="2F75B5"/>
          <w:sz w:val="24"/>
        </w:rPr>
        <w:t xml:space="preserve">Q27. </w:t>
      </w:r>
      <w:r>
        <w:rPr>
          <w:sz w:val="21"/>
        </w:rPr>
        <w:t>Total length = 400 m. Relative speed = 126 km/h = 35 m/s. Time = 400/35 = 80/7 = 11 3/7 s. The supplied options are incorrect.</w:t>
      </w:r>
    </w:p>
    <w:tbl>
      <w:tblPr>
        <w:tblW w:type="auto" w:w="0"/>
        <w:jc w:val="center"/>
        <w:tblLook w:firstColumn="1" w:firstRow="1" w:lastColumn="0" w:lastRow="0" w:noHBand="0" w:noVBand="1" w:val="04A0"/>
      </w:tblPr>
      <w:tblGrid>
        <w:gridCol w:w="10368"/>
      </w:tblGrid>
      <w:tr>
        <w:tc>
          <w:tcPr>
            <w:tcW w:type="dxa" w:w="10368"/>
            <w:shd w:fill="FCE4D6"/>
          </w:tcPr>
          <w:p>
            <w:r>
              <w:rPr>
                <w:rFonts w:ascii="Aptos Display" w:hAnsi="Aptos Display"/>
                <w:b/>
                <w:color w:val="C00000"/>
                <w:sz w:val="24"/>
              </w:rPr>
              <w:t>QUESTION CHECK</w:t>
              <w:br/>
            </w:r>
            <w:r>
              <w:rPr>
                <w:rFonts w:ascii="Aptos" w:hAnsi="Aptos"/>
                <w:color w:val="222222"/>
                <w:sz w:val="21"/>
              </w:rPr>
              <w:t>The numerical result is correct, but the original options do not include it. This should be corrected before using the worksheet.</w:t>
            </w:r>
          </w:p>
        </w:tc>
      </w:tr>
    </w:tbl>
    <w:p>
      <w:pPr>
        <w:spacing w:after="20"/>
      </w:pPr>
    </w:p>
    <w:p>
      <w:r>
        <w:rPr>
          <w:b/>
          <w:color w:val="2F75B5"/>
          <w:sz w:val="24"/>
        </w:rPr>
        <w:t xml:space="preserve">Q28. </w:t>
      </w:r>
      <w:r>
        <w:rPr>
          <w:sz w:val="21"/>
        </w:rPr>
        <w:t>D/60 − D/75 = 24/60 = 2/5. Since 1/60−1/75 = 1/300, D/300=2/5, so D=120 km.</w:t>
      </w:r>
    </w:p>
    <w:p>
      <w:r>
        <w:rPr>
          <w:b/>
          <w:color w:val="2F75B5"/>
          <w:sz w:val="24"/>
        </w:rPr>
        <w:t xml:space="preserve">Q29. </w:t>
      </w:r>
      <w:r>
        <w:rPr>
          <w:sz w:val="21"/>
        </w:rPr>
        <w:t>D/40 − D/50 = 0.5. Thus D/200 = 0.5, giving D=100 km.</w:t>
      </w:r>
    </w:p>
    <w:p>
      <w:r>
        <w:rPr>
          <w:b/>
          <w:color w:val="2F75B5"/>
          <w:sz w:val="24"/>
        </w:rPr>
        <w:t xml:space="preserve">Q30. </w:t>
      </w:r>
      <w:r>
        <w:rPr>
          <w:sz w:val="21"/>
        </w:rPr>
        <w:t>A→B: 180/60 + 180/90 = 3+2 = 5 h. B→A: 120/40 + 240/80 = 3+3 = 6 h. Total distance 720 km, total time 11 h. Average = 720/11 = 65 5/11 km/h. Supplied options are incorrect.</w:t>
      </w:r>
    </w:p>
    <w:p>
      <w:pPr>
        <w:pStyle w:val="Title"/>
        <w:jc w:val="center"/>
      </w:pPr>
      <w:r>
        <w:t>QUICK REVISION — SPEED, DISTANCE &amp; TIME</w:t>
      </w:r>
    </w:p>
    <w:tbl>
      <w:tblPr>
        <w:tblW w:type="auto" w:w="0"/>
        <w:jc w:val="center"/>
        <w:tblLook w:firstColumn="1" w:firstRow="1" w:lastColumn="0" w:lastRow="0" w:noHBand="0" w:noVBand="1" w:val="04A0"/>
      </w:tblPr>
      <w:tblGrid>
        <w:gridCol w:w="10368"/>
      </w:tblGrid>
      <w:tr>
        <w:tc>
          <w:tcPr>
            <w:tcW w:type="dxa" w:w="10368"/>
            <w:shd w:fill="FFF2CC"/>
          </w:tcPr>
          <w:p>
            <w:r>
              <w:rPr>
                <w:rFonts w:ascii="Aptos Display" w:hAnsi="Aptos Display"/>
                <w:b/>
                <w:color w:val="17365D"/>
                <w:sz w:val="24"/>
              </w:rPr>
              <w:t>BASIC FORMULAS</w:t>
              <w:br/>
            </w:r>
            <w:r>
              <w:rPr>
                <w:rFonts w:ascii="Aptos" w:hAnsi="Aptos"/>
                <w:color w:val="222222"/>
                <w:sz w:val="21"/>
              </w:rPr>
              <w:t>Speed = Distance ÷ Time</w:t>
              <w:br/>
              <w:t>Distance = Speed × Time</w:t>
              <w:br/>
              <w:t>Time = Distance ÷ Speed</w:t>
              <w:br/>
              <w:t>1 km/h = 5/18 m/s; 1 m/s = 18/5 km/h</w:t>
            </w:r>
          </w:p>
        </w:tc>
      </w:tr>
    </w:tbl>
    <w:p>
      <w:pPr>
        <w:spacing w:after="20"/>
      </w:pPr>
    </w:p>
    <w:tbl>
      <w:tblPr>
        <w:tblW w:type="auto" w:w="0"/>
        <w:jc w:val="center"/>
        <w:tblLook w:firstColumn="1" w:firstRow="1" w:lastColumn="0" w:lastRow="0" w:noHBand="0" w:noVBand="1" w:val="04A0"/>
      </w:tblPr>
      <w:tblGrid>
        <w:gridCol w:w="10368"/>
      </w:tblGrid>
      <w:tr>
        <w:tc>
          <w:tcPr>
            <w:tcW w:type="dxa" w:w="10368"/>
            <w:shd w:fill="E2F0D9"/>
          </w:tcPr>
          <w:p>
            <w:r>
              <w:rPr>
                <w:rFonts w:ascii="Aptos Display" w:hAnsi="Aptos Display"/>
                <w:b/>
                <w:color w:val="17365D"/>
                <w:sz w:val="24"/>
              </w:rPr>
              <w:t>RELATIVE SPEED</w:t>
              <w:br/>
            </w:r>
            <w:r>
              <w:rPr>
                <w:rFonts w:ascii="Aptos" w:hAnsi="Aptos"/>
                <w:color w:val="222222"/>
                <w:sz w:val="21"/>
              </w:rPr>
              <w:t>Same direction: |v₁ − v₂|</w:t>
              <w:br/>
              <w:t>Opposite directions: v₁ + v₂</w:t>
            </w:r>
          </w:p>
        </w:tc>
      </w:tr>
    </w:tbl>
    <w:p>
      <w:pPr>
        <w:spacing w:after="20"/>
      </w:pPr>
    </w:p>
    <w:tbl>
      <w:tblPr>
        <w:tblW w:type="auto" w:w="0"/>
        <w:jc w:val="center"/>
        <w:tblLook w:firstColumn="1" w:firstRow="1" w:lastColumn="0" w:lastRow="0" w:noHBand="0" w:noVBand="1" w:val="04A0"/>
      </w:tblPr>
      <w:tblGrid>
        <w:gridCol w:w="10368"/>
      </w:tblGrid>
      <w:tr>
        <w:tc>
          <w:tcPr>
            <w:tcW w:type="dxa" w:w="10368"/>
            <w:shd w:fill="DDEBF7"/>
          </w:tcPr>
          <w:p>
            <w:r>
              <w:rPr>
                <w:rFonts w:ascii="Aptos Display" w:hAnsi="Aptos Display"/>
                <w:b/>
                <w:color w:val="17365D"/>
                <w:sz w:val="24"/>
              </w:rPr>
              <w:t>AVERAGE SPEED</w:t>
              <w:br/>
            </w:r>
            <w:r>
              <w:rPr>
                <w:rFonts w:ascii="Aptos" w:hAnsi="Aptos"/>
                <w:color w:val="222222"/>
                <w:sz w:val="21"/>
              </w:rPr>
              <w:t>General: Total Distance ÷ Total Time</w:t>
              <w:br/>
              <w:t>For equal distances at speeds u and v: 2uv/(u+v)</w:t>
            </w:r>
          </w:p>
        </w:tc>
      </w:tr>
    </w:tbl>
    <w:p>
      <w:pPr>
        <w:spacing w:after="20"/>
      </w:pPr>
    </w:p>
    <w:tbl>
      <w:tblPr>
        <w:tblW w:type="auto" w:w="0"/>
        <w:jc w:val="center"/>
        <w:tblLook w:firstColumn="1" w:firstRow="1" w:lastColumn="0" w:lastRow="0" w:noHBand="0" w:noVBand="1" w:val="04A0"/>
      </w:tblPr>
      <w:tblGrid>
        <w:gridCol w:w="10368"/>
      </w:tblGrid>
      <w:tr>
        <w:tc>
          <w:tcPr>
            <w:tcW w:type="dxa" w:w="10368"/>
            <w:shd w:fill="EDE7F6"/>
          </w:tcPr>
          <w:p>
            <w:r>
              <w:rPr>
                <w:rFonts w:ascii="Aptos Display" w:hAnsi="Aptos Display"/>
                <w:b/>
                <w:color w:val="7030A0"/>
                <w:sz w:val="24"/>
              </w:rPr>
              <w:t>TRAINS</w:t>
              <w:br/>
            </w:r>
            <w:r>
              <w:rPr>
                <w:rFonts w:ascii="Aptos" w:hAnsi="Aptos"/>
                <w:color w:val="222222"/>
                <w:sz w:val="21"/>
              </w:rPr>
              <w:t>Crossing a pole/man: Train length ÷ relative speed</w:t>
              <w:br/>
              <w:t>Crossing a platform: (Train length + Platform length) ÷ relative speed</w:t>
              <w:br/>
              <w:t>Two trains: (Length₁ + Length₂) ÷ relative speed</w:t>
            </w:r>
          </w:p>
        </w:tc>
      </w:tr>
    </w:tbl>
    <w:p>
      <w:pPr>
        <w:spacing w:after="20"/>
      </w:pPr>
    </w:p>
    <w:tbl>
      <w:tblPr>
        <w:tblW w:type="auto" w:w="0"/>
        <w:jc w:val="center"/>
        <w:tblLook w:firstColumn="1" w:firstRow="1" w:lastColumn="0" w:lastRow="0" w:noHBand="0" w:noVBand="1" w:val="04A0"/>
      </w:tblPr>
      <w:tblGrid>
        <w:gridCol w:w="10368"/>
      </w:tblGrid>
      <w:tr>
        <w:tc>
          <w:tcPr>
            <w:tcW w:type="dxa" w:w="10368"/>
            <w:shd w:fill="E2F0D9"/>
          </w:tcPr>
          <w:p>
            <w:r>
              <w:rPr>
                <w:rFonts w:ascii="Aptos Display" w:hAnsi="Aptos Display"/>
                <w:b/>
                <w:color w:val="17365D"/>
                <w:sz w:val="24"/>
              </w:rPr>
              <w:t>BOATS &amp; STREAMS</w:t>
              <w:br/>
            </w:r>
            <w:r>
              <w:rPr>
                <w:rFonts w:ascii="Aptos" w:hAnsi="Aptos"/>
                <w:color w:val="222222"/>
                <w:sz w:val="21"/>
              </w:rPr>
              <w:t>Downstream speed = u + v</w:t>
              <w:br/>
              <w:t>Upstream speed = u − v</w:t>
              <w:br/>
              <w:t>Still-water speed = (Downstream + Upstream)/2</w:t>
              <w:br/>
              <w:t>Stream speed = (Downstream − Upstream)/2</w:t>
            </w:r>
          </w:p>
        </w:tc>
      </w:tr>
    </w:tbl>
    <w:p>
      <w:pPr>
        <w:spacing w:after="20"/>
      </w:pPr>
    </w:p>
    <w:tbl>
      <w:tblPr>
        <w:tblW w:type="auto" w:w="0"/>
        <w:jc w:val="center"/>
        <w:tblLook w:firstColumn="1" w:firstRow="1" w:lastColumn="0" w:lastRow="0" w:noHBand="0" w:noVBand="1" w:val="04A0"/>
      </w:tblPr>
      <w:tblGrid>
        <w:gridCol w:w="10368"/>
      </w:tblGrid>
      <w:tr>
        <w:tc>
          <w:tcPr>
            <w:tcW w:type="dxa" w:w="10368"/>
            <w:shd w:fill="FFF2CC"/>
          </w:tcPr>
          <w:p>
            <w:r>
              <w:rPr>
                <w:rFonts w:ascii="Aptos Display" w:hAnsi="Aptos Display"/>
                <w:b/>
                <w:color w:val="17365D"/>
                <w:sz w:val="24"/>
              </w:rPr>
              <w:t>PERCENTAGE CHANGE</w:t>
              <w:br/>
            </w:r>
            <w:r>
              <w:rPr>
                <w:rFonts w:ascii="Aptos" w:hAnsi="Aptos"/>
                <w:color w:val="222222"/>
                <w:sz w:val="21"/>
              </w:rPr>
              <w:t>If speed increases by x%, time decreases by x/(100+x) × 100%.</w:t>
              <w:br/>
              <w:t>If speed decreases by x%, time increases by x/(100−x) × 100%.</w:t>
            </w:r>
          </w:p>
        </w:tc>
      </w:tr>
    </w:tbl>
    <w:p>
      <w:pPr>
        <w:spacing w:after="20"/>
      </w:pPr>
    </w:p>
    <w:tbl>
      <w:tblPr>
        <w:tblW w:type="auto" w:w="0"/>
        <w:jc w:val="center"/>
        <w:tblLook w:firstColumn="1" w:firstRow="1" w:lastColumn="0" w:lastRow="0" w:noHBand="0" w:noVBand="1" w:val="04A0"/>
      </w:tblPr>
      <w:tblGrid>
        <w:gridCol w:w="10368"/>
      </w:tblGrid>
      <w:tr>
        <w:tc>
          <w:tcPr>
            <w:tcW w:type="dxa" w:w="10368"/>
            <w:shd w:fill="FCE4D6"/>
          </w:tcPr>
          <w:p>
            <w:r>
              <w:rPr>
                <w:rFonts w:ascii="Aptos Display" w:hAnsi="Aptos Display"/>
                <w:b/>
                <w:color w:val="C00000"/>
                <w:sz w:val="24"/>
              </w:rPr>
              <w:t>EXAM TRAP</w:t>
              <w:br/>
            </w:r>
            <w:r>
              <w:rPr>
                <w:rFonts w:ascii="Aptos" w:hAnsi="Aptos"/>
                <w:color w:val="222222"/>
                <w:sz w:val="21"/>
              </w:rPr>
              <w:t>Never take the simple average of speeds unless the corresponding travel times are equal. For equal distances, use the harmonic-mean formula.</w:t>
            </w:r>
          </w:p>
        </w:tc>
      </w:tr>
    </w:tbl>
    <w:p>
      <w:pPr>
        <w:spacing w:after="20"/>
      </w:pP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Speed, Distance &amp; Time  •  Advanced Practice Worksheet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F75B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8C9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