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Georgia" w:hAnsi="Georgia"/>
          <w:b/>
          <w:color w:val="168AAD"/>
          <w:sz w:val="44"/>
        </w:rPr>
        <w:t>CHAPTER 7</w:t>
      </w:r>
    </w:p>
    <w:p>
      <w:pPr>
        <w:jc w:val="center"/>
      </w:pPr>
      <w:r>
        <w:rPr>
          <w:rFonts w:ascii="Georgia" w:hAnsi="Georgia"/>
          <w:b/>
          <w:color w:val="243447"/>
          <w:sz w:val="72"/>
        </w:rPr>
        <w:t>SPEED, DISTANCE &amp; TIME</w:t>
      </w:r>
    </w:p>
    <w:p>
      <w:pPr>
        <w:jc w:val="center"/>
      </w:pPr>
      <w:r>
        <w:rPr>
          <w:color w:val="6A4C93"/>
          <w:sz w:val="26"/>
        </w:rPr>
        <w:t>Motion • Average Speed • Trains • Boats • Relative Speed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F0E8F7"/>
          </w:tcPr>
          <w:p>
            <w:r>
              <w:rPr>
                <w:rFonts w:ascii="Georgia" w:hAnsi="Georgia"/>
                <w:b/>
                <w:color w:val="6A4C93"/>
                <w:sz w:val="22"/>
              </w:rPr>
              <w:t>LEARNING OBJECTIVE</w:t>
              <w:br/>
            </w:r>
            <w:r>
              <w:t>Master speed, distance and time and apply them to average speed, relative motion, trains, boats and streams, circular tracks, races, catch-up and changing-speed problems.</w:t>
            </w:r>
          </w:p>
        </w:tc>
      </w:tr>
    </w:tbl>
    <w:p/>
    <w:p>
      <w:pPr>
        <w:pStyle w:val="Heading1"/>
      </w:pPr>
      <w:r>
        <w:t>1. Basic Relationship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2F8"/>
          </w:tcPr>
          <w:p>
            <w:r>
              <w:rPr>
                <w:rFonts w:ascii="Georgia" w:hAnsi="Georgia"/>
                <w:b/>
                <w:color w:val="243447"/>
                <w:sz w:val="22"/>
              </w:rPr>
              <w:t>CORE FORMULAS</w:t>
              <w:br/>
            </w:r>
            <w:r>
              <w:t>Distance = Speed × Time</w:t>
              <w:br/>
              <w:t>Speed = Distance ÷ Time</w:t>
              <w:br/>
              <w:t>Time = Distance ÷ Speed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FFF4D6"/>
          </w:tcPr>
          <w:p>
            <w:r>
              <w:rPr>
                <w:rFonts w:ascii="Georgia" w:hAnsi="Georgia"/>
                <w:b/>
                <w:color w:val="C68A00"/>
                <w:sz w:val="22"/>
              </w:rPr>
              <w:t>UNIT CONVERSION</w:t>
              <w:br/>
            </w:r>
            <w:r>
              <w:t>1 km = 1000 m; 1 hour = 3600 s; 1 m/s = 18/5 km/h; 1 km/h = 5/18 m/s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2F8"/>
          </w:tcPr>
          <w:p>
            <w:r>
              <w:rPr>
                <w:rFonts w:ascii="Georgia" w:hAnsi="Georgia"/>
                <w:b/>
                <w:color w:val="6A4C93"/>
              </w:rPr>
              <w:t>Example 1 | Basic speed</w:t>
            </w:r>
          </w:p>
          <w:p>
            <w:r>
              <w:rPr>
                <w:b/>
              </w:rPr>
              <w:t xml:space="preserve">Question: </w:t>
            </w:r>
            <w:r>
              <w:t>A car covers 240 km in 4 hours. Find its speed.</w:t>
            </w:r>
          </w:p>
          <w:p>
            <w:r>
              <w:rPr>
                <w:b/>
              </w:rPr>
              <w:t xml:space="preserve">Solution: </w:t>
            </w:r>
            <w:r>
              <w:t>240÷4=60.</w:t>
            </w:r>
          </w:p>
          <w:p>
            <w:r>
              <w:rPr>
                <w:b/>
                <w:color w:val="243447"/>
              </w:rPr>
              <w:t>Final Answer: 60 km/h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2F8"/>
          </w:tcPr>
          <w:p>
            <w:r>
              <w:rPr>
                <w:rFonts w:ascii="Georgia" w:hAnsi="Georgia"/>
                <w:b/>
                <w:color w:val="6A4C93"/>
              </w:rPr>
              <w:t>Example 2 | Distance</w:t>
            </w:r>
          </w:p>
          <w:p>
            <w:r>
              <w:rPr>
                <w:b/>
              </w:rPr>
              <w:t xml:space="preserve">Question: </w:t>
            </w:r>
            <w:r>
              <w:t>A cyclist travels at 18 km/h for 2.5 hours. Find distance.</w:t>
            </w:r>
          </w:p>
          <w:p>
            <w:r>
              <w:rPr>
                <w:b/>
              </w:rPr>
              <w:t xml:space="preserve">Solution: </w:t>
            </w:r>
            <w:r>
              <w:t>18×2.5=45.</w:t>
            </w:r>
          </w:p>
          <w:p>
            <w:r>
              <w:rPr>
                <w:b/>
                <w:color w:val="243447"/>
              </w:rPr>
              <w:t>Final Answer: 45 km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2F8"/>
          </w:tcPr>
          <w:p>
            <w:r>
              <w:rPr>
                <w:rFonts w:ascii="Georgia" w:hAnsi="Georgia"/>
                <w:b/>
                <w:color w:val="6A4C93"/>
              </w:rPr>
              <w:t>Example 3 | Time</w:t>
            </w:r>
          </w:p>
          <w:p>
            <w:r>
              <w:rPr>
                <w:b/>
              </w:rPr>
              <w:t xml:space="preserve">Question: </w:t>
            </w:r>
            <w:r>
              <w:t>A train travels 360 km at 72 km/h. Find time.</w:t>
            </w:r>
          </w:p>
          <w:p>
            <w:r>
              <w:rPr>
                <w:b/>
              </w:rPr>
              <w:t xml:space="preserve">Solution: </w:t>
            </w:r>
            <w:r>
              <w:t>360÷72=5.</w:t>
            </w:r>
          </w:p>
          <w:p>
            <w:r>
              <w:rPr>
                <w:b/>
                <w:color w:val="243447"/>
              </w:rPr>
              <w:t>Final Answer: 5 hours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2F8"/>
          </w:tcPr>
          <w:p>
            <w:r>
              <w:rPr>
                <w:rFonts w:ascii="Georgia" w:hAnsi="Georgia"/>
                <w:b/>
                <w:color w:val="6A4C93"/>
              </w:rPr>
              <w:t>Example 4 | Conversion</w:t>
            </w:r>
          </w:p>
          <w:p>
            <w:r>
              <w:rPr>
                <w:b/>
              </w:rPr>
              <w:t xml:space="preserve">Question: </w:t>
            </w:r>
            <w:r>
              <w:t>Convert 54 km/h into m/s.</w:t>
            </w:r>
          </w:p>
          <w:p>
            <w:r>
              <w:rPr>
                <w:b/>
              </w:rPr>
              <w:t xml:space="preserve">Solution: </w:t>
            </w:r>
            <w:r>
              <w:t>54×5/18=15.</w:t>
            </w:r>
          </w:p>
          <w:p>
            <w:r>
              <w:rPr>
                <w:b/>
                <w:color w:val="243447"/>
              </w:rPr>
              <w:t>Final Answer: 15 m/s</w:t>
            </w:r>
          </w:p>
        </w:tc>
      </w:tr>
    </w:tbl>
    <w:p/>
    <w:p>
      <w:pPr>
        <w:pStyle w:val="Heading1"/>
      </w:pPr>
      <w:r>
        <w:t>2. Fixed Distance and Speed-Time Relation</w:t>
      </w:r>
    </w:p>
    <w:p>
      <w:r>
        <w:t>For a fixed distance, speed and time are inversely proportional: increasing speed decreases the time required.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2F8"/>
          </w:tcPr>
          <w:p>
            <w:r>
              <w:rPr>
                <w:rFonts w:ascii="Georgia" w:hAnsi="Georgia"/>
                <w:b/>
                <w:color w:val="6A4C93"/>
              </w:rPr>
              <w:t>Example 5 | Inverse relation</w:t>
            </w:r>
          </w:p>
          <w:p>
            <w:r>
              <w:rPr>
                <w:b/>
              </w:rPr>
              <w:t xml:space="preserve">Question: </w:t>
            </w:r>
            <w:r>
              <w:t>A journey takes 8 hours at 45 km/h. How long at 60 km/h?</w:t>
            </w:r>
          </w:p>
          <w:p>
            <w:r>
              <w:rPr>
                <w:b/>
              </w:rPr>
              <w:t xml:space="preserve">Solution: </w:t>
            </w:r>
            <w:r>
              <w:t>Distance=45×8=360 km. New time=360÷60=6 h.</w:t>
            </w:r>
          </w:p>
          <w:p>
            <w:r>
              <w:rPr>
                <w:b/>
                <w:color w:val="243447"/>
              </w:rPr>
              <w:t>Final Answer: 6 hours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2F8"/>
          </w:tcPr>
          <w:p>
            <w:r>
              <w:rPr>
                <w:rFonts w:ascii="Georgia" w:hAnsi="Georgia"/>
                <w:b/>
                <w:color w:val="6A4C93"/>
              </w:rPr>
              <w:t>Example 6 | Direct relation</w:t>
            </w:r>
          </w:p>
          <w:p>
            <w:r>
              <w:rPr>
                <w:b/>
              </w:rPr>
              <w:t xml:space="preserve">Question: </w:t>
            </w:r>
            <w:r>
              <w:t>A vehicle travels 150 km in 3 hours. How far in 7 hours at the same speed?</w:t>
            </w:r>
          </w:p>
          <w:p>
            <w:r>
              <w:rPr>
                <w:b/>
              </w:rPr>
              <w:t xml:space="preserve">Solution: </w:t>
            </w:r>
            <w:r>
              <w:t>Speed=50 km/h. Distance=50×7=350 km.</w:t>
            </w:r>
          </w:p>
          <w:p>
            <w:r>
              <w:rPr>
                <w:b/>
                <w:color w:val="243447"/>
              </w:rPr>
              <w:t>Final Answer: 350 km</w:t>
            </w:r>
          </w:p>
        </w:tc>
      </w:tr>
    </w:tbl>
    <w:p/>
    <w:p>
      <w:pPr>
        <w:pStyle w:val="Heading1"/>
      </w:pPr>
      <w:r>
        <w:t>3. Average Speed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F0E8F7"/>
          </w:tcPr>
          <w:p>
            <w:r>
              <w:rPr>
                <w:rFonts w:ascii="Georgia" w:hAnsi="Georgia"/>
                <w:b/>
                <w:color w:val="6A4C93"/>
                <w:sz w:val="22"/>
              </w:rPr>
              <w:t>AVERAGE SPEED</w:t>
              <w:br/>
            </w:r>
            <w:r>
              <w:t>Average speed = Total distance ÷ Total time.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2F8"/>
          </w:tcPr>
          <w:p>
            <w:r>
              <w:rPr>
                <w:rFonts w:ascii="Georgia" w:hAnsi="Georgia"/>
                <w:b/>
                <w:color w:val="6A4C93"/>
              </w:rPr>
              <w:t>Example 7 | Two stages</w:t>
            </w:r>
          </w:p>
          <w:p>
            <w:r>
              <w:rPr>
                <w:b/>
              </w:rPr>
              <w:t xml:space="preserve">Question: </w:t>
            </w:r>
            <w:r>
              <w:t>A car travels 120 km at 40 km/h and 180 km at 60 km/h. Find average speed.</w:t>
            </w:r>
          </w:p>
          <w:p>
            <w:r>
              <w:rPr>
                <w:b/>
              </w:rPr>
              <w:t xml:space="preserve">Solution: </w:t>
            </w:r>
            <w:r>
              <w:t>Times are 3 h and 3 h. Total distance=300 km, total time=6 h. Average=50 km/h.</w:t>
            </w:r>
          </w:p>
          <w:p>
            <w:r>
              <w:rPr>
                <w:b/>
                <w:color w:val="243447"/>
              </w:rPr>
              <w:t>Final Answer: 50 km/h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2F8"/>
          </w:tcPr>
          <w:p>
            <w:r>
              <w:rPr>
                <w:rFonts w:ascii="Georgia" w:hAnsi="Georgia"/>
                <w:b/>
                <w:color w:val="6A4C93"/>
              </w:rPr>
              <w:t>Example 8 | Equal distances</w:t>
            </w:r>
          </w:p>
          <w:p>
            <w:r>
              <w:rPr>
                <w:b/>
              </w:rPr>
              <w:t xml:space="preserve">Question: </w:t>
            </w:r>
            <w:r>
              <w:t>A person travels equal distances at 30 and 50 km/h. Find average speed.</w:t>
            </w:r>
          </w:p>
          <w:p>
            <w:r>
              <w:rPr>
                <w:b/>
              </w:rPr>
              <w:t xml:space="preserve">Solution: </w:t>
            </w:r>
            <w:r>
              <w:t>For equal distances, average=2uv/(u+v)=3000/80=37.5.</w:t>
            </w:r>
          </w:p>
          <w:p>
            <w:r>
              <w:rPr>
                <w:b/>
                <w:color w:val="243447"/>
              </w:rPr>
              <w:t>Final Answer: 37.5 km/h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2F8"/>
          </w:tcPr>
          <w:p>
            <w:r>
              <w:rPr>
                <w:rFonts w:ascii="Georgia" w:hAnsi="Georgia"/>
                <w:b/>
                <w:color w:val="6A4C93"/>
              </w:rPr>
              <w:t>Example 9 | Equal times</w:t>
            </w:r>
          </w:p>
          <w:p>
            <w:r>
              <w:rPr>
                <w:b/>
              </w:rPr>
              <w:t xml:space="preserve">Question: </w:t>
            </w:r>
            <w:r>
              <w:t>A vehicle moves for equal times at 40 and 60 km/h. Find average speed.</w:t>
            </w:r>
          </w:p>
          <w:p>
            <w:r>
              <w:rPr>
                <w:b/>
              </w:rPr>
              <w:t xml:space="preserve">Solution: </w:t>
            </w:r>
            <w:r>
              <w:t>Equal-time average=(40+60)/2=50.</w:t>
            </w:r>
          </w:p>
          <w:p>
            <w:r>
              <w:rPr>
                <w:b/>
                <w:color w:val="243447"/>
              </w:rPr>
              <w:t>Final Answer: 50 km/h</w:t>
            </w:r>
          </w:p>
        </w:tc>
      </w:tr>
    </w:tbl>
    <w:p/>
    <w:p>
      <w:pPr>
        <w:pStyle w:val="Heading1"/>
      </w:pPr>
      <w:r>
        <w:t>4. Relative Speed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6F6F5"/>
          </w:tcPr>
          <w:p>
            <w:r>
              <w:rPr>
                <w:rFonts w:ascii="Georgia" w:hAnsi="Georgia"/>
                <w:b/>
                <w:color w:val="168AAD"/>
                <w:sz w:val="22"/>
              </w:rPr>
              <w:t>RELATIVE SPEED</w:t>
              <w:br/>
            </w:r>
            <w:r>
              <w:t>Opposite directions → add speeds. Same direction → subtract speeds.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2F8"/>
          </w:tcPr>
          <w:p>
            <w:r>
              <w:rPr>
                <w:rFonts w:ascii="Georgia" w:hAnsi="Georgia"/>
                <w:b/>
                <w:color w:val="6A4C93"/>
              </w:rPr>
              <w:t>Example 10 | Opposite direction</w:t>
            </w:r>
          </w:p>
          <w:p>
            <w:r>
              <w:rPr>
                <w:b/>
              </w:rPr>
              <w:t xml:space="preserve">Question: </w:t>
            </w:r>
            <w:r>
              <w:t>Two cars approach each other at 50 and 70 km/h and are 240 km apart. Find meeting time.</w:t>
            </w:r>
          </w:p>
          <w:p>
            <w:r>
              <w:rPr>
                <w:b/>
              </w:rPr>
              <w:t xml:space="preserve">Solution: </w:t>
            </w:r>
            <w:r>
              <w:t>Relative speed=120 km/h. Time=240÷120=2 h.</w:t>
            </w:r>
          </w:p>
          <w:p>
            <w:r>
              <w:rPr>
                <w:b/>
                <w:color w:val="243447"/>
              </w:rPr>
              <w:t>Final Answer: 2 hours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2F8"/>
          </w:tcPr>
          <w:p>
            <w:r>
              <w:rPr>
                <w:rFonts w:ascii="Georgia" w:hAnsi="Georgia"/>
                <w:b/>
                <w:color w:val="6A4C93"/>
              </w:rPr>
              <w:t>Example 11 | Same direction</w:t>
            </w:r>
          </w:p>
          <w:p>
            <w:r>
              <w:rPr>
                <w:b/>
              </w:rPr>
              <w:t xml:space="preserve">Question: </w:t>
            </w:r>
            <w:r>
              <w:t>Two cyclists move at 28 and 20 km/h. How long to gain 24 km?</w:t>
            </w:r>
          </w:p>
          <w:p>
            <w:r>
              <w:rPr>
                <w:b/>
              </w:rPr>
              <w:t xml:space="preserve">Solution: </w:t>
            </w:r>
            <w:r>
              <w:t>Relative speed=8 km/h. Time=24÷8=3 h.</w:t>
            </w:r>
          </w:p>
          <w:p>
            <w:r>
              <w:rPr>
                <w:b/>
                <w:color w:val="243447"/>
              </w:rPr>
              <w:t>Final Answer: 3 hours</w:t>
            </w:r>
          </w:p>
        </w:tc>
      </w:tr>
    </w:tbl>
    <w:p/>
    <w:p>
      <w:pPr>
        <w:pStyle w:val="Heading1"/>
      </w:pPr>
      <w:r>
        <w:t>5. Trains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FFF4D6"/>
          </w:tcPr>
          <w:p>
            <w:r>
              <w:rPr>
                <w:rFonts w:ascii="Georgia" w:hAnsi="Georgia"/>
                <w:b/>
                <w:color w:val="C68A00"/>
                <w:sz w:val="22"/>
              </w:rPr>
              <w:t>TRAIN RULES</w:t>
              <w:br/>
            </w:r>
            <w:r>
              <w:t>Point/person: time=train length÷speed.</w:t>
              <w:br/>
              <w:t>Platform: time=(train length+platform length)÷speed.</w:t>
              <w:br/>
              <w:t>Two trains: total lengths÷relative speed.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2F8"/>
          </w:tcPr>
          <w:p>
            <w:r>
              <w:rPr>
                <w:rFonts w:ascii="Georgia" w:hAnsi="Georgia"/>
                <w:b/>
                <w:color w:val="6A4C93"/>
              </w:rPr>
              <w:t>Example 12 | Train and pole</w:t>
            </w:r>
          </w:p>
          <w:p>
            <w:r>
              <w:rPr>
                <w:b/>
              </w:rPr>
              <w:t xml:space="preserve">Question: </w:t>
            </w:r>
            <w:r>
              <w:t>A 180 m train travels at 54 km/h. Time to cross a pole?</w:t>
            </w:r>
          </w:p>
          <w:p>
            <w:r>
              <w:rPr>
                <w:b/>
              </w:rPr>
              <w:t xml:space="preserve">Solution: </w:t>
            </w:r>
            <w:r>
              <w:t>54 km/h=15 m/s. Time=180÷15=12 s.</w:t>
            </w:r>
          </w:p>
          <w:p>
            <w:r>
              <w:rPr>
                <w:b/>
                <w:color w:val="243447"/>
              </w:rPr>
              <w:t>Final Answer: 12 seconds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2F8"/>
          </w:tcPr>
          <w:p>
            <w:r>
              <w:rPr>
                <w:rFonts w:ascii="Georgia" w:hAnsi="Georgia"/>
                <w:b/>
                <w:color w:val="6A4C93"/>
              </w:rPr>
              <w:t>Example 13 | Train and platform</w:t>
            </w:r>
          </w:p>
          <w:p>
            <w:r>
              <w:rPr>
                <w:b/>
              </w:rPr>
              <w:t xml:space="preserve">Question: </w:t>
            </w:r>
            <w:r>
              <w:t>A 150 m train crosses a 350 m platform at 72 km/h. Find time.</w:t>
            </w:r>
          </w:p>
          <w:p>
            <w:r>
              <w:rPr>
                <w:b/>
              </w:rPr>
              <w:t xml:space="preserve">Solution: </w:t>
            </w:r>
            <w:r>
              <w:t>Total distance=500 m; speed=20 m/s; time=25 s.</w:t>
            </w:r>
          </w:p>
          <w:p>
            <w:r>
              <w:rPr>
                <w:b/>
                <w:color w:val="243447"/>
              </w:rPr>
              <w:t>Final Answer: 25 seconds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2F8"/>
          </w:tcPr>
          <w:p>
            <w:r>
              <w:rPr>
                <w:rFonts w:ascii="Georgia" w:hAnsi="Georgia"/>
                <w:b/>
                <w:color w:val="6A4C93"/>
              </w:rPr>
              <w:t>Example 14 | Two trains opposite</w:t>
            </w:r>
          </w:p>
          <w:p>
            <w:r>
              <w:rPr>
                <w:b/>
              </w:rPr>
              <w:t xml:space="preserve">Question: </w:t>
            </w:r>
            <w:r>
              <w:t>Trains of 180 m and 220 m travel at 54 and 72 km/h in opposite directions. Find crossing time.</w:t>
            </w:r>
          </w:p>
          <w:p>
            <w:r>
              <w:rPr>
                <w:b/>
              </w:rPr>
              <w:t xml:space="preserve">Solution: </w:t>
            </w:r>
            <w:r>
              <w:t>Total length=400 m; relative speed=126 km/h=35 m/s; time=400/35=80/7 s.</w:t>
            </w:r>
          </w:p>
          <w:p>
            <w:r>
              <w:rPr>
                <w:b/>
                <w:color w:val="243447"/>
              </w:rPr>
              <w:t>Final Answer: 80/7 s ≈ 11.43 s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2F8"/>
          </w:tcPr>
          <w:p>
            <w:r>
              <w:rPr>
                <w:rFonts w:ascii="Georgia" w:hAnsi="Georgia"/>
                <w:b/>
                <w:color w:val="6A4C93"/>
              </w:rPr>
              <w:t>Example 15 | Two trains same direction</w:t>
            </w:r>
          </w:p>
          <w:p>
            <w:r>
              <w:rPr>
                <w:b/>
              </w:rPr>
              <w:t xml:space="preserve">Question: </w:t>
            </w:r>
            <w:r>
              <w:t>A 200 m train at 72 km/h overtakes a 150 m train at 54 km/h. Find time.</w:t>
            </w:r>
          </w:p>
          <w:p>
            <w:r>
              <w:rPr>
                <w:b/>
              </w:rPr>
              <w:t xml:space="preserve">Solution: </w:t>
            </w:r>
            <w:r>
              <w:t>Relative speed=18 km/h=5 m/s; distance=350 m; time=70 s.</w:t>
            </w:r>
          </w:p>
          <w:p>
            <w:r>
              <w:rPr>
                <w:b/>
                <w:color w:val="243447"/>
              </w:rPr>
              <w:t>Final Answer: 70 seconds</w:t>
            </w:r>
          </w:p>
        </w:tc>
      </w:tr>
    </w:tbl>
    <w:p/>
    <w:p>
      <w:pPr>
        <w:pStyle w:val="Heading1"/>
      </w:pPr>
      <w:r>
        <w:t>6. Boats and Streams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6F6F5"/>
          </w:tcPr>
          <w:p>
            <w:r>
              <w:rPr>
                <w:rFonts w:ascii="Georgia" w:hAnsi="Georgia"/>
                <w:b/>
                <w:color w:val="168AAD"/>
                <w:sz w:val="22"/>
              </w:rPr>
              <w:t>BOAT FORMULAS</w:t>
              <w:br/>
            </w:r>
            <w:r>
              <w:t>Downstream = boat speed + stream speed</w:t>
              <w:br/>
              <w:t>Upstream = boat speed − stream speed</w:t>
              <w:br/>
              <w:t>Still-water speed=(D+U)/2</w:t>
              <w:br/>
              <w:t>Stream speed=(D−U)/2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2F8"/>
          </w:tcPr>
          <w:p>
            <w:r>
              <w:rPr>
                <w:rFonts w:ascii="Georgia" w:hAnsi="Georgia"/>
                <w:b/>
                <w:color w:val="6A4C93"/>
              </w:rPr>
              <w:t>Example 16 | Find boat and stream speed</w:t>
            </w:r>
          </w:p>
          <w:p>
            <w:r>
              <w:rPr>
                <w:b/>
              </w:rPr>
              <w:t xml:space="preserve">Question: </w:t>
            </w:r>
            <w:r>
              <w:t>Downstream speed is 18 km/h and upstream speed is 10 km/h. Find both.</w:t>
            </w:r>
          </w:p>
          <w:p>
            <w:r>
              <w:rPr>
                <w:b/>
              </w:rPr>
              <w:t xml:space="preserve">Solution: </w:t>
            </w:r>
            <w:r>
              <w:t>Still-water=(18+10)/2=14; stream=(18−10)/2=4.</w:t>
            </w:r>
          </w:p>
          <w:p>
            <w:r>
              <w:rPr>
                <w:b/>
                <w:color w:val="243447"/>
              </w:rPr>
              <w:t>Final Answer: 14 km/h and 4 km/h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2F8"/>
          </w:tcPr>
          <w:p>
            <w:r>
              <w:rPr>
                <w:rFonts w:ascii="Georgia" w:hAnsi="Georgia"/>
                <w:b/>
                <w:color w:val="6A4C93"/>
              </w:rPr>
              <w:t>Example 17 | Downstream time</w:t>
            </w:r>
          </w:p>
          <w:p>
            <w:r>
              <w:rPr>
                <w:b/>
              </w:rPr>
              <w:t xml:space="preserve">Question: </w:t>
            </w:r>
            <w:r>
              <w:t>Still-water speed=15 km/h, stream=3 km/h. Find time for 72 km downstream.</w:t>
            </w:r>
          </w:p>
          <w:p>
            <w:r>
              <w:rPr>
                <w:b/>
              </w:rPr>
              <w:t xml:space="preserve">Solution: </w:t>
            </w:r>
            <w:r>
              <w:t>Downstream speed=18; time=72÷18=4 h.</w:t>
            </w:r>
          </w:p>
          <w:p>
            <w:r>
              <w:rPr>
                <w:b/>
                <w:color w:val="243447"/>
              </w:rPr>
              <w:t>Final Answer: 4 hours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2F8"/>
          </w:tcPr>
          <w:p>
            <w:r>
              <w:rPr>
                <w:rFonts w:ascii="Georgia" w:hAnsi="Georgia"/>
                <w:b/>
                <w:color w:val="6A4C93"/>
              </w:rPr>
              <w:t>Example 18 | Upstream time</w:t>
            </w:r>
          </w:p>
          <w:p>
            <w:r>
              <w:rPr>
                <w:b/>
              </w:rPr>
              <w:t xml:space="preserve">Question: </w:t>
            </w:r>
            <w:r>
              <w:t>A boat travels 48 km upstream at 12 km/h. Find time.</w:t>
            </w:r>
          </w:p>
          <w:p>
            <w:r>
              <w:rPr>
                <w:b/>
              </w:rPr>
              <w:t xml:space="preserve">Solution: </w:t>
            </w:r>
            <w:r>
              <w:t>48÷12=4 h.</w:t>
            </w:r>
          </w:p>
          <w:p>
            <w:r>
              <w:rPr>
                <w:b/>
                <w:color w:val="243447"/>
              </w:rPr>
              <w:t>Final Answer: 4 hours</w:t>
            </w:r>
          </w:p>
        </w:tc>
      </w:tr>
    </w:tbl>
    <w:p/>
    <w:p>
      <w:pPr>
        <w:pStyle w:val="Heading1"/>
      </w:pPr>
      <w:r>
        <w:t>7. Circular Tracks</w:t>
      </w:r>
    </w:p>
    <w:p>
      <w:r>
        <w:t>For objects starting together on a circular track, use relative speed. The first meeting/overtaking time is based on one circumference of relative travel.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2F8"/>
          </w:tcPr>
          <w:p>
            <w:r>
              <w:rPr>
                <w:rFonts w:ascii="Georgia" w:hAnsi="Georgia"/>
                <w:b/>
                <w:color w:val="6A4C93"/>
              </w:rPr>
              <w:t>Example 19 | Opposite directions</w:t>
            </w:r>
          </w:p>
          <w:p>
            <w:r>
              <w:rPr>
                <w:b/>
              </w:rPr>
              <w:t xml:space="preserve">Question: </w:t>
            </w:r>
            <w:r>
              <w:t>Two runners move on a 400 m track at 6 and 4 m/s in opposite directions. First meeting time?</w:t>
            </w:r>
          </w:p>
          <w:p>
            <w:r>
              <w:rPr>
                <w:b/>
              </w:rPr>
              <w:t xml:space="preserve">Solution: </w:t>
            </w:r>
            <w:r>
              <w:t>Relative speed=10 m/s. Time=400÷10=40 s.</w:t>
            </w:r>
          </w:p>
          <w:p>
            <w:r>
              <w:rPr>
                <w:b/>
                <w:color w:val="243447"/>
              </w:rPr>
              <w:t>Final Answer: 40 seconds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2F8"/>
          </w:tcPr>
          <w:p>
            <w:r>
              <w:rPr>
                <w:rFonts w:ascii="Georgia" w:hAnsi="Georgia"/>
                <w:b/>
                <w:color w:val="6A4C93"/>
              </w:rPr>
              <w:t>Example 20 | Same direction</w:t>
            </w:r>
          </w:p>
          <w:p>
            <w:r>
              <w:rPr>
                <w:b/>
              </w:rPr>
              <w:t xml:space="preserve">Question: </w:t>
            </w:r>
            <w:r>
              <w:t>Two runners move on a 500 m track at 8 and 6 m/s. When does the faster first overtake?</w:t>
            </w:r>
          </w:p>
          <w:p>
            <w:r>
              <w:rPr>
                <w:b/>
              </w:rPr>
              <w:t xml:space="preserve">Solution: </w:t>
            </w:r>
            <w:r>
              <w:t>Relative speed=2 m/s. Time=500÷2=250 s.</w:t>
            </w:r>
          </w:p>
          <w:p>
            <w:r>
              <w:rPr>
                <w:b/>
                <w:color w:val="243447"/>
              </w:rPr>
              <w:t>Final Answer: 250 seconds</w:t>
            </w:r>
          </w:p>
        </w:tc>
      </w:tr>
    </w:tbl>
    <w:p/>
    <w:p>
      <w:pPr>
        <w:pStyle w:val="Heading1"/>
      </w:pPr>
      <w:r>
        <w:t>8. Races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2F8"/>
          </w:tcPr>
          <w:p>
            <w:r>
              <w:rPr>
                <w:rFonts w:ascii="Georgia" w:hAnsi="Georgia"/>
                <w:b/>
                <w:color w:val="6A4C93"/>
              </w:rPr>
              <w:t>Example 21 | Race</w:t>
            </w:r>
          </w:p>
          <w:p>
            <w:r>
              <w:rPr>
                <w:b/>
              </w:rPr>
              <w:t xml:space="preserve">Question: </w:t>
            </w:r>
            <w:r>
              <w:t>A runs 100 m in 10 s and B in 12.5 s. How far behind is B when A finishes?</w:t>
            </w:r>
          </w:p>
          <w:p>
            <w:r>
              <w:rPr>
                <w:b/>
              </w:rPr>
              <w:t xml:space="preserve">Solution: </w:t>
            </w:r>
            <w:r>
              <w:t>B speed=8 m/s. In 10 s B covers 80 m, so gap=20 m.</w:t>
            </w:r>
          </w:p>
          <w:p>
            <w:r>
              <w:rPr>
                <w:b/>
                <w:color w:val="243447"/>
              </w:rPr>
              <w:t>Final Answer: 20 m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2F8"/>
          </w:tcPr>
          <w:p>
            <w:r>
              <w:rPr>
                <w:rFonts w:ascii="Georgia" w:hAnsi="Georgia"/>
                <w:b/>
                <w:color w:val="6A4C93"/>
              </w:rPr>
              <w:t>Example 22 | Speed ratio</w:t>
            </w:r>
          </w:p>
          <w:p>
            <w:r>
              <w:rPr>
                <w:b/>
              </w:rPr>
              <w:t xml:space="preserve">Question: </w:t>
            </w:r>
            <w:r>
              <w:t>A beats B by 20 m in a 100 m race. Find speed ratio A:B.</w:t>
            </w:r>
          </w:p>
          <w:p>
            <w:r>
              <w:rPr>
                <w:b/>
              </w:rPr>
              <w:t xml:space="preserve">Solution: </w:t>
            </w:r>
            <w:r>
              <w:t>When A covers 100 m, B covers 80 m. Ratio=100:80=5:4.</w:t>
            </w:r>
          </w:p>
          <w:p>
            <w:r>
              <w:rPr>
                <w:b/>
                <w:color w:val="243447"/>
              </w:rPr>
              <w:t>Final Answer: 5:4</w:t>
            </w:r>
          </w:p>
        </w:tc>
      </w:tr>
    </w:tbl>
    <w:p/>
    <w:p>
      <w:pPr>
        <w:pStyle w:val="Heading1"/>
      </w:pPr>
      <w:r>
        <w:t>9. Catch-up Problems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2F8"/>
          </w:tcPr>
          <w:p>
            <w:r>
              <w:rPr>
                <w:rFonts w:ascii="Georgia" w:hAnsi="Georgia"/>
                <w:b/>
                <w:color w:val="6A4C93"/>
              </w:rPr>
              <w:t>Example 23 | Meeting</w:t>
            </w:r>
          </w:p>
          <w:p>
            <w:r>
              <w:rPr>
                <w:b/>
              </w:rPr>
              <w:t xml:space="preserve">Question: </w:t>
            </w:r>
            <w:r>
              <w:t>Two towns are 420 km apart. Cars travel towards each other at 60 and 80 km/h. Find meeting time.</w:t>
            </w:r>
          </w:p>
          <w:p>
            <w:r>
              <w:rPr>
                <w:b/>
              </w:rPr>
              <w:t xml:space="preserve">Solution: </w:t>
            </w:r>
            <w:r>
              <w:t>Relative speed=140; time=420÷140=3 h.</w:t>
            </w:r>
          </w:p>
          <w:p>
            <w:r>
              <w:rPr>
                <w:b/>
                <w:color w:val="243447"/>
              </w:rPr>
              <w:t>Final Answer: 3 hours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2F8"/>
          </w:tcPr>
          <w:p>
            <w:r>
              <w:rPr>
                <w:rFonts w:ascii="Georgia" w:hAnsi="Georgia"/>
                <w:b/>
                <w:color w:val="6A4C93"/>
              </w:rPr>
              <w:t>Example 24 | Delayed start</w:t>
            </w:r>
          </w:p>
          <w:p>
            <w:r>
              <w:rPr>
                <w:b/>
              </w:rPr>
              <w:t xml:space="preserve">Question: </w:t>
            </w:r>
            <w:r>
              <w:t>A bus leaves at 8 a.m. at 50 km/h. Another leaves at 9 a.m. at 75 km/h. When does the second catch it?</w:t>
            </w:r>
          </w:p>
          <w:p>
            <w:r>
              <w:rPr>
                <w:b/>
              </w:rPr>
              <w:t xml:space="preserve">Solution: </w:t>
            </w:r>
            <w:r>
              <w:t>Head start=50 km. Relative speed=25 km/h. Catch-up time=2 h after 9 a.m.</w:t>
            </w:r>
          </w:p>
          <w:p>
            <w:r>
              <w:rPr>
                <w:b/>
                <w:color w:val="243447"/>
              </w:rPr>
              <w:t>Final Answer: 11:00 a.m.</w:t>
            </w:r>
          </w:p>
        </w:tc>
      </w:tr>
    </w:tbl>
    <w:p/>
    <w:p>
      <w:pPr>
        <w:pStyle w:val="Heading1"/>
      </w:pPr>
      <w:r>
        <w:t>10. Changing Speed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2F8"/>
          </w:tcPr>
          <w:p>
            <w:r>
              <w:rPr>
                <w:rFonts w:ascii="Georgia" w:hAnsi="Georgia"/>
                <w:b/>
                <w:color w:val="6A4C93"/>
              </w:rPr>
              <w:t>Example 25 | Time saved</w:t>
            </w:r>
          </w:p>
          <w:p>
            <w:r>
              <w:rPr>
                <w:b/>
              </w:rPr>
              <w:t xml:space="preserve">Question: </w:t>
            </w:r>
            <w:r>
              <w:t>A journey takes 6 h at 50 km/h. Find time saved if speed becomes 60 km/h.</w:t>
            </w:r>
          </w:p>
          <w:p>
            <w:r>
              <w:rPr>
                <w:b/>
              </w:rPr>
              <w:t xml:space="preserve">Solution: </w:t>
            </w:r>
            <w:r>
              <w:t>Distance=300 km. New time=5 h. Saved=1 h.</w:t>
            </w:r>
          </w:p>
          <w:p>
            <w:r>
              <w:rPr>
                <w:b/>
                <w:color w:val="243447"/>
              </w:rPr>
              <w:t>Final Answer: 1 hour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2F8"/>
          </w:tcPr>
          <w:p>
            <w:r>
              <w:rPr>
                <w:rFonts w:ascii="Georgia" w:hAnsi="Georgia"/>
                <w:b/>
                <w:color w:val="6A4C93"/>
              </w:rPr>
              <w:t>Example 26 | Speed percentage</w:t>
            </w:r>
          </w:p>
          <w:p>
            <w:r>
              <w:rPr>
                <w:b/>
              </w:rPr>
              <w:t xml:space="preserve">Question: </w:t>
            </w:r>
            <w:r>
              <w:t>Speed rises from 40 to 50 km/h. Find old-time:new-time for same distance.</w:t>
            </w:r>
          </w:p>
          <w:p>
            <w:r>
              <w:rPr>
                <w:b/>
              </w:rPr>
              <w:t xml:space="preserve">Solution: </w:t>
            </w:r>
            <w:r>
              <w:t>Time ratio is inverse of speed: 50:40=5:4.</w:t>
            </w:r>
          </w:p>
          <w:p>
            <w:r>
              <w:rPr>
                <w:b/>
                <w:color w:val="243447"/>
              </w:rPr>
              <w:t>Final Answer: 5:4</w:t>
            </w:r>
          </w:p>
        </w:tc>
      </w:tr>
    </w:tbl>
    <w:p/>
    <w:p>
      <w:pPr>
        <w:pStyle w:val="Heading1"/>
      </w:pPr>
      <w:r>
        <w:t>11. Advanced Mixed Applications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2F8"/>
          </w:tcPr>
          <w:p>
            <w:r>
              <w:rPr>
                <w:rFonts w:ascii="Georgia" w:hAnsi="Georgia"/>
                <w:b/>
                <w:color w:val="6A4C93"/>
              </w:rPr>
              <w:t>Example 27 | Three stages</w:t>
            </w:r>
          </w:p>
          <w:p>
            <w:r>
              <w:rPr>
                <w:b/>
              </w:rPr>
              <w:t xml:space="preserve">Question: </w:t>
            </w:r>
            <w:r>
              <w:t>A vehicle travels 100 km at 50 km/h, 150 km at 75 km/h and 80 km at 40 km/h. Find average speed.</w:t>
            </w:r>
          </w:p>
          <w:p>
            <w:r>
              <w:rPr>
                <w:b/>
              </w:rPr>
              <w:t xml:space="preserve">Solution: </w:t>
            </w:r>
            <w:r>
              <w:t>Each stage takes 2 h. Total=330 km in 6 h. Average=55 km/h.</w:t>
            </w:r>
          </w:p>
          <w:p>
            <w:r>
              <w:rPr>
                <w:b/>
                <w:color w:val="243447"/>
              </w:rPr>
              <w:t>Final Answer: 55 km/h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2F8"/>
          </w:tcPr>
          <w:p>
            <w:r>
              <w:rPr>
                <w:rFonts w:ascii="Georgia" w:hAnsi="Georgia"/>
                <w:b/>
                <w:color w:val="6A4C93"/>
              </w:rPr>
              <w:t>Example 28 | Train platform</w:t>
            </w:r>
          </w:p>
          <w:p>
            <w:r>
              <w:rPr>
                <w:b/>
              </w:rPr>
              <w:t xml:space="preserve">Question: </w:t>
            </w:r>
            <w:r>
              <w:t>A 250 m train at 90 km/h crosses a 500 m platform. Find time.</w:t>
            </w:r>
          </w:p>
          <w:p>
            <w:r>
              <w:rPr>
                <w:b/>
              </w:rPr>
              <w:t xml:space="preserve">Solution: </w:t>
            </w:r>
            <w:r>
              <w:t>Total=750 m; 90 km/h=25 m/s; time=30 s.</w:t>
            </w:r>
          </w:p>
          <w:p>
            <w:r>
              <w:rPr>
                <w:b/>
                <w:color w:val="243447"/>
              </w:rPr>
              <w:t>Final Answer: 30 seconds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2F8"/>
          </w:tcPr>
          <w:p>
            <w:r>
              <w:rPr>
                <w:rFonts w:ascii="Georgia" w:hAnsi="Georgia"/>
                <w:b/>
                <w:color w:val="6A4C93"/>
              </w:rPr>
              <w:t>Example 29 | Boat round trip</w:t>
            </w:r>
          </w:p>
          <w:p>
            <w:r>
              <w:rPr>
                <w:b/>
              </w:rPr>
              <w:t xml:space="preserve">Question: </w:t>
            </w:r>
            <w:r>
              <w:t>Still-water speed=15 km/h, stream=5 km/h. Find total time for 100 km downstream and 100 km upstream.</w:t>
            </w:r>
          </w:p>
          <w:p>
            <w:r>
              <w:rPr>
                <w:b/>
              </w:rPr>
              <w:t xml:space="preserve">Solution: </w:t>
            </w:r>
            <w:r>
              <w:t>Downstream=20 →5 h. Upstream=10 →10 h. Total=15 h.</w:t>
            </w:r>
          </w:p>
          <w:p>
            <w:r>
              <w:rPr>
                <w:b/>
                <w:color w:val="243447"/>
              </w:rPr>
              <w:t>Final Answer: 15 hours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2F8"/>
          </w:tcPr>
          <w:p>
            <w:r>
              <w:rPr>
                <w:rFonts w:ascii="Georgia" w:hAnsi="Georgia"/>
                <w:b/>
                <w:color w:val="6A4C93"/>
              </w:rPr>
              <w:t>Example 30 | Train length</w:t>
            </w:r>
          </w:p>
          <w:p>
            <w:r>
              <w:rPr>
                <w:b/>
              </w:rPr>
              <w:t xml:space="preserve">Question: </w:t>
            </w:r>
            <w:r>
              <w:t>A train 180 m long crosses a pole in 9 s. Find speed.</w:t>
            </w:r>
          </w:p>
          <w:p>
            <w:r>
              <w:rPr>
                <w:b/>
              </w:rPr>
              <w:t xml:space="preserve">Solution: </w:t>
            </w:r>
            <w:r>
              <w:t>Speed=180/9=20 m/s=72 km/h.</w:t>
            </w:r>
          </w:p>
          <w:p>
            <w:r>
              <w:rPr>
                <w:b/>
                <w:color w:val="243447"/>
              </w:rPr>
              <w:t>Final Answer: 72 km/h</w:t>
            </w:r>
          </w:p>
        </w:tc>
      </w:tr>
    </w:tbl>
    <w:p/>
    <w:p>
      <w:pPr>
        <w:pStyle w:val="Heading1"/>
      </w:pPr>
      <w:r>
        <w:t>12. Shortcuts &amp; Quick Methods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997"/>
        <w:gridCol w:w="4997"/>
      </w:tblGrid>
      <w:tr>
        <w:tc>
          <w:tcPr>
            <w:tcW w:type="dxa" w:w="4997"/>
            <w:vAlign w:val="center"/>
            <w:shd w:fill="168AAD"/>
          </w:tcPr>
          <w:p>
            <w:r/>
            <w:r>
              <w:rPr>
                <w:rFonts w:ascii="Trebuchet MS" w:hAnsi="Trebuchet MS"/>
                <w:b/>
                <w:color w:val="FFFFFF"/>
                <w:sz w:val="20"/>
              </w:rPr>
              <w:t>Quick Method</w:t>
            </w:r>
          </w:p>
        </w:tc>
        <w:tc>
          <w:tcPr>
            <w:tcW w:type="dxa" w:w="4997"/>
            <w:vAlign w:val="center"/>
            <w:shd w:fill="C68A00"/>
          </w:tcPr>
          <w:p>
            <w:r/>
            <w:r>
              <w:rPr>
                <w:rFonts w:ascii="Trebuchet MS" w:hAnsi="Trebuchet MS"/>
                <w:b/>
                <w:color w:val="FFFFFF"/>
                <w:sz w:val="20"/>
              </w:rPr>
              <w:t>Use</w:t>
            </w:r>
          </w:p>
        </w:tc>
      </w:tr>
      <w:tr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/>
                <w:color w:val="6A4C93"/>
                <w:sz w:val="20"/>
              </w:rPr>
              <w:t>km/h→m/s</w:t>
            </w:r>
          </w:p>
        </w:tc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×5/18</w:t>
            </w:r>
          </w:p>
        </w:tc>
      </w:tr>
      <w:tr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/>
                <w:color w:val="6A4C93"/>
                <w:sz w:val="20"/>
              </w:rPr>
              <w:t>m/s→km/h</w:t>
            </w:r>
          </w:p>
        </w:tc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×18/5</w:t>
            </w:r>
          </w:p>
        </w:tc>
      </w:tr>
      <w:tr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/>
                <w:color w:val="6A4C93"/>
                <w:sz w:val="20"/>
              </w:rPr>
              <w:t>Equal-distance average</w:t>
            </w:r>
          </w:p>
        </w:tc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2uv/(u+v)</w:t>
            </w:r>
          </w:p>
        </w:tc>
      </w:tr>
      <w:tr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/>
                <w:color w:val="6A4C93"/>
                <w:sz w:val="20"/>
              </w:rPr>
              <w:t>Relative speed</w:t>
            </w:r>
          </w:p>
        </w:tc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Opposite: sum; same: difference</w:t>
            </w:r>
          </w:p>
        </w:tc>
      </w:tr>
      <w:tr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/>
                <w:color w:val="6A4C93"/>
                <w:sz w:val="20"/>
              </w:rPr>
              <w:t>Catch-up</w:t>
            </w:r>
          </w:p>
        </w:tc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Head start÷relative speed</w:t>
            </w:r>
          </w:p>
        </w:tc>
      </w:tr>
      <w:tr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/>
                <w:color w:val="6A4C93"/>
                <w:sz w:val="20"/>
              </w:rPr>
              <w:t>Fixed distance</w:t>
            </w:r>
          </w:p>
        </w:tc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Speed×time is constant</w:t>
            </w:r>
          </w:p>
        </w:tc>
      </w:tr>
      <w:tr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/>
                <w:color w:val="6A4C93"/>
                <w:sz w:val="20"/>
              </w:rPr>
              <w:t>Train</w:t>
            </w:r>
          </w:p>
        </w:tc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Identify total length to be covered first</w:t>
            </w:r>
          </w:p>
        </w:tc>
      </w:tr>
      <w:tr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/>
                <w:color w:val="6A4C93"/>
                <w:sz w:val="20"/>
              </w:rPr>
              <w:t>Boats</w:t>
            </w:r>
          </w:p>
        </w:tc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Downstream add stream; upstream subtract stream</w:t>
            </w:r>
          </w:p>
        </w:tc>
      </w:tr>
    </w:tbl>
    <w:p>
      <w:pPr>
        <w:pStyle w:val="Heading1"/>
      </w:pPr>
      <w:r>
        <w:t>13. Complete Formula Sheet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997"/>
        <w:gridCol w:w="4997"/>
      </w:tblGrid>
      <w:tr>
        <w:tc>
          <w:tcPr>
            <w:tcW w:type="dxa" w:w="4997"/>
            <w:vAlign w:val="center"/>
            <w:shd w:fill="243447"/>
          </w:tcPr>
          <w:p>
            <w:r/>
            <w:r>
              <w:rPr>
                <w:rFonts w:ascii="Trebuchet MS" w:hAnsi="Trebuchet MS"/>
                <w:b/>
                <w:color w:val="FFFFFF"/>
                <w:sz w:val="20"/>
              </w:rPr>
              <w:t>Formula</w:t>
            </w:r>
          </w:p>
        </w:tc>
        <w:tc>
          <w:tcPr>
            <w:tcW w:type="dxa" w:w="4997"/>
            <w:vAlign w:val="center"/>
            <w:shd w:fill="6A4C93"/>
          </w:tcPr>
          <w:p>
            <w:r/>
            <w:r>
              <w:rPr>
                <w:rFonts w:ascii="Trebuchet MS" w:hAnsi="Trebuchet MS"/>
                <w:b/>
                <w:color w:val="FFFFFF"/>
                <w:sz w:val="20"/>
              </w:rPr>
              <w:t>Result</w:t>
            </w:r>
          </w:p>
        </w:tc>
      </w:tr>
      <w:tr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Basic</w:t>
            </w:r>
          </w:p>
        </w:tc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D=ST; S=D/T; T=D/S</w:t>
            </w:r>
          </w:p>
        </w:tc>
      </w:tr>
      <w:tr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Conversion</w:t>
            </w:r>
          </w:p>
        </w:tc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1 m/s=18/5 km/h; 1 km/h=5/18 m/s</w:t>
            </w:r>
          </w:p>
        </w:tc>
      </w:tr>
      <w:tr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Average speed</w:t>
            </w:r>
          </w:p>
        </w:tc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Total distance÷total time</w:t>
            </w:r>
          </w:p>
        </w:tc>
      </w:tr>
      <w:tr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Equal distances</w:t>
            </w:r>
          </w:p>
        </w:tc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2uv/(u+v)</w:t>
            </w:r>
          </w:p>
        </w:tc>
      </w:tr>
      <w:tr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Relative speed</w:t>
            </w:r>
          </w:p>
        </w:tc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u+v opposite; |u−v| same direction</w:t>
            </w:r>
          </w:p>
        </w:tc>
      </w:tr>
      <w:tr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Train + point</w:t>
            </w:r>
          </w:p>
        </w:tc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L/S</w:t>
            </w:r>
          </w:p>
        </w:tc>
      </w:tr>
      <w:tr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Train + platform</w:t>
            </w:r>
          </w:p>
        </w:tc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(L+P)/S</w:t>
            </w:r>
          </w:p>
        </w:tc>
      </w:tr>
      <w:tr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Two trains</w:t>
            </w:r>
          </w:p>
        </w:tc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(L₁+L₂)/relative speed</w:t>
            </w:r>
          </w:p>
        </w:tc>
      </w:tr>
      <w:tr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Downstream</w:t>
            </w:r>
          </w:p>
        </w:tc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b+s</w:t>
            </w:r>
          </w:p>
        </w:tc>
      </w:tr>
      <w:tr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Upstream</w:t>
            </w:r>
          </w:p>
        </w:tc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b−s</w:t>
            </w:r>
          </w:p>
        </w:tc>
      </w:tr>
      <w:tr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Still-water</w:t>
            </w:r>
          </w:p>
        </w:tc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(D+U)/2</w:t>
            </w:r>
          </w:p>
        </w:tc>
      </w:tr>
      <w:tr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Stream</w:t>
            </w:r>
          </w:p>
        </w:tc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(D−U)/2</w:t>
            </w:r>
          </w:p>
        </w:tc>
      </w:tr>
    </w:tbl>
    <w:p>
      <w:pPr>
        <w:pStyle w:val="Heading1"/>
      </w:pPr>
      <w:r>
        <w:t>14. Practice Set</w:t>
      </w:r>
    </w:p>
    <w:p>
      <w:pPr>
        <w:pStyle w:val="Heading2"/>
      </w:pPr>
      <w:r>
        <w:t>Section A — Basic</w:t>
      </w:r>
    </w:p>
    <w:p>
      <w:r>
        <w:t>1. A car travels 360 km in 6 hours. Find speed.</w:t>
      </w:r>
    </w:p>
    <w:p>
      <w:r>
        <w:t>2. A cyclist moves at 20 km/h for 3.5 hours. Find distance.</w:t>
      </w:r>
    </w:p>
    <w:p>
      <w:r>
        <w:t>3. A train covers 420 km at 70 km/h. Find time.</w:t>
      </w:r>
    </w:p>
    <w:p>
      <w:r>
        <w:t>4. Convert 72 km/h into m/s.</w:t>
      </w:r>
    </w:p>
    <w:p>
      <w:r>
        <w:t>5. Convert 15 m/s into km/h.</w:t>
      </w:r>
    </w:p>
    <w:p>
      <w:r>
        <w:t>6. A bus travels 240 km at 60 km/h. Find time.</w:t>
      </w:r>
    </w:p>
    <w:p>
      <w:r>
        <w:t>7. A person walks 12 km in 3 hours. Find speed.</w:t>
      </w:r>
    </w:p>
    <w:p>
      <w:r>
        <w:t>8. A vehicle covers 150 km in 2.5 hours. Find speed.</w:t>
      </w:r>
    </w:p>
    <w:p>
      <w:r>
        <w:t>9. A train 200 m long travels at 20 m/s. Find time to cross a pole.</w:t>
      </w:r>
    </w:p>
    <w:p>
      <w:r>
        <w:t>10. A 100 m train crosses a 200 m platform at 15 m/s. Find time.</w:t>
      </w:r>
    </w:p>
    <w:p>
      <w:pPr>
        <w:pStyle w:val="Heading2"/>
      </w:pPr>
      <w:r>
        <w:t>Section B — Moderate</w:t>
      </w:r>
    </w:p>
    <w:p>
      <w:r>
        <w:t>11. A car travels 120 km at 40 km/h and 180 km at 60 km/h. Find average speed.</w:t>
      </w:r>
    </w:p>
    <w:p>
      <w:r>
        <w:t>12. A person travels equal distances at 30 and 45 km/h. Find average speed.</w:t>
      </w:r>
    </w:p>
    <w:p>
      <w:r>
        <w:t>13. Two cars 300 km apart approach at 50 and 70 km/h. Find meeting time.</w:t>
      </w:r>
    </w:p>
    <w:p>
      <w:r>
        <w:t>14. Two runners move in the same direction at 8 and 6 m/s. Time to gain 100 m?</w:t>
      </w:r>
    </w:p>
    <w:p>
      <w:r>
        <w:t>15. A 180 m train crosses a 420 m platform at 72 km/h. Find time.</w:t>
      </w:r>
    </w:p>
    <w:p>
      <w:r>
        <w:t>16. Two trains of 150 m and 250 m move opposite at 54 and 72 km/h. Find crossing time.</w:t>
      </w:r>
    </w:p>
    <w:p>
      <w:r>
        <w:t>17. A boat moves downstream at 20 and upstream at 12 km/h. Find still-water speed.</w:t>
      </w:r>
    </w:p>
    <w:p>
      <w:r>
        <w:t>18. Still-water speed is 18 km/h and stream speed 4 km/h. Find upstream speed.</w:t>
      </w:r>
    </w:p>
    <w:p>
      <w:r>
        <w:t>19. Two runners move opposite on a 500 m track at 7 and 3 m/s. Find first meeting time.</w:t>
      </w:r>
    </w:p>
    <w:p>
      <w:r>
        <w:t>20. A bus leaves 8 a.m. at 50 km/h and another 9 a.m. at 75 km/h. When does it catch the first?</w:t>
      </w:r>
    </w:p>
    <w:p>
      <w:pPr>
        <w:pStyle w:val="Heading2"/>
      </w:pPr>
      <w:r>
        <w:t>Section C — Advanced</w:t>
      </w:r>
    </w:p>
    <w:p>
      <w:r>
        <w:t>21. A vehicle travels 100 km at 50 km/h, 150 km at 75 km/h and 80 km at 40 km/h. Find average speed.</w:t>
      </w:r>
    </w:p>
    <w:p>
      <w:r>
        <w:t>22. A 250 m train at 90 km/h crosses a 500 m platform. Find time.</w:t>
      </w:r>
    </w:p>
    <w:p>
      <w:r>
        <w:t>23. A boat has still-water speed 15 km/h and stream 5 km/h. Find total time for 100 km downstream and 100 km upstream.</w:t>
      </w:r>
    </w:p>
    <w:p>
      <w:r>
        <w:t>24. A train 180 m long crosses a pole in 9 seconds. Find speed.</w:t>
      </w:r>
    </w:p>
    <w:p>
      <w:r>
        <w:t>25. Two trains of 180 m and 220 m travel same direction at 72 and 54 km/h. Find overtaking time.</w:t>
      </w:r>
    </w:p>
    <w:p>
      <w:r>
        <w:t>26. A runner completes 400 m in 80 s; another in 100 s. Same direction: first overtaking time?</w:t>
      </w:r>
    </w:p>
    <w:p>
      <w:r>
        <w:t>27. A journey takes 7 h at 60 km/h. Speed increases by 20%. Find new time.</w:t>
      </w:r>
    </w:p>
    <w:p>
      <w:r>
        <w:t>28. A car travels half distance at 40 and half at 60 km/h. Find average speed.</w:t>
      </w:r>
    </w:p>
    <w:p>
      <w:r>
        <w:t>29. A person travels half the total time at 30 and half at 50 km/h. Find average speed.</w:t>
      </w:r>
    </w:p>
    <w:p>
      <w:r>
        <w:t>30. Two towns are 500 km apart. Cars approach at 80 and 70 km/h. Find meeting time and distance travelled by first car.</w:t>
      </w:r>
    </w:p>
    <w:p>
      <w:pPr>
        <w:pStyle w:val="Heading1"/>
      </w:pPr>
      <w:r>
        <w:t>15. Answer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997"/>
        <w:gridCol w:w="4997"/>
      </w:tblGrid>
      <w:tr>
        <w:tc>
          <w:tcPr>
            <w:tcW w:type="dxa" w:w="4997"/>
            <w:vAlign w:val="center"/>
            <w:shd w:fill="F0E8F7"/>
          </w:tcPr>
          <w:p>
            <w:r/>
            <w:r>
              <w:rPr>
                <w:rFonts w:ascii="Trebuchet MS" w:hAnsi="Trebuchet MS"/>
                <w:b/>
                <w:color w:val="6A4C93"/>
                <w:sz w:val="20"/>
              </w:rPr>
              <w:t>1. 60 km/h</w:t>
            </w:r>
          </w:p>
        </w:tc>
        <w:tc>
          <w:tcPr>
            <w:tcW w:type="dxa" w:w="4997"/>
            <w:vAlign w:val="center"/>
            <w:shd w:fill="E6F6F5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2. 70 km</w:t>
            </w:r>
          </w:p>
        </w:tc>
      </w:tr>
      <w:tr>
        <w:tc>
          <w:tcPr>
            <w:tcW w:type="dxa" w:w="4997"/>
            <w:vAlign w:val="center"/>
            <w:shd w:fill="F0E8F7"/>
          </w:tcPr>
          <w:p>
            <w:r/>
            <w:r>
              <w:rPr>
                <w:rFonts w:ascii="Trebuchet MS" w:hAnsi="Trebuchet MS"/>
                <w:b/>
                <w:color w:val="6A4C93"/>
                <w:sz w:val="20"/>
              </w:rPr>
              <w:t>3. 6 hours</w:t>
            </w:r>
          </w:p>
        </w:tc>
        <w:tc>
          <w:tcPr>
            <w:tcW w:type="dxa" w:w="4997"/>
            <w:vAlign w:val="center"/>
            <w:shd w:fill="E6F6F5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4. 20 m/s</w:t>
            </w:r>
          </w:p>
        </w:tc>
      </w:tr>
      <w:tr>
        <w:tc>
          <w:tcPr>
            <w:tcW w:type="dxa" w:w="4997"/>
            <w:vAlign w:val="center"/>
            <w:shd w:fill="F0E8F7"/>
          </w:tcPr>
          <w:p>
            <w:r/>
            <w:r>
              <w:rPr>
                <w:rFonts w:ascii="Trebuchet MS" w:hAnsi="Trebuchet MS"/>
                <w:b/>
                <w:color w:val="6A4C93"/>
                <w:sz w:val="20"/>
              </w:rPr>
              <w:t>5. 54 km/h</w:t>
            </w:r>
          </w:p>
        </w:tc>
        <w:tc>
          <w:tcPr>
            <w:tcW w:type="dxa" w:w="4997"/>
            <w:vAlign w:val="center"/>
            <w:shd w:fill="E6F6F5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6. 4 hours</w:t>
            </w:r>
          </w:p>
        </w:tc>
      </w:tr>
      <w:tr>
        <w:tc>
          <w:tcPr>
            <w:tcW w:type="dxa" w:w="4997"/>
            <w:vAlign w:val="center"/>
            <w:shd w:fill="F0E8F7"/>
          </w:tcPr>
          <w:p>
            <w:r/>
            <w:r>
              <w:rPr>
                <w:rFonts w:ascii="Trebuchet MS" w:hAnsi="Trebuchet MS"/>
                <w:b/>
                <w:color w:val="6A4C93"/>
                <w:sz w:val="20"/>
              </w:rPr>
              <w:t>7. 4 km/h</w:t>
            </w:r>
          </w:p>
        </w:tc>
        <w:tc>
          <w:tcPr>
            <w:tcW w:type="dxa" w:w="4997"/>
            <w:vAlign w:val="center"/>
            <w:shd w:fill="E6F6F5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8. 60 km/h</w:t>
            </w:r>
          </w:p>
        </w:tc>
      </w:tr>
      <w:tr>
        <w:tc>
          <w:tcPr>
            <w:tcW w:type="dxa" w:w="4997"/>
            <w:vAlign w:val="center"/>
            <w:shd w:fill="F0E8F7"/>
          </w:tcPr>
          <w:p>
            <w:r/>
            <w:r>
              <w:rPr>
                <w:rFonts w:ascii="Trebuchet MS" w:hAnsi="Trebuchet MS"/>
                <w:b/>
                <w:color w:val="6A4C93"/>
                <w:sz w:val="20"/>
              </w:rPr>
              <w:t>9. 10 s</w:t>
            </w:r>
          </w:p>
        </w:tc>
        <w:tc>
          <w:tcPr>
            <w:tcW w:type="dxa" w:w="4997"/>
            <w:vAlign w:val="center"/>
            <w:shd w:fill="E6F6F5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10. 20 s</w:t>
            </w:r>
          </w:p>
        </w:tc>
      </w:tr>
      <w:tr>
        <w:tc>
          <w:tcPr>
            <w:tcW w:type="dxa" w:w="4997"/>
            <w:vAlign w:val="center"/>
            <w:shd w:fill="F0E8F7"/>
          </w:tcPr>
          <w:p>
            <w:r/>
            <w:r>
              <w:rPr>
                <w:rFonts w:ascii="Trebuchet MS" w:hAnsi="Trebuchet MS"/>
                <w:b/>
                <w:color w:val="6A4C93"/>
                <w:sz w:val="20"/>
              </w:rPr>
              <w:t>11. 50 km/h</w:t>
            </w:r>
          </w:p>
        </w:tc>
        <w:tc>
          <w:tcPr>
            <w:tcW w:type="dxa" w:w="4997"/>
            <w:vAlign w:val="center"/>
            <w:shd w:fill="E6F6F5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12. 36 km/h</w:t>
            </w:r>
          </w:p>
        </w:tc>
      </w:tr>
      <w:tr>
        <w:tc>
          <w:tcPr>
            <w:tcW w:type="dxa" w:w="4997"/>
            <w:vAlign w:val="center"/>
            <w:shd w:fill="F0E8F7"/>
          </w:tcPr>
          <w:p>
            <w:r/>
            <w:r>
              <w:rPr>
                <w:rFonts w:ascii="Trebuchet MS" w:hAnsi="Trebuchet MS"/>
                <w:b/>
                <w:color w:val="6A4C93"/>
                <w:sz w:val="20"/>
              </w:rPr>
              <w:t>13. 2.5 h</w:t>
            </w:r>
          </w:p>
        </w:tc>
        <w:tc>
          <w:tcPr>
            <w:tcW w:type="dxa" w:w="4997"/>
            <w:vAlign w:val="center"/>
            <w:shd w:fill="E6F6F5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14. 50 s</w:t>
            </w:r>
          </w:p>
        </w:tc>
      </w:tr>
      <w:tr>
        <w:tc>
          <w:tcPr>
            <w:tcW w:type="dxa" w:w="4997"/>
            <w:vAlign w:val="center"/>
            <w:shd w:fill="F0E8F7"/>
          </w:tcPr>
          <w:p>
            <w:r/>
            <w:r>
              <w:rPr>
                <w:rFonts w:ascii="Trebuchet MS" w:hAnsi="Trebuchet MS"/>
                <w:b/>
                <w:color w:val="6A4C93"/>
                <w:sz w:val="20"/>
              </w:rPr>
              <w:t>15. 30 s</w:t>
            </w:r>
          </w:p>
        </w:tc>
        <w:tc>
          <w:tcPr>
            <w:tcW w:type="dxa" w:w="4997"/>
            <w:vAlign w:val="center"/>
            <w:shd w:fill="E6F6F5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16. 80/7 s ≈ 11.43 s</w:t>
            </w:r>
          </w:p>
        </w:tc>
      </w:tr>
      <w:tr>
        <w:tc>
          <w:tcPr>
            <w:tcW w:type="dxa" w:w="4997"/>
            <w:vAlign w:val="center"/>
            <w:shd w:fill="F0E8F7"/>
          </w:tcPr>
          <w:p>
            <w:r/>
            <w:r>
              <w:rPr>
                <w:rFonts w:ascii="Trebuchet MS" w:hAnsi="Trebuchet MS"/>
                <w:b/>
                <w:color w:val="6A4C93"/>
                <w:sz w:val="20"/>
              </w:rPr>
              <w:t>17. 16 km/h</w:t>
            </w:r>
          </w:p>
        </w:tc>
        <w:tc>
          <w:tcPr>
            <w:tcW w:type="dxa" w:w="4997"/>
            <w:vAlign w:val="center"/>
            <w:shd w:fill="E6F6F5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18. 14 km/h</w:t>
            </w:r>
          </w:p>
        </w:tc>
      </w:tr>
      <w:tr>
        <w:tc>
          <w:tcPr>
            <w:tcW w:type="dxa" w:w="4997"/>
            <w:vAlign w:val="center"/>
            <w:shd w:fill="F0E8F7"/>
          </w:tcPr>
          <w:p>
            <w:r/>
            <w:r>
              <w:rPr>
                <w:rFonts w:ascii="Trebuchet MS" w:hAnsi="Trebuchet MS"/>
                <w:b/>
                <w:color w:val="6A4C93"/>
                <w:sz w:val="20"/>
              </w:rPr>
              <w:t>19. 50 s</w:t>
            </w:r>
          </w:p>
        </w:tc>
        <w:tc>
          <w:tcPr>
            <w:tcW w:type="dxa" w:w="4997"/>
            <w:vAlign w:val="center"/>
            <w:shd w:fill="E6F6F5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20. 11:00 a.m.</w:t>
            </w:r>
          </w:p>
        </w:tc>
      </w:tr>
      <w:tr>
        <w:tc>
          <w:tcPr>
            <w:tcW w:type="dxa" w:w="4997"/>
            <w:vAlign w:val="center"/>
            <w:shd w:fill="F0E8F7"/>
          </w:tcPr>
          <w:p>
            <w:r/>
            <w:r>
              <w:rPr>
                <w:rFonts w:ascii="Trebuchet MS" w:hAnsi="Trebuchet MS"/>
                <w:b/>
                <w:color w:val="6A4C93"/>
                <w:sz w:val="20"/>
              </w:rPr>
              <w:t>21. 55 km/h</w:t>
            </w:r>
          </w:p>
        </w:tc>
        <w:tc>
          <w:tcPr>
            <w:tcW w:type="dxa" w:w="4997"/>
            <w:vAlign w:val="center"/>
            <w:shd w:fill="E6F6F5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22. 30 s</w:t>
            </w:r>
          </w:p>
        </w:tc>
      </w:tr>
      <w:tr>
        <w:tc>
          <w:tcPr>
            <w:tcW w:type="dxa" w:w="4997"/>
            <w:vAlign w:val="center"/>
            <w:shd w:fill="F0E8F7"/>
          </w:tcPr>
          <w:p>
            <w:r/>
            <w:r>
              <w:rPr>
                <w:rFonts w:ascii="Trebuchet MS" w:hAnsi="Trebuchet MS"/>
                <w:b/>
                <w:color w:val="6A4C93"/>
                <w:sz w:val="20"/>
              </w:rPr>
              <w:t>23. 15 h</w:t>
            </w:r>
          </w:p>
        </w:tc>
        <w:tc>
          <w:tcPr>
            <w:tcW w:type="dxa" w:w="4997"/>
            <w:vAlign w:val="center"/>
            <w:shd w:fill="E6F6F5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24. 72 km/h</w:t>
            </w:r>
          </w:p>
        </w:tc>
      </w:tr>
      <w:tr>
        <w:tc>
          <w:tcPr>
            <w:tcW w:type="dxa" w:w="4997"/>
            <w:vAlign w:val="center"/>
            <w:shd w:fill="F0E8F7"/>
          </w:tcPr>
          <w:p>
            <w:r/>
            <w:r>
              <w:rPr>
                <w:rFonts w:ascii="Trebuchet MS" w:hAnsi="Trebuchet MS"/>
                <w:b/>
                <w:color w:val="6A4C93"/>
                <w:sz w:val="20"/>
              </w:rPr>
              <w:t>25. 70 s</w:t>
            </w:r>
          </w:p>
        </w:tc>
        <w:tc>
          <w:tcPr>
            <w:tcW w:type="dxa" w:w="4997"/>
            <w:vAlign w:val="center"/>
            <w:shd w:fill="E6F6F5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26. 400 s</w:t>
            </w:r>
          </w:p>
        </w:tc>
      </w:tr>
      <w:tr>
        <w:tc>
          <w:tcPr>
            <w:tcW w:type="dxa" w:w="4997"/>
            <w:vAlign w:val="center"/>
            <w:shd w:fill="F0E8F7"/>
          </w:tcPr>
          <w:p>
            <w:r/>
            <w:r>
              <w:rPr>
                <w:rFonts w:ascii="Trebuchet MS" w:hAnsi="Trebuchet MS"/>
                <w:b/>
                <w:color w:val="6A4C93"/>
                <w:sz w:val="20"/>
              </w:rPr>
              <w:t>27. 5 h 50 min</w:t>
            </w:r>
          </w:p>
        </w:tc>
        <w:tc>
          <w:tcPr>
            <w:tcW w:type="dxa" w:w="4997"/>
            <w:vAlign w:val="center"/>
            <w:shd w:fill="E6F6F5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28. 48 km/h</w:t>
            </w:r>
          </w:p>
        </w:tc>
      </w:tr>
      <w:tr>
        <w:tc>
          <w:tcPr>
            <w:tcW w:type="dxa" w:w="4997"/>
            <w:vAlign w:val="center"/>
            <w:shd w:fill="F0E8F7"/>
          </w:tcPr>
          <w:p>
            <w:r/>
            <w:r>
              <w:rPr>
                <w:rFonts w:ascii="Trebuchet MS" w:hAnsi="Trebuchet MS"/>
                <w:b/>
                <w:color w:val="6A4C93"/>
                <w:sz w:val="20"/>
              </w:rPr>
              <w:t>29. 40 km/h</w:t>
            </w:r>
          </w:p>
        </w:tc>
        <w:tc>
          <w:tcPr>
            <w:tcW w:type="dxa" w:w="4997"/>
            <w:vAlign w:val="center"/>
            <w:shd w:fill="E6F6F5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30. 3 h; 240 km</w:t>
            </w:r>
          </w:p>
        </w:tc>
      </w:tr>
    </w:tbl>
    <w:p>
      <w:pPr>
        <w:pStyle w:val="Heading1"/>
      </w:pPr>
      <w:r>
        <w:t>16. Quick Revision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2F8"/>
          </w:tcPr>
          <w:p>
            <w:r>
              <w:rPr>
                <w:rFonts w:ascii="Georgia" w:hAnsi="Georgia"/>
                <w:b/>
                <w:color w:val="243447"/>
                <w:sz w:val="22"/>
              </w:rPr>
              <w:t>BASIC</w:t>
              <w:br/>
            </w:r>
            <w:r>
              <w:t>D=ST. Keep units consistent.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F0E8F7"/>
          </w:tcPr>
          <w:p>
            <w:r>
              <w:rPr>
                <w:rFonts w:ascii="Georgia" w:hAnsi="Georgia"/>
                <w:b/>
                <w:color w:val="6A4C93"/>
                <w:sz w:val="22"/>
              </w:rPr>
              <w:t>AVERAGE</w:t>
              <w:br/>
            </w:r>
            <w:r>
              <w:t>Total distance÷total time. Equal distances → 2uv/(u+v).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6F6F5"/>
          </w:tcPr>
          <w:p>
            <w:r>
              <w:rPr>
                <w:rFonts w:ascii="Georgia" w:hAnsi="Georgia"/>
                <w:b/>
                <w:color w:val="168AAD"/>
                <w:sz w:val="22"/>
              </w:rPr>
              <w:t>RELATIVE SPEED</w:t>
              <w:br/>
            </w:r>
            <w:r>
              <w:t>Opposite → add; same direction → subtract.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FFF4D6"/>
          </w:tcPr>
          <w:p>
            <w:r>
              <w:rPr>
                <w:rFonts w:ascii="Georgia" w:hAnsi="Georgia"/>
                <w:b/>
                <w:color w:val="C68A00"/>
                <w:sz w:val="22"/>
              </w:rPr>
              <w:t>TRAINS</w:t>
              <w:br/>
            </w:r>
            <w:r>
              <w:t>Point: train length. Platform: train + platform.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FCE9E3"/>
          </w:tcPr>
          <w:p>
            <w:r>
              <w:rPr>
                <w:rFonts w:ascii="Georgia" w:hAnsi="Georgia"/>
                <w:b/>
                <w:color w:val="D95D39"/>
                <w:sz w:val="22"/>
              </w:rPr>
              <w:t>BOATS</w:t>
              <w:br/>
            </w:r>
            <w:r>
              <w:t>Downstream = boat+stream; upstream = boat−stream.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5EA"/>
          </w:tcPr>
          <w:p>
            <w:r>
              <w:rPr>
                <w:rFonts w:ascii="Georgia" w:hAnsi="Georgia"/>
                <w:b/>
                <w:color w:val="3A7D44"/>
                <w:sz w:val="22"/>
              </w:rPr>
              <w:t>FIXED DISTANCE</w:t>
              <w:br/>
            </w:r>
            <w:r>
              <w:t>Speed×time remains constant.</w:t>
            </w:r>
          </w:p>
        </w:tc>
      </w:tr>
    </w:tbl>
    <w:p/>
    <w:sectPr w:rsidR="00FC693F" w:rsidRPr="0006063C" w:rsidSect="00034616">
      <w:headerReference w:type="default" r:id="rId9"/>
      <w:footerReference w:type="default" r:id="rId10"/>
      <w:pgSz w:w="12240" w:h="15840"/>
      <w:pgMar w:top="936" w:right="1123" w:bottom="936" w:left="112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A4C93"/>
        <w:sz w:val="16"/>
      </w:rPr>
      <w:t>Professional Study Notes  |  Speed, Distance &amp; Time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noProof/>
      </w:rPr>
      <w:drawing>
        <wp:inline xmlns:wp="http://schemas.openxmlformats.org/drawingml/2006/wordprocessingDrawing" distT="0" distB="0" distL="0" distR="0">
          <wp:extent cx="502920" cy="433560"/>
          <wp:effectExtent l="0" t="0" r="0" b="0"/>
          <wp:docPr id="9001" name="VishvasniyaLogo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01" name="VishvasniyaLogoHeader"/>
                  <pic:cNvPicPr/>
                </pic:nvPicPr>
                <pic:blipFill>
                  <a:blip r:embed="rIdLogoImg"/>
                  <a:stretch>
                    <a:fillRect/>
                  </a:stretch>
                </pic:blipFill>
                <pic:spPr>
                  <a:xfrm>
                    <a:off x="0" y="0"/>
                    <a:ext cx="502920" cy="4335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Header"/>
      <w:jc w:val="right"/>
    </w:pPr>
    <w:r>
      <w:rPr>
        <w:color w:val="6A4C93"/>
        <w:sz w:val="16"/>
      </w:rPr>
      <w:t>MATHEMATICS  •  CHAPTER 7  •  SPEED, DISTANCE &amp; TIME</w:t>
    </w:r>
  </w:p>
  <w:p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VishvasniyaWatermark" o:spid="_x0000_s2025" type="#_x0000_t75" style="position:absolute;left:0;text-align:left;margin-left:0;margin-top:0;width:420pt;height:362pt;z-index:-251658752;mso-position-horizontal:center;mso-position-horizontal-relative:margin;mso-position-vertical:center;mso-position-vertical-relative:margin;rotation:-2949120fd" o:allowoverlap="f">
          <v:imagedata r:id="rIdWatermarkImg" o:title="Vishvasniya Watermark" gain="26000f" blacklevel="18000f"/>
        </v:shape>
      </w:pic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rebuchet MS" w:hAnsi="Trebuchet MS"/>
      <w:color w:val="252525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Georgia" w:hAnsi="Georgia"/>
      <w:b/>
      <w:bCs/>
      <w:color w:val="243447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Georgia" w:hAnsi="Georgia"/>
      <w:b/>
      <w:bCs/>
      <w:color w:val="6A4C93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rebuchet MS" w:hAnsi="Trebuchet MS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LogoImg" Type="http://schemas.openxmlformats.org/officeDocument/2006/relationships/image" Target="media/vishvasniya_logo.jpeg"/><Relationship Id="rIdWatermarkImg" Type="http://schemas.openxmlformats.org/officeDocument/2006/relationships/image" Target="media/vishvasniya_logo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