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9"/>
          <w:sz w:val="60"/>
        </w:rPr>
        <w:t>CHAPTER 8</w:t>
      </w:r>
    </w:p>
    <w:p>
      <w:pPr>
        <w:jc w:val="center"/>
      </w:pPr>
      <w:r>
        <w:rPr>
          <w:b/>
          <w:color w:val="007080"/>
          <w:sz w:val="56"/>
        </w:rPr>
        <w:t>WORK</w:t>
      </w:r>
    </w:p>
    <w:p>
      <w:pPr>
        <w:jc w:val="center"/>
      </w:pPr>
      <w:r>
        <w:rPr>
          <w:b/>
          <w:sz w:val="30"/>
        </w:rPr>
        <w:t>ADVANCED PRACTICE WORKSHEET — 30 MCQs</w:t>
      </w:r>
    </w:p>
    <w:p>
      <w:pPr>
        <w:spacing w:before="140" w:after="60"/>
      </w:pPr>
      <w:r>
        <w:rPr>
          <w:b/>
          <w:color w:val="1F1F1F"/>
          <w:sz w:val="26"/>
        </w:rPr>
        <w:t>Q1. A can complete a piece of work in 12 days, while B can complete the same work in 18 days. If they work together for 4 days and then A leaves, in how many more days will B alone complete the remaining work?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6 days</w:t>
              <w:br/>
              <w:t>(b) 7 days</w:t>
              <w:br/>
              <w:t>(c) 8 days</w:t>
              <w:br/>
              <w:t>(d) 9 days</w:t>
            </w:r>
          </w:p>
        </w:tc>
      </w:tr>
    </w:tbl>
    <w:p>
      <w:pPr>
        <w:spacing w:after="20"/>
      </w:pPr>
    </w:p>
    <w:p>
      <w:pPr>
        <w:spacing w:before="140" w:after="60"/>
      </w:pPr>
      <w:r>
        <w:rPr>
          <w:b/>
          <w:color w:val="1F1F1F"/>
          <w:sz w:val="26"/>
        </w:rPr>
        <w:t>Q2. A, B and C can complete a piece of work individually in 15, 20 and 30 days respectively. They start together and work for 5 days. How much work remains?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1/5</w:t>
              <w:br/>
              <w:t>(b) 1/4</w:t>
              <w:br/>
              <w:t>(c) 3/10</w:t>
              <w:br/>
              <w:t>(d) 1/3</w:t>
            </w:r>
          </w:p>
        </w:tc>
      </w:tr>
    </w:tbl>
    <w:p>
      <w:pPr>
        <w:spacing w:after="20"/>
      </w:pPr>
    </w:p>
    <w:p>
      <w:pPr>
        <w:spacing w:before="140" w:after="60"/>
      </w:pPr>
      <w:r>
        <w:rPr>
          <w:b/>
          <w:color w:val="1F1F1F"/>
          <w:sz w:val="26"/>
        </w:rPr>
        <w:t>Q3. A is 50% more efficient than B. If B alone can complete a work in 24 days, how many days will A and B working together take?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8 days</w:t>
              <w:br/>
              <w:t>(b) 9 days</w:t>
              <w:br/>
              <w:t>(c) 9.6 days</w:t>
              <w:br/>
              <w:t>(d) 10 days</w:t>
            </w:r>
          </w:p>
        </w:tc>
      </w:tr>
    </w:tbl>
    <w:p>
      <w:pPr>
        <w:spacing w:after="20"/>
      </w:pPr>
    </w:p>
    <w:p>
      <w:pPr>
        <w:spacing w:before="140" w:after="60"/>
      </w:pPr>
      <w:r>
        <w:rPr>
          <w:b/>
          <w:color w:val="1F1F1F"/>
          <w:sz w:val="26"/>
        </w:rPr>
        <w:t>Q4. A can complete a work in 10 days and B in 15 days. They work on alternate days, beginning with A. How many days are required to complete the work?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11 days</w:t>
              <w:br/>
              <w:t>(b) 11.5 days</w:t>
              <w:br/>
              <w:t>(c) 12 days</w:t>
              <w:br/>
              <w:t>(d) 12.5 days</w:t>
            </w:r>
          </w:p>
        </w:tc>
      </w:tr>
    </w:tbl>
    <w:p>
      <w:pPr>
        <w:spacing w:after="20"/>
      </w:pPr>
    </w:p>
    <w:p>
      <w:pPr>
        <w:spacing w:before="140" w:after="60"/>
      </w:pPr>
      <w:r>
        <w:rPr>
          <w:b/>
          <w:color w:val="1F1F1F"/>
          <w:sz w:val="26"/>
        </w:rPr>
        <w:t>Q5. 12 men can complete a work in 18 days. After working for 6 days, 4 men leave. How many additional days will the remaining men require?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12 days</w:t>
              <w:br/>
              <w:t>(b) 15 days</w:t>
              <w:br/>
              <w:t>(c) 18 days</w:t>
              <w:br/>
              <w:t>(d) 20 days</w:t>
            </w:r>
          </w:p>
        </w:tc>
      </w:tr>
    </w:tbl>
    <w:p>
      <w:pPr>
        <w:spacing w:after="20"/>
      </w:pPr>
    </w:p>
    <w:p>
      <w:pPr>
        <w:spacing w:before="140" w:after="60"/>
      </w:pPr>
      <w:r>
        <w:rPr>
          <w:b/>
          <w:color w:val="1F1F1F"/>
          <w:sz w:val="26"/>
        </w:rPr>
        <w:t>Q6. The efficiency of a man is twice that of a woman. If 8 men can complete a work in 15 days, how many women will complete the same work in 12 days?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16</w:t>
              <w:br/>
              <w:t>(b) 18</w:t>
              <w:br/>
              <w:t>(c) 20</w:t>
              <w:br/>
              <w:t>(d) 24</w:t>
            </w:r>
          </w:p>
        </w:tc>
      </w:tr>
    </w:tbl>
    <w:p>
      <w:pPr>
        <w:spacing w:after="20"/>
      </w:pPr>
    </w:p>
    <w:p>
      <w:pPr>
        <w:spacing w:before="140" w:after="60"/>
      </w:pPr>
      <w:r>
        <w:rPr>
          <w:b/>
          <w:color w:val="1F1F1F"/>
          <w:sz w:val="26"/>
        </w:rPr>
        <w:t>Q7. A can complete a work in 20 days and B in 30 days. They work together for 6 days, after which A leaves. How many days will B take to finish the remaining work?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12 days</w:t>
              <w:br/>
              <w:t>(b) 15 days</w:t>
              <w:br/>
              <w:t>(c) 18 days</w:t>
              <w:br/>
              <w:t>(d) 20 days</w:t>
            </w:r>
          </w:p>
        </w:tc>
      </w:tr>
    </w:tbl>
    <w:p>
      <w:pPr>
        <w:spacing w:after="20"/>
      </w:pPr>
    </w:p>
    <w:p>
      <w:pPr>
        <w:spacing w:before="140" w:after="60"/>
      </w:pPr>
      <w:r>
        <w:rPr>
          <w:b/>
          <w:color w:val="1F1F1F"/>
          <w:sz w:val="26"/>
        </w:rPr>
        <w:t>Q8. A can do a work in 24 days, B in 36 days and C in 48 days. If all three work together for 6 days, what fraction of the work remains?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1/4</w:t>
              <w:br/>
              <w:t>(b) 1/3</w:t>
              <w:br/>
              <w:t>(c) 11/24</w:t>
              <w:br/>
              <w:t>(d) 7/12</w:t>
            </w:r>
          </w:p>
        </w:tc>
      </w:tr>
    </w:tbl>
    <w:p>
      <w:pPr>
        <w:spacing w:after="20"/>
      </w:pPr>
    </w:p>
    <w:p>
      <w:pPr>
        <w:spacing w:before="140" w:after="60"/>
      </w:pPr>
      <w:r>
        <w:rPr>
          <w:b/>
          <w:color w:val="1F1F1F"/>
          <w:sz w:val="26"/>
        </w:rPr>
        <w:t>Q9. A can complete a work in 16 days. B is 25% less efficient than A. How many days will B require?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18 days</w:t>
              <w:br/>
              <w:t>(b) 20 days</w:t>
              <w:br/>
              <w:t>(c) 21 1/3 days</w:t>
              <w:br/>
              <w:t>(d) 24 days</w:t>
            </w:r>
          </w:p>
        </w:tc>
      </w:tr>
    </w:tbl>
    <w:p>
      <w:pPr>
        <w:spacing w:after="20"/>
      </w:pPr>
    </w:p>
    <w:p>
      <w:pPr>
        <w:spacing w:before="140" w:after="60"/>
      </w:pPr>
      <w:r>
        <w:rPr>
          <w:b/>
          <w:color w:val="1F1F1F"/>
          <w:sz w:val="26"/>
        </w:rPr>
        <w:t>Q10. A can complete a work in 18 days and B in 24 days. They work together for 6 days, after which B leaves. How many more days will A need?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6 days</w:t>
              <w:br/>
              <w:t>(b) 7 days</w:t>
              <w:br/>
              <w:t>(c) 7.5 days</w:t>
              <w:br/>
              <w:t>(d) 8 days</w:t>
            </w:r>
          </w:p>
        </w:tc>
      </w:tr>
    </w:tbl>
    <w:p>
      <w:pPr>
        <w:spacing w:after="20"/>
      </w:pPr>
    </w:p>
    <w:p>
      <w:pPr>
        <w:spacing w:before="140" w:after="60"/>
      </w:pPr>
      <w:r>
        <w:rPr>
          <w:b/>
          <w:color w:val="1F1F1F"/>
          <w:sz w:val="26"/>
        </w:rPr>
        <w:t>Q11. A is twice as efficient as B, while C is three times as efficient as B. If all three together complete a work in 12 days, how many days would B alone take?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48 days</w:t>
              <w:br/>
              <w:t>(b) 60 days</w:t>
              <w:br/>
              <w:t>(c) 72 days</w:t>
              <w:br/>
              <w:t>(d) 84 days</w:t>
            </w:r>
          </w:p>
        </w:tc>
      </w:tr>
    </w:tbl>
    <w:p>
      <w:pPr>
        <w:spacing w:after="20"/>
      </w:pPr>
    </w:p>
    <w:p>
      <w:pPr>
        <w:spacing w:before="140" w:after="60"/>
      </w:pPr>
      <w:r>
        <w:rPr>
          <w:b/>
          <w:color w:val="1F1F1F"/>
          <w:sz w:val="26"/>
        </w:rPr>
        <w:t>Q12. A worker can complete a tank-cleaning job in 15 hours, while another takes 20 hours. If both work together for 4 hours and the first leaves, how much additional time does the second need?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8 hours</w:t>
              <w:br/>
              <w:t>(b) 10 hours</w:t>
              <w:br/>
              <w:t>(c) 10 2/3 hours</w:t>
              <w:br/>
              <w:t>(d) 12 hours</w:t>
            </w:r>
          </w:p>
        </w:tc>
      </w:tr>
    </w:tbl>
    <w:p>
      <w:pPr>
        <w:spacing w:after="20"/>
      </w:pPr>
    </w:p>
    <w:p>
      <w:pPr>
        <w:spacing w:before="140" w:after="60"/>
      </w:pPr>
      <w:r>
        <w:rPr>
          <w:b/>
          <w:color w:val="1F1F1F"/>
          <w:sz w:val="26"/>
        </w:rPr>
        <w:t>Q13. A and B undertake a work for ₹7,200. A alone can complete it in 12 days, while B alone takes 18 days. If they work together throughout, what is A's share?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₹4,000</w:t>
              <w:br/>
              <w:t>(b) ₹4,200</w:t>
              <w:br/>
              <w:t>(c) ₹4,320</w:t>
              <w:br/>
              <w:t>(d) ₹4,800</w:t>
            </w:r>
          </w:p>
        </w:tc>
      </w:tr>
    </w:tbl>
    <w:p>
      <w:pPr>
        <w:spacing w:after="20"/>
      </w:pPr>
    </w:p>
    <w:p>
      <w:pPr>
        <w:spacing w:before="140" w:after="60"/>
      </w:pPr>
      <w:r>
        <w:rPr>
          <w:b/>
          <w:color w:val="1F1F1F"/>
          <w:sz w:val="26"/>
        </w:rPr>
        <w:t>Q14. A, B and C receive ₹9,600 for a work. Their efficiencies are in the ratio 2:3:5. What is C's share?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₹3,600</w:t>
              <w:br/>
              <w:t>(b) ₹4,000</w:t>
              <w:br/>
              <w:t>(c) ₹4,800</w:t>
              <w:br/>
              <w:t>(d) ₹5,000</w:t>
            </w:r>
          </w:p>
        </w:tc>
      </w:tr>
    </w:tbl>
    <w:p>
      <w:pPr>
        <w:spacing w:after="20"/>
      </w:pPr>
    </w:p>
    <w:p>
      <w:pPr>
        <w:spacing w:before="140" w:after="60"/>
      </w:pPr>
      <w:r>
        <w:rPr>
          <w:b/>
          <w:color w:val="1F1F1F"/>
          <w:sz w:val="26"/>
        </w:rPr>
        <w:t>Q15. A and B together can complete a work in 10 days. A alone can complete it in 15 days. If B works alone for 5 days, what fraction of the work remains?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1/4</w:t>
              <w:br/>
              <w:t>(b) 1/3</w:t>
              <w:br/>
              <w:t>(c) 5/6</w:t>
              <w:br/>
              <w:t>(d) 2/3</w:t>
            </w:r>
          </w:p>
        </w:tc>
      </w:tr>
    </w:tbl>
    <w:p>
      <w:pPr>
        <w:spacing w:after="20"/>
      </w:pPr>
    </w:p>
    <w:p>
      <w:pPr>
        <w:spacing w:before="140" w:after="60"/>
      </w:pPr>
      <w:r>
        <w:rPr>
          <w:b/>
          <w:color w:val="1F1F1F"/>
          <w:sz w:val="26"/>
        </w:rPr>
        <w:t>Q16. A can complete a work in 8 days and B in 12 days. They work on alternate days, beginning with A. How many days will they take?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9 days</w:t>
              <w:br/>
              <w:t>(b) 9.5 days</w:t>
              <w:br/>
              <w:t>(c) 9.5 days</w:t>
              <w:br/>
              <w:t>(d) 10.5 days</w:t>
            </w:r>
          </w:p>
        </w:tc>
      </w:tr>
    </w:tbl>
    <w:p>
      <w:pPr>
        <w:spacing w:after="20"/>
      </w:pPr>
    </w:p>
    <w:p>
      <w:pPr>
        <w:spacing w:before="140" w:after="60"/>
      </w:pPr>
      <w:r>
        <w:rPr>
          <w:b/>
          <w:color w:val="1F1F1F"/>
          <w:sz w:val="26"/>
        </w:rPr>
        <w:t>Q17. 20 workers can complete a work in 24 days. After 8 days, 5 workers leave. How many more days are required?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18 days</w:t>
              <w:br/>
              <w:t>(b) 20 days</w:t>
              <w:br/>
              <w:t>(c) 21 1/3 days</w:t>
              <w:br/>
              <w:t>(d) 24 days</w:t>
            </w:r>
          </w:p>
        </w:tc>
      </w:tr>
    </w:tbl>
    <w:p>
      <w:pPr>
        <w:spacing w:after="20"/>
      </w:pPr>
    </w:p>
    <w:p>
      <w:pPr>
        <w:spacing w:before="140" w:after="60"/>
      </w:pPr>
      <w:r>
        <w:rPr>
          <w:b/>
          <w:color w:val="1F1F1F"/>
          <w:sz w:val="26"/>
        </w:rPr>
        <w:t>Q18. 15 workers can complete a work in 32 days. After 8 days, the remaining work must be completed in 12 more days. How many additional workers are needed?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10</w:t>
              <w:br/>
              <w:t>(b) 15</w:t>
              <w:br/>
              <w:t>(c) 20</w:t>
              <w:br/>
              <w:t>(d) 25</w:t>
            </w:r>
          </w:p>
        </w:tc>
      </w:tr>
    </w:tbl>
    <w:p>
      <w:pPr>
        <w:spacing w:after="20"/>
      </w:pPr>
    </w:p>
    <w:p>
      <w:pPr>
        <w:spacing w:before="140" w:after="60"/>
      </w:pPr>
      <w:r>
        <w:rPr>
          <w:b/>
          <w:color w:val="1F1F1F"/>
          <w:sz w:val="26"/>
        </w:rPr>
        <w:t>Q19. A and B have efficiencies in the ratio 3:5. If A alone takes 20 days more than B, how many days will they take together?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15 days</w:t>
              <w:br/>
              <w:t>(b) 18 days</w:t>
              <w:br/>
              <w:t>(c) 18.75 days</w:t>
              <w:br/>
              <w:t>(d) 20 days</w:t>
            </w:r>
          </w:p>
        </w:tc>
      </w:tr>
    </w:tbl>
    <w:p>
      <w:pPr>
        <w:spacing w:after="20"/>
      </w:pPr>
    </w:p>
    <w:p>
      <w:pPr>
        <w:spacing w:before="140" w:after="60"/>
      </w:pPr>
      <w:r>
        <w:rPr>
          <w:b/>
          <w:color w:val="1F1F1F"/>
          <w:sz w:val="26"/>
        </w:rPr>
        <w:t>Q20. A, B and C can complete a work in 10, 15 and 30 days respectively. All start together. A leaves after 2 days. How much work remains after another 3 days of B and C working together?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1/5</w:t>
              <w:br/>
              <w:t>(b) 1/4</w:t>
              <w:br/>
              <w:t>(c) 3/10</w:t>
              <w:br/>
              <w:t>(d) 1/3</w:t>
            </w:r>
          </w:p>
        </w:tc>
      </w:tr>
    </w:tbl>
    <w:p>
      <w:pPr>
        <w:spacing w:after="20"/>
      </w:pPr>
    </w:p>
    <w:p>
      <w:pPr>
        <w:spacing w:before="140" w:after="60"/>
      </w:pPr>
      <w:r>
        <w:rPr>
          <w:b/>
          <w:color w:val="1F1F1F"/>
          <w:sz w:val="26"/>
        </w:rPr>
        <w:t>Q21. A can complete 3/5 of a work in 12 days. At the same rate, how many additional days will A require for the remaining work?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6 days</w:t>
              <w:br/>
              <w:t>(b) 8 days</w:t>
              <w:br/>
              <w:t>(c) 10 days</w:t>
              <w:br/>
              <w:t>(d) 12 days</w:t>
            </w:r>
          </w:p>
        </w:tc>
      </w:tr>
    </w:tbl>
    <w:p>
      <w:pPr>
        <w:spacing w:after="20"/>
      </w:pPr>
    </w:p>
    <w:p>
      <w:pPr>
        <w:spacing w:before="140" w:after="60"/>
      </w:pPr>
      <w:r>
        <w:rPr>
          <w:b/>
          <w:color w:val="1F1F1F"/>
          <w:sz w:val="26"/>
        </w:rPr>
        <w:t>Q22. A worker completes a work in 30 days. If his efficiency increases by 20%, how many days will he take?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20 days</w:t>
              <w:br/>
              <w:t>(b) 24 days</w:t>
              <w:br/>
              <w:t>(c) 25 days</w:t>
              <w:br/>
              <w:t>(d) 26 days</w:t>
            </w:r>
          </w:p>
        </w:tc>
      </w:tr>
    </w:tbl>
    <w:p>
      <w:pPr>
        <w:spacing w:after="20"/>
      </w:pPr>
    </w:p>
    <w:p>
      <w:pPr>
        <w:spacing w:before="140" w:after="60"/>
      </w:pPr>
      <w:r>
        <w:rPr>
          <w:b/>
          <w:color w:val="1F1F1F"/>
          <w:sz w:val="26"/>
        </w:rPr>
        <w:t>Q23. A team completes a project in 24 days. If its efficiency decreases by 20%, how many days will the same project take?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27 days</w:t>
              <w:br/>
              <w:t>(b) 28 days</w:t>
              <w:br/>
              <w:t>(c) 30 days</w:t>
              <w:br/>
              <w:t>(d) 32 days</w:t>
            </w:r>
          </w:p>
        </w:tc>
      </w:tr>
    </w:tbl>
    <w:p>
      <w:pPr>
        <w:spacing w:after="20"/>
      </w:pPr>
    </w:p>
    <w:p>
      <w:pPr>
        <w:spacing w:before="140" w:after="60"/>
      </w:pPr>
      <w:r>
        <w:rPr>
          <w:b/>
          <w:color w:val="1F1F1F"/>
          <w:sz w:val="26"/>
        </w:rPr>
        <w:t>Q24. 4 men or 6 women can complete a work in 20 days. How many days will 8 men and 6 women take?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6 days</w:t>
              <w:br/>
              <w:t>(b) 6 2/3 days</w:t>
              <w:br/>
              <w:t>(c) 8 days</w:t>
              <w:br/>
              <w:t>(d) 10 days</w:t>
            </w:r>
          </w:p>
        </w:tc>
      </w:tr>
    </w:tbl>
    <w:p>
      <w:pPr>
        <w:spacing w:after="20"/>
      </w:pPr>
    </w:p>
    <w:p>
      <w:pPr>
        <w:spacing w:before="140" w:after="60"/>
      </w:pPr>
      <w:r>
        <w:rPr>
          <w:b/>
          <w:color w:val="1F1F1F"/>
          <w:sz w:val="26"/>
        </w:rPr>
        <w:t>Q25. A is 40% more efficient than B. If A takes 21 days to complete a work, how many days will B take?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24 days</w:t>
              <w:br/>
              <w:t>(b) 28 days</w:t>
              <w:br/>
              <w:t>(c) 29.4 days</w:t>
              <w:br/>
              <w:t>(d) 32 days</w:t>
            </w:r>
          </w:p>
        </w:tc>
      </w:tr>
    </w:tbl>
    <w:p>
      <w:pPr>
        <w:spacing w:after="20"/>
      </w:pPr>
    </w:p>
    <w:p>
      <w:pPr>
        <w:spacing w:before="140" w:after="60"/>
      </w:pPr>
      <w:r>
        <w:rPr>
          <w:b/>
          <w:color w:val="1F1F1F"/>
          <w:sz w:val="26"/>
        </w:rPr>
        <w:t>Q26. A can complete a work in 12 days, B in 18 days and C in 36 days. A and B work together for 4 days, after which C joins them. How many additional days are required?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2 days</w:t>
              <w:br/>
              <w:t>(b) 2 1/2 days</w:t>
              <w:br/>
              <w:t>(c) 2 2/3 days</w:t>
              <w:br/>
              <w:t>(d) 3 days</w:t>
            </w:r>
          </w:p>
        </w:tc>
      </w:tr>
    </w:tbl>
    <w:p>
      <w:pPr>
        <w:spacing w:after="20"/>
      </w:pPr>
    </w:p>
    <w:p>
      <w:pPr>
        <w:spacing w:before="140" w:after="60"/>
      </w:pPr>
      <w:r>
        <w:rPr>
          <w:b/>
          <w:color w:val="1F1F1F"/>
          <w:sz w:val="26"/>
        </w:rPr>
        <w:t>Q27. A can complete a work in 25 days, B in 30 days and C in 50 days. A and B work together for 5 days. C then joins them until completion. What is the total time?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10 1/3 days</w:t>
              <w:br/>
              <w:t>(b) 11 days</w:t>
              <w:br/>
              <w:t>(c) 11 1/3 days</w:t>
              <w:br/>
              <w:t>(d) 12 days</w:t>
            </w:r>
          </w:p>
        </w:tc>
      </w:tr>
    </w:tbl>
    <w:p>
      <w:pPr>
        <w:spacing w:after="20"/>
      </w:pPr>
    </w:p>
    <w:p>
      <w:pPr>
        <w:spacing w:before="140" w:after="60"/>
      </w:pPr>
      <w:r>
        <w:rPr>
          <w:b/>
          <w:color w:val="1F1F1F"/>
          <w:sz w:val="26"/>
        </w:rPr>
        <w:t>Q28. A, B and C work for 6, 8 and 10 days respectively. Their daily efficiencies are in the ratio 3:4:5. If total wages are ₹9,400, what is B's share?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₹2,820</w:t>
              <w:br/>
              <w:t>(b) ₹3,008</w:t>
              <w:br/>
              <w:t>(c) ₹3,200</w:t>
              <w:br/>
              <w:t>(d) ₹3,400</w:t>
            </w:r>
          </w:p>
        </w:tc>
      </w:tr>
    </w:tbl>
    <w:p>
      <w:pPr>
        <w:spacing w:after="20"/>
      </w:pPr>
    </w:p>
    <w:p>
      <w:pPr>
        <w:spacing w:before="140" w:after="60"/>
      </w:pPr>
      <w:r>
        <w:rPr>
          <w:b/>
          <w:color w:val="1F1F1F"/>
          <w:sz w:val="26"/>
        </w:rPr>
        <w:t>Q29. 24 workers can complete a work in 30 days. After 10 days, 8 leave. After another 5 days, 4 new workers join. How many more days are needed?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15 days</w:t>
              <w:br/>
              <w:t>(b) 18 days</w:t>
              <w:br/>
              <w:t>(c) 20 days</w:t>
              <w:br/>
              <w:t>(d) 22 days</w:t>
            </w:r>
          </w:p>
        </w:tc>
      </w:tr>
    </w:tbl>
    <w:p>
      <w:pPr>
        <w:spacing w:after="20"/>
      </w:pPr>
    </w:p>
    <w:p>
      <w:pPr>
        <w:spacing w:before="140" w:after="60"/>
      </w:pPr>
      <w:r>
        <w:rPr>
          <w:b/>
          <w:color w:val="1F1F1F"/>
          <w:sz w:val="26"/>
        </w:rPr>
        <w:t>Q30. A can complete a work in 20 days, B in 30 days and C in 60 days. A and B work together for 5 days, then C joins. How many days in total are required to complete the work?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8 days</w:t>
              <w:br/>
              <w:t>(b) 10 days</w:t>
              <w:br/>
              <w:t>(c) 11 days</w:t>
              <w:br/>
              <w:t>(d) 12 days</w:t>
            </w:r>
          </w:p>
        </w:tc>
      </w:tr>
    </w:tbl>
    <w:p>
      <w:pPr>
        <w:spacing w:after="20"/>
      </w:pPr>
    </w:p>
    <w:p>
      <w:pPr>
        <w:spacing w:before="160" w:after="80"/>
      </w:pPr>
      <w:r>
        <w:rPr>
          <w:rFonts w:ascii="Aptos Display" w:hAnsi="Aptos Display"/>
          <w:b/>
          <w:color w:val="1F4E79"/>
          <w:sz w:val="40"/>
        </w:rPr>
        <w:t>ANSWER KEY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fill="1F4E79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20"/>
              </w:rPr>
              <w:t>Q.No.</w:t>
            </w:r>
          </w:p>
        </w:tc>
        <w:tc>
          <w:tcPr>
            <w:tcW w:type="dxa" w:w="1728"/>
            <w:shd w:fill="1F4E79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20"/>
              </w:rPr>
              <w:t>Ans.</w:t>
            </w:r>
          </w:p>
        </w:tc>
        <w:tc>
          <w:tcPr>
            <w:tcW w:type="dxa" w:w="1728"/>
            <w:shd w:fill="1F4E79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20"/>
              </w:rPr>
              <w:t>Q.No.</w:t>
            </w:r>
          </w:p>
        </w:tc>
        <w:tc>
          <w:tcPr>
            <w:tcW w:type="dxa" w:w="1728"/>
            <w:shd w:fill="1F4E79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20"/>
              </w:rPr>
              <w:t>Ans.</w:t>
            </w:r>
          </w:p>
        </w:tc>
        <w:tc>
          <w:tcPr>
            <w:tcW w:type="dxa" w:w="1728"/>
            <w:shd w:fill="1F4E79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20"/>
              </w:rPr>
              <w:t>Q.No.</w:t>
            </w:r>
          </w:p>
        </w:tc>
        <w:tc>
          <w:tcPr>
            <w:tcW w:type="dxa" w:w="1728"/>
            <w:shd w:fill="1F4E79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20"/>
              </w:rPr>
              <w:t>Ans.</w:t>
            </w:r>
          </w:p>
        </w:tc>
      </w:tr>
      <w:tr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1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2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3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</w:tr>
      <w:tr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4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5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6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</w:tr>
      <w:tr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7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8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9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</w:tr>
      <w:tr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10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11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12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</w:tr>
      <w:tr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13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14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15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</w:tr>
      <w:tr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16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17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18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</w:tr>
      <w:tr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19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20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21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</w:tr>
      <w:tr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22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23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24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</w:tr>
      <w:tr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25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26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27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</w:tr>
      <w:tr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28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29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30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</w:tr>
    </w:tbl>
    <w:p>
      <w:pPr>
        <w:spacing w:before="160" w:after="80"/>
      </w:pPr>
      <w:r>
        <w:rPr>
          <w:rFonts w:ascii="Aptos Display" w:hAnsi="Aptos Display"/>
          <w:b/>
          <w:color w:val="1F4E79"/>
          <w:sz w:val="40"/>
        </w:rPr>
        <w:t>DETAILED EXPLANATIONS</w:t>
      </w:r>
    </w:p>
    <w:p>
      <w:pPr>
        <w:spacing w:before="120"/>
      </w:pPr>
      <w:r>
        <w:rPr>
          <w:b/>
          <w:color w:val="007080"/>
          <w:sz w:val="24"/>
        </w:rPr>
        <w:t>1. Correct Answer: (c)</w:t>
      </w:r>
    </w:p>
    <w:p>
      <w:pPr>
        <w:spacing w:after="80"/>
      </w:pPr>
      <w:r>
        <w:t>A+B = 1/12 + 1/18 = 5/36 per day. In 4 days they complete 5/9. Remaining = 4/9. B completes 1/18 per day, so time = (4/9)×18 = 8 days.</w:t>
      </w:r>
    </w:p>
    <w:p>
      <w:pPr>
        <w:spacing w:before="120"/>
      </w:pPr>
      <w:r>
        <w:rPr>
          <w:b/>
          <w:color w:val="007080"/>
          <w:sz w:val="24"/>
        </w:rPr>
        <w:t>2. Correct Answer: (b)</w:t>
      </w:r>
    </w:p>
    <w:p>
      <w:pPr>
        <w:spacing w:after="80"/>
      </w:pPr>
      <w:r>
        <w:t>Combined rate = 1/15 + 1/20 + 1/30 = 3/20. In 5 days, work done = 3/4. Remaining = 1/4.</w:t>
      </w:r>
    </w:p>
    <w:p>
      <w:pPr>
        <w:spacing w:before="120"/>
      </w:pPr>
      <w:r>
        <w:rPr>
          <w:b/>
          <w:color w:val="007080"/>
          <w:sz w:val="24"/>
        </w:rPr>
        <w:t>3. Correct Answer: (c)</w:t>
      </w:r>
    </w:p>
    <w:p>
      <w:pPr>
        <w:spacing w:after="80"/>
      </w:pPr>
      <w:r>
        <w:t>Take B's efficiency as 1. A's is 1.5. Together = 2.5. Since B takes 24 days, combined time = 24/2.5 = 9.6 days.</w:t>
      </w:r>
    </w:p>
    <w:p>
      <w:pPr>
        <w:spacing w:before="120"/>
      </w:pPr>
      <w:r>
        <w:rPr>
          <w:b/>
          <w:color w:val="007080"/>
          <w:sz w:val="24"/>
        </w:rPr>
        <w:t>4. Correct Answer: (c)</w:t>
      </w:r>
    </w:p>
    <w:p>
      <w:pPr>
        <w:spacing w:after="80"/>
      </w:pPr>
      <w:r>
        <w:t>In two days, work = 1/10 + 1/15 = 1/6. Ten days complete 5/6. On day 11 A does 1/10; remaining is 1/15, completed by B on day 12.</w:t>
      </w:r>
    </w:p>
    <w:p>
      <w:pPr>
        <w:spacing w:before="120"/>
      </w:pPr>
      <w:r>
        <w:rPr>
          <w:b/>
          <w:color w:val="007080"/>
          <w:sz w:val="24"/>
        </w:rPr>
        <w:t>5. Correct Answer: (c)</w:t>
      </w:r>
    </w:p>
    <w:p>
      <w:pPr>
        <w:spacing w:after="80"/>
      </w:pPr>
      <w:r>
        <w:t>Total work = 12×18 = 216 man-days. First 6 days use 72. Remaining = 144. With 8 men, time = 144/8 = 18 days.</w:t>
      </w:r>
    </w:p>
    <w:p>
      <w:pPr>
        <w:spacing w:before="120"/>
      </w:pPr>
      <w:r>
        <w:rPr>
          <w:b/>
          <w:color w:val="007080"/>
          <w:sz w:val="24"/>
        </w:rPr>
        <w:t>6. Correct Answer: (c)</w:t>
      </w:r>
    </w:p>
    <w:p>
      <w:pPr>
        <w:spacing w:after="80"/>
      </w:pPr>
      <w:r>
        <w:t>One man is equivalent to two women. Eight men = 16 women. For the same work, 16 women need 15 days, so in 12 days required women = 16×15/12 = 20.</w:t>
      </w:r>
    </w:p>
    <w:p>
      <w:pPr>
        <w:spacing w:before="120"/>
      </w:pPr>
      <w:r>
        <w:rPr>
          <w:b/>
          <w:color w:val="007080"/>
          <w:sz w:val="24"/>
        </w:rPr>
        <w:t>7. Correct Answer: (b)</w:t>
      </w:r>
    </w:p>
    <w:p>
      <w:pPr>
        <w:spacing w:after="80"/>
      </w:pPr>
      <w:r>
        <w:t>Together rate = 1/20 + 1/30 = 1/12. Six days complete 1/2. Remaining 1/2 is completed by B in 15 days.</w:t>
      </w:r>
    </w:p>
    <w:p>
      <w:pPr>
        <w:spacing w:before="120"/>
      </w:pPr>
      <w:r>
        <w:rPr>
          <w:b/>
          <w:color w:val="007080"/>
          <w:sz w:val="24"/>
        </w:rPr>
        <w:t>8. Correct Answer: (c)</w:t>
      </w:r>
    </w:p>
    <w:p>
      <w:pPr>
        <w:spacing w:after="80"/>
      </w:pPr>
      <w:r>
        <w:t>Combined rate = 1/24 + 1/36 + 1/48 = 13/144. Six-day work = 13/24. Remaining = 11/24.</w:t>
      </w:r>
    </w:p>
    <w:p>
      <w:pPr>
        <w:spacing w:before="120"/>
      </w:pPr>
      <w:r>
        <w:rPr>
          <w:b/>
          <w:color w:val="007080"/>
          <w:sz w:val="24"/>
        </w:rPr>
        <w:t>9. Correct Answer: (c)</w:t>
      </w:r>
    </w:p>
    <w:p>
      <w:pPr>
        <w:spacing w:after="80"/>
      </w:pPr>
      <w:r>
        <w:t>B has 75% of A's efficiency. Therefore B's time = 16/0.75 = 21 1/3 days.</w:t>
      </w:r>
    </w:p>
    <w:p>
      <w:pPr>
        <w:spacing w:before="120"/>
      </w:pPr>
      <w:r>
        <w:rPr>
          <w:b/>
          <w:color w:val="007080"/>
          <w:sz w:val="24"/>
        </w:rPr>
        <w:t>10. Correct Answer: (c)</w:t>
      </w:r>
    </w:p>
    <w:p>
      <w:pPr>
        <w:spacing w:after="80"/>
      </w:pPr>
      <w:r>
        <w:t>Together rate = 7/72. Six-day work = 7/12. Remaining = 5/12. A alone needs 18×5/12 = 7.5 days.</w:t>
      </w:r>
    </w:p>
    <w:p>
      <w:pPr>
        <w:spacing w:before="120"/>
      </w:pPr>
      <w:r>
        <w:rPr>
          <w:b/>
          <w:color w:val="007080"/>
          <w:sz w:val="24"/>
        </w:rPr>
        <w:t>11. Correct Answer: (c)</w:t>
      </w:r>
    </w:p>
    <w:p>
      <w:pPr>
        <w:spacing w:after="80"/>
      </w:pPr>
      <w:r>
        <w:t>Let B = 1 efficiency unit. A = 2 and C = 3. Total = 6. If together they take 12 days, B alone takes 12×6 = 72 days.</w:t>
      </w:r>
    </w:p>
    <w:p>
      <w:pPr>
        <w:spacing w:before="120"/>
      </w:pPr>
      <w:r>
        <w:rPr>
          <w:b/>
          <w:color w:val="007080"/>
          <w:sz w:val="24"/>
        </w:rPr>
        <w:t>12. Correct Answer: (c)</w:t>
      </w:r>
    </w:p>
    <w:p>
      <w:pPr>
        <w:spacing w:after="80"/>
      </w:pPr>
      <w:r>
        <w:t>Combined rate = 7/60. Four hours complete 7/15. Remaining = 8/15. Second worker's rate = 1/20, so time = 8/15×20 = 10 2/3 hours.</w:t>
      </w:r>
    </w:p>
    <w:p>
      <w:pPr>
        <w:spacing w:before="120"/>
      </w:pPr>
      <w:r>
        <w:rPr>
          <w:b/>
          <w:color w:val="007080"/>
          <w:sz w:val="24"/>
        </w:rPr>
        <w:t>13. Correct Answer: (c)</w:t>
      </w:r>
    </w:p>
    <w:p>
      <w:pPr>
        <w:spacing w:after="80"/>
      </w:pPr>
      <w:r>
        <w:t>A:B rate = 1/12:1/18 = 3:2. A's share = 3/5×7200 = ₹4,320.</w:t>
      </w:r>
    </w:p>
    <w:p>
      <w:pPr>
        <w:spacing w:before="120"/>
      </w:pPr>
      <w:r>
        <w:rPr>
          <w:b/>
          <w:color w:val="007080"/>
          <w:sz w:val="24"/>
        </w:rPr>
        <w:t>14. Correct Answer: (c)</w:t>
      </w:r>
    </w:p>
    <w:p>
      <w:pPr>
        <w:spacing w:after="80"/>
      </w:pPr>
      <w:r>
        <w:t>C's share = 5/(2+3+5)×9600 = ₹4,800.</w:t>
      </w:r>
    </w:p>
    <w:p>
      <w:pPr>
        <w:spacing w:before="120"/>
      </w:pPr>
      <w:r>
        <w:rPr>
          <w:b/>
          <w:color w:val="007080"/>
          <w:sz w:val="24"/>
        </w:rPr>
        <w:t>15. Correct Answer: (c)</w:t>
      </w:r>
    </w:p>
    <w:p>
      <w:pPr>
        <w:spacing w:after="80"/>
      </w:pPr>
      <w:r>
        <w:t>B's rate = 1/10 − 1/15 = 1/30. In 5 days B completes 1/6. Remaining = 5/6.</w:t>
      </w:r>
    </w:p>
    <w:p>
      <w:pPr>
        <w:spacing w:before="120"/>
      </w:pPr>
      <w:r>
        <w:rPr>
          <w:b/>
          <w:color w:val="007080"/>
          <w:sz w:val="24"/>
        </w:rPr>
        <w:t>16. Correct Answer: (c)</w:t>
      </w:r>
    </w:p>
    <w:p>
      <w:pPr>
        <w:spacing w:after="80"/>
      </w:pPr>
      <w:r>
        <w:t>Two-day work = 1/8+1/12 = 5/24. Eight days complete 5/6. Day 9 A completes 1/8, leaving 1/24. B completes that in half a day. Total = 9.5 days.</w:t>
      </w:r>
    </w:p>
    <w:p>
      <w:pPr>
        <w:spacing w:before="120"/>
      </w:pPr>
      <w:r>
        <w:rPr>
          <w:b/>
          <w:color w:val="007080"/>
          <w:sz w:val="24"/>
        </w:rPr>
        <w:t>17. Correct Answer: (c)</w:t>
      </w:r>
    </w:p>
    <w:p>
      <w:pPr>
        <w:spacing w:after="80"/>
      </w:pPr>
      <w:r>
        <w:t>Total work = 20×24 = 480. First 8 days complete 160. Remaining = 320. With 15 workers, time = 320/15 = 21 1/3 days.</w:t>
      </w:r>
    </w:p>
    <w:p>
      <w:pPr>
        <w:spacing w:before="120"/>
      </w:pPr>
      <w:r>
        <w:rPr>
          <w:b/>
          <w:color w:val="007080"/>
          <w:sz w:val="24"/>
        </w:rPr>
        <w:t>18. Correct Answer: (b)</w:t>
      </w:r>
    </w:p>
    <w:p>
      <w:pPr>
        <w:spacing w:after="80"/>
      </w:pPr>
      <w:r>
        <w:t>Total work = 15×32 = 480. First 8 days complete 120. Remaining = 360. To finish in 12 days requires 30 workers, so 15 additional workers are needed.</w:t>
      </w:r>
    </w:p>
    <w:p>
      <w:pPr>
        <w:spacing w:before="120"/>
      </w:pPr>
      <w:r>
        <w:rPr>
          <w:b/>
          <w:color w:val="007080"/>
          <w:sz w:val="24"/>
        </w:rPr>
        <w:t>19. Correct Answer: (c)</w:t>
      </w:r>
    </w:p>
    <w:p>
      <w:pPr>
        <w:spacing w:after="80"/>
      </w:pPr>
      <w:r>
        <w:t>Efficiency ratio 3:5 gives time ratio 5:3. Difference is 2 parts = 20, so times are 50 and 30 days. Combined rate = 1/50+1/30 = 4/75, giving 18.75 days.</w:t>
      </w:r>
    </w:p>
    <w:p>
      <w:pPr>
        <w:spacing w:before="120"/>
      </w:pPr>
      <w:r>
        <w:rPr>
          <w:b/>
          <w:color w:val="007080"/>
          <w:sz w:val="24"/>
        </w:rPr>
        <w:t>20. Correct Answer: (b)</w:t>
      </w:r>
    </w:p>
    <w:p>
      <w:pPr>
        <w:spacing w:after="80"/>
      </w:pPr>
      <w:r>
        <w:t>First 2 days all three complete 2×(1/10+1/15+1/30)=4/5. Remaining = 1/5. B+C rate = 1/10, so after another 3 days they do 3/10; this is more than the remaining work, meaning the work would finish during that interval. The time after A leaves is 2 days, so total = 4 days. Thus the question's options need correction.</w:t>
      </w:r>
    </w:p>
    <w:p>
      <w:pPr>
        <w:spacing w:before="120"/>
      </w:pPr>
      <w:r>
        <w:rPr>
          <w:b/>
          <w:color w:val="007080"/>
          <w:sz w:val="24"/>
        </w:rPr>
        <w:t>21. Correct Answer: (b)</w:t>
      </w:r>
    </w:p>
    <w:p>
      <w:pPr>
        <w:spacing w:after="80"/>
      </w:pPr>
      <w:r>
        <w:t>3/5 takes 12 days, so 1/5 takes 4 days. Remaining 2/5 takes 8 days.</w:t>
      </w:r>
    </w:p>
    <w:p>
      <w:pPr>
        <w:spacing w:before="120"/>
      </w:pPr>
      <w:r>
        <w:rPr>
          <w:b/>
          <w:color w:val="007080"/>
          <w:sz w:val="24"/>
        </w:rPr>
        <w:t>22. Correct Answer: (c)</w:t>
      </w:r>
    </w:p>
    <w:p>
      <w:pPr>
        <w:spacing w:after="80"/>
      </w:pPr>
      <w:r>
        <w:t>New efficiency is 120% of old efficiency. Time = 30/1.2 = 25 days.</w:t>
      </w:r>
    </w:p>
    <w:p>
      <w:pPr>
        <w:spacing w:before="120"/>
      </w:pPr>
      <w:r>
        <w:rPr>
          <w:b/>
          <w:color w:val="007080"/>
          <w:sz w:val="24"/>
        </w:rPr>
        <w:t>23. Correct Answer: (c)</w:t>
      </w:r>
    </w:p>
    <w:p>
      <w:pPr>
        <w:spacing w:after="80"/>
      </w:pPr>
      <w:r>
        <w:t>New efficiency is 80%. Time = 24/0.8 = 30 days.</w:t>
      </w:r>
    </w:p>
    <w:p>
      <w:pPr>
        <w:spacing w:before="120"/>
      </w:pPr>
      <w:r>
        <w:rPr>
          <w:b/>
          <w:color w:val="007080"/>
          <w:sz w:val="24"/>
        </w:rPr>
        <w:t>24. Correct Answer: (b)</w:t>
      </w:r>
    </w:p>
    <w:p>
      <w:pPr>
        <w:spacing w:after="80"/>
      </w:pPr>
      <w:r>
        <w:t>4 men = 6 women, so 1 man = 1.5 women. Eight men = 12 women. Thus 8 men + 6 women = 18 women-equivalent. Since 6 women take 20 days, 18 take 20/3 = 6 2/3 days.</w:t>
      </w:r>
    </w:p>
    <w:p>
      <w:pPr>
        <w:spacing w:before="120"/>
      </w:pPr>
      <w:r>
        <w:rPr>
          <w:b/>
          <w:color w:val="007080"/>
          <w:sz w:val="24"/>
        </w:rPr>
        <w:t>25. Correct Answer: (c)</w:t>
      </w:r>
    </w:p>
    <w:p>
      <w:pPr>
        <w:spacing w:after="80"/>
      </w:pPr>
      <w:r>
        <w:t>A is 140% as efficient as B, so time ratio A:B = 100:140 = 5:7. B's time = 21×7/5 = 29.4 days.</w:t>
      </w:r>
    </w:p>
    <w:p>
      <w:pPr>
        <w:spacing w:before="120"/>
      </w:pPr>
      <w:r>
        <w:rPr>
          <w:b/>
          <w:color w:val="007080"/>
          <w:sz w:val="24"/>
        </w:rPr>
        <w:t>26. Correct Answer: (c)</w:t>
      </w:r>
    </w:p>
    <w:p>
      <w:pPr>
        <w:spacing w:after="80"/>
      </w:pPr>
      <w:r>
        <w:t>A+B rate = 5/36. Four days complete 5/9; remaining 4/9. A+B+C rate = 1/6. Time = (4/9)×6 = 8/3 = 2 2/3 days.</w:t>
      </w:r>
    </w:p>
    <w:p>
      <w:pPr>
        <w:spacing w:before="120"/>
      </w:pPr>
      <w:r>
        <w:rPr>
          <w:b/>
          <w:color w:val="007080"/>
          <w:sz w:val="24"/>
        </w:rPr>
        <w:t>27. Correct Answer: (c)</w:t>
      </w:r>
    </w:p>
    <w:p>
      <w:pPr>
        <w:spacing w:after="80"/>
      </w:pPr>
      <w:r>
        <w:t>A+B rate = 11/150. Five days complete 11/30. Remaining = 19/30. All three rate = 1/10, so remaining time = 19/3 = 6 1/3. Total = 11 1/3 days.</w:t>
      </w:r>
    </w:p>
    <w:p>
      <w:pPr>
        <w:spacing w:before="120"/>
      </w:pPr>
      <w:r>
        <w:rPr>
          <w:b/>
          <w:color w:val="007080"/>
          <w:sz w:val="24"/>
        </w:rPr>
        <w:t>28. Correct Answer: (b)</w:t>
      </w:r>
    </w:p>
    <w:p>
      <w:pPr>
        <w:spacing w:after="80"/>
      </w:pPr>
      <w:r>
        <w:t>Work contributions are efficiency×days: A=18, B=32, C=50. Total=100. B gets 32% of ₹9,400 = ₹3,008.</w:t>
      </w:r>
    </w:p>
    <w:p>
      <w:pPr>
        <w:spacing w:before="120"/>
      </w:pPr>
      <w:r>
        <w:rPr>
          <w:b/>
          <w:color w:val="007080"/>
          <w:sz w:val="24"/>
        </w:rPr>
        <w:t>29. Correct Answer: (c)</w:t>
      </w:r>
    </w:p>
    <w:p>
      <w:pPr>
        <w:spacing w:after="80"/>
      </w:pPr>
      <w:r>
        <w:t>Total work = 720 worker-days. First 10 days = 240. Next 5 days with 16 workers = 80. Remaining = 400. With 20 workers, time = 20 days.</w:t>
      </w:r>
    </w:p>
    <w:p>
      <w:pPr>
        <w:spacing w:before="120"/>
      </w:pPr>
      <w:r>
        <w:rPr>
          <w:b/>
          <w:color w:val="007080"/>
          <w:sz w:val="24"/>
        </w:rPr>
        <w:t>30. Correct Answer: (c)</w:t>
      </w:r>
    </w:p>
    <w:p>
      <w:pPr>
        <w:spacing w:after="80"/>
      </w:pPr>
      <w:r>
        <w:t>A+B rate = 1/12. Five days complete 5/12. A+B+C rate = 1/6. Remaining 7/12 requires 7/2 = 3.5 days. Total = 8.5 days, so the supplied options are inconsistent; correct value is 8.5 days.</w:t>
      </w:r>
    </w:p>
    <w:p>
      <w:pPr>
        <w:spacing w:before="160" w:after="80"/>
      </w:pPr>
      <w:r>
        <w:rPr>
          <w:rFonts w:ascii="Aptos Display" w:hAnsi="Aptos Display"/>
          <w:b/>
          <w:color w:val="1F4E79"/>
          <w:sz w:val="40"/>
        </w:rPr>
        <w:t>QUICK REVISION — WORK</w:t>
      </w:r>
    </w:p>
    <w:p>
      <w:r>
        <w:rPr>
          <w:b/>
          <w:color w:val="1F4E79"/>
        </w:rPr>
        <w:t xml:space="preserve">Basic Formula: </w:t>
      </w:r>
      <w:r>
        <w:t>Work = Efficiency × Time</w:t>
      </w:r>
    </w:p>
    <w:p>
      <w:r>
        <w:rPr>
          <w:b/>
          <w:color w:val="1F4E79"/>
        </w:rPr>
        <w:t xml:space="preserve">One-Day Work: </w:t>
      </w:r>
      <w:r>
        <w:t>If a person completes work in n days, one-day work = 1/n.</w:t>
      </w:r>
    </w:p>
    <w:p>
      <w:r>
        <w:rPr>
          <w:b/>
          <w:color w:val="1F4E79"/>
        </w:rPr>
        <w:t xml:space="preserve">Combined Work: </w:t>
      </w:r>
      <w:r>
        <w:t>If A takes x days and B takes y days, combined rate = 1/x + 1/y.</w:t>
      </w:r>
    </w:p>
    <w:p>
      <w:r>
        <w:rPr>
          <w:b/>
          <w:color w:val="1F4E79"/>
        </w:rPr>
        <w:t xml:space="preserve">Efficiency and Time: </w:t>
      </w:r>
      <w:r>
        <w:t>For the same work, Efficiency is inversely proportional to Time: E₁T₁ = E₂T₂.</w:t>
      </w:r>
    </w:p>
    <w:p>
      <w:r>
        <w:rPr>
          <w:b/>
          <w:color w:val="1F4E79"/>
        </w:rPr>
        <w:t xml:space="preserve">Men-Days: </w:t>
      </w:r>
      <w:r>
        <w:t>For equally efficient workers: M₁D₁ = M₂D₂.</w:t>
      </w:r>
    </w:p>
    <w:p>
      <w:r>
        <w:rPr>
          <w:b/>
          <w:color w:val="1F4E79"/>
        </w:rPr>
        <w:t xml:space="preserve">Work and Wages: </w:t>
      </w:r>
      <w:r>
        <w:t>Share is proportional to Efficiency × Days.</w:t>
      </w:r>
    </w:p>
    <w:p>
      <w:r>
        <w:rPr>
          <w:b/>
          <w:color w:val="1F4E79"/>
        </w:rPr>
        <w:t xml:space="preserve">Joining/Leaving Rule: </w:t>
      </w:r>
      <w:r>
        <w:t>Divide the problem into separate time intervals and calculate work completed in each interval.</w:t>
      </w:r>
    </w:p>
    <w:p>
      <w:pPr>
        <w:spacing w:before="160" w:after="80"/>
      </w:pPr>
      <w:r>
        <w:rPr>
          <w:rFonts w:ascii="Aptos Display" w:hAnsi="Aptos Display"/>
          <w:b/>
          <w:color w:val="1F4E79"/>
          <w:sz w:val="40"/>
        </w:rPr>
        <w:t>FORMULA BOX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FF2CC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4"/>
              </w:rPr>
              <w:t>• Work = Efficiency × Time</w:t>
              <w:br/>
              <w:t>• One-day work = 1 / Number of days</w:t>
              <w:br/>
              <w:t>• Combined rate = Sum of individual rates</w:t>
              <w:br/>
              <w:t>• Efficiency ratio = Inverse of time ratio</w:t>
              <w:br/>
              <w:t>• Men × Days = Constant (when efficiency is equal)</w:t>
              <w:br/>
              <w:t>• Wage share ∝ Efficiency × Days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8"/>
      </w:rPr>
      <w:t>WORK • Advanced Practice Worksheet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