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168AAD"/>
          <w:sz w:val="44"/>
        </w:rPr>
        <w:t>CHAPTER 8</w:t>
      </w:r>
    </w:p>
    <w:p>
      <w:pPr>
        <w:jc w:val="center"/>
      </w:pPr>
      <w:r>
        <w:rPr>
          <w:rFonts w:ascii="Georgia" w:hAnsi="Georgia"/>
          <w:b/>
          <w:color w:val="243447"/>
          <w:sz w:val="80"/>
        </w:rPr>
        <w:t>WORK</w:t>
      </w:r>
    </w:p>
    <w:p>
      <w:pPr>
        <w:jc w:val="center"/>
      </w:pPr>
      <w:r>
        <w:rPr>
          <w:color w:val="6A4C93"/>
          <w:sz w:val="26"/>
        </w:rPr>
        <w:t>Work Rates • Efficiency • Combined Work • Pipes &amp; Cisterns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LEARNING OBJECTIVE</w:t>
              <w:br/>
            </w:r>
            <w:r>
              <w:t>Understand work as a rate, convert completion times into daily work, combine workers with different efficiencies, solve alternate-day and wages problems, and apply the same framework to pipes and tanks.</w:t>
            </w:r>
          </w:p>
        </w:tc>
      </w:tr>
    </w:tbl>
    <w:p/>
    <w:p>
      <w:pPr>
        <w:pStyle w:val="Heading1"/>
      </w:pPr>
      <w:r>
        <w:t>1. Basic Idea of Work</w:t>
      </w:r>
    </w:p>
    <w:p>
      <w:r>
        <w:t>In work problems, the complete job is treated as one whole unit. If a person completes a job in a certain number of days, the fraction of the job completed in one day is called the one-day work.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CORE IDEA</w:t>
              <w:br/>
            </w:r>
            <w:r>
              <w:t>If A completes a job in x days, A's one-day work = 1/x.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 | One-day work</w:t>
            </w:r>
          </w:p>
          <w:p>
            <w:r>
              <w:rPr>
                <w:b/>
              </w:rPr>
              <w:t xml:space="preserve">Question: </w:t>
            </w:r>
            <w:r>
              <w:t>A can complete a job in 10 days. What fraction of the job does A complete in one day?</w:t>
            </w:r>
          </w:p>
          <w:p>
            <w:r>
              <w:rPr>
                <w:b/>
              </w:rPr>
              <w:t xml:space="preserve">Solution: </w:t>
            </w:r>
            <w:r>
              <w:t>One-day work = 1/10.</w:t>
            </w:r>
          </w:p>
          <w:p>
            <w:r>
              <w:rPr>
                <w:b/>
                <w:color w:val="243447"/>
              </w:rPr>
              <w:t>Final Answer: 1/10 of the work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 | Work in several days</w:t>
            </w:r>
          </w:p>
          <w:p>
            <w:r>
              <w:rPr>
                <w:b/>
              </w:rPr>
              <w:t xml:space="preserve">Question: </w:t>
            </w:r>
            <w:r>
              <w:t>A completes a job in 12 days. How much work does A complete in 3 days?</w:t>
            </w:r>
          </w:p>
          <w:p>
            <w:r>
              <w:rPr>
                <w:b/>
              </w:rPr>
              <w:t xml:space="preserve">Solution: </w:t>
            </w:r>
            <w:r>
              <w:t>One-day work=1/12. In 3 days=3/12=1/4.</w:t>
            </w:r>
          </w:p>
          <w:p>
            <w:r>
              <w:rPr>
                <w:b/>
                <w:color w:val="243447"/>
              </w:rPr>
              <w:t>Final Answer: 1/4 of the work</w:t>
            </w:r>
          </w:p>
        </w:tc>
      </w:tr>
    </w:tbl>
    <w:p/>
    <w:p>
      <w:pPr>
        <w:pStyle w:val="Heading1"/>
      </w:pPr>
      <w:r>
        <w:t>2. Work Rate</w:t>
      </w:r>
    </w:p>
    <w:p>
      <w:r>
        <w:t>Work rate is the amount of work completed per unit of time. If the total work is fixed, a higher rate means less time.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RATE FORMULA</w:t>
              <w:br/>
            </w:r>
            <w:r>
              <w:t>Work = Rate × Time</w:t>
              <w:br/>
              <w:t>Rate = Work ÷ Time</w:t>
              <w:br/>
              <w:t>Time = Work ÷ Rate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3 | Rate from time</w:t>
            </w:r>
          </w:p>
          <w:p>
            <w:r>
              <w:rPr>
                <w:b/>
              </w:rPr>
              <w:t xml:space="preserve">Question: </w:t>
            </w:r>
            <w:r>
              <w:t>A completes a job in 8 days. Find the daily work rate.</w:t>
            </w:r>
          </w:p>
          <w:p>
            <w:r>
              <w:rPr>
                <w:b/>
              </w:rPr>
              <w:t xml:space="preserve">Solution: </w:t>
            </w:r>
            <w:r>
              <w:t>Rate=1/8 job per day.</w:t>
            </w:r>
          </w:p>
          <w:p>
            <w:r>
              <w:rPr>
                <w:b/>
                <w:color w:val="243447"/>
              </w:rPr>
              <w:t>Final Answer: 1/8 job/day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4 | Finding completion time</w:t>
            </w:r>
          </w:p>
          <w:p>
            <w:r>
              <w:rPr>
                <w:b/>
              </w:rPr>
              <w:t xml:space="preserve">Question: </w:t>
            </w:r>
            <w:r>
              <w:t>A worker completes 1/15 of a job per day. How many days for the whole job?</w:t>
            </w:r>
          </w:p>
          <w:p>
            <w:r>
              <w:rPr>
                <w:b/>
              </w:rPr>
              <w:t xml:space="preserve">Solution: </w:t>
            </w:r>
            <w:r>
              <w:t>Time=1÷(1/15)=15 days.</w:t>
            </w:r>
          </w:p>
          <w:p>
            <w:r>
              <w:rPr>
                <w:b/>
                <w:color w:val="243447"/>
              </w:rPr>
              <w:t>Final Answer: 15 days</w:t>
            </w:r>
          </w:p>
        </w:tc>
      </w:tr>
    </w:tbl>
    <w:p/>
    <w:p>
      <w:pPr>
        <w:pStyle w:val="Heading1"/>
      </w:pPr>
      <w:r>
        <w:t>3. Combined Work</w:t>
      </w:r>
    </w:p>
    <w:p>
      <w:r>
        <w:t>When two or more people work together, their rates are added, provided they are working on the same job simultaneously.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COMBINED RATE</w:t>
              <w:br/>
            </w:r>
            <w:r>
              <w:t>If A's rate is 1/a and B's rate is 1/b, combined rate = 1/a + 1/b.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5 | Two workers together</w:t>
            </w:r>
          </w:p>
          <w:p>
            <w:r>
              <w:rPr>
                <w:b/>
              </w:rPr>
              <w:t xml:space="preserve">Question: </w:t>
            </w:r>
            <w:r>
              <w:t>A can complete a job in 12 days and B in 18 days. How long together?</w:t>
            </w:r>
          </w:p>
          <w:p>
            <w:r>
              <w:rPr>
                <w:b/>
              </w:rPr>
              <w:t xml:space="preserve">Solution: </w:t>
            </w:r>
            <w:r>
              <w:t>Combined rate=1/12+1/18=(3+2)/36=5/36. Time=36/5=7.2 days.</w:t>
            </w:r>
          </w:p>
          <w:p>
            <w:r>
              <w:rPr>
                <w:b/>
                <w:color w:val="243447"/>
              </w:rPr>
              <w:t>Final Answer: 7.2 days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6 | Three workers</w:t>
            </w:r>
          </w:p>
          <w:p>
            <w:r>
              <w:rPr>
                <w:b/>
              </w:rPr>
              <w:t xml:space="preserve">Question: </w:t>
            </w:r>
            <w:r>
              <w:t>A, B and C can complete a job in 10, 15 and 30 days respectively. Find their combined time.</w:t>
            </w:r>
          </w:p>
          <w:p>
            <w:r>
              <w:rPr>
                <w:b/>
              </w:rPr>
              <w:t xml:space="preserve">Solution: </w:t>
            </w:r>
            <w:r>
              <w:t>Rate=1/10+1/15+1/30=(3+2+1)/30=6/30=1/5. Time=5 days.</w:t>
            </w:r>
          </w:p>
          <w:p>
            <w:r>
              <w:rPr>
                <w:b/>
                <w:color w:val="243447"/>
              </w:rPr>
              <w:t>Final Answer: 5 days</w:t>
            </w:r>
          </w:p>
        </w:tc>
      </w:tr>
    </w:tbl>
    <w:p/>
    <w:p>
      <w:pPr>
        <w:pStyle w:val="Heading1"/>
      </w:pPr>
      <w:r>
        <w:t>4. LCM Method for Work</w:t>
      </w:r>
    </w:p>
    <w:p>
      <w:r>
        <w:t>For many work questions, choosing the total work as the LCM of individual completion times makes calculations with whole-number work units easier.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LCM WORK METHOD</w:t>
              <w:br/>
            </w:r>
            <w:r>
              <w:t>Take total work = LCM of the given completion times. Then each person's daily work becomes an integer.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7 | LCM method</w:t>
            </w:r>
          </w:p>
          <w:p>
            <w:r>
              <w:rPr>
                <w:b/>
              </w:rPr>
              <w:t xml:space="preserve">Question: </w:t>
            </w:r>
            <w:r>
              <w:t>A finishes in 12 days and B in 18 days. Take total work as LCM(12,18)=36 units. Find their combined time.</w:t>
            </w:r>
          </w:p>
          <w:p>
            <w:r>
              <w:rPr>
                <w:b/>
              </w:rPr>
              <w:t xml:space="preserve">Solution: </w:t>
            </w:r>
            <w:r>
              <w:t>A does 36/12=3 units/day; B does 36/18=2 units/day. Together=5 units/day. Time=36/5=7.2 days.</w:t>
            </w:r>
          </w:p>
          <w:p>
            <w:r>
              <w:rPr>
                <w:b/>
                <w:color w:val="243447"/>
              </w:rPr>
              <w:t>Final Answer: 7.2 days</w:t>
            </w:r>
          </w:p>
        </w:tc>
      </w:tr>
    </w:tbl>
    <w:p/>
    <w:p>
      <w:pPr>
        <w:pStyle w:val="Heading1"/>
      </w:pPr>
      <w:r>
        <w:t>5. Efficiency</w:t>
      </w:r>
    </w:p>
    <w:p>
      <w:r>
        <w:t>Efficiency means the amount of work completed per unit of time. For the same total work, efficiency and time are inversely proportional.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EFFICIENCY RELATION</w:t>
              <w:br/>
            </w:r>
            <w:r>
              <w:t>Efficiency ∝ 1/Time. Therefore, for equal work: Efficiency ratio = inverse ratio of time.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8 | Efficiency ratio</w:t>
            </w:r>
          </w:p>
          <w:p>
            <w:r>
              <w:rPr>
                <w:b/>
              </w:rPr>
              <w:t xml:space="preserve">Question: </w:t>
            </w:r>
            <w:r>
              <w:t>A completes a job in 12 days and B in 18 days. Find A:B efficiency.</w:t>
            </w:r>
          </w:p>
          <w:p>
            <w:r>
              <w:rPr>
                <w:b/>
              </w:rPr>
              <w:t xml:space="preserve">Solution: </w:t>
            </w:r>
            <w:r>
              <w:t>Efficiency ratio = 1/12 : 1/18 = 18:12 = 3:2.</w:t>
            </w:r>
          </w:p>
          <w:p>
            <w:r>
              <w:rPr>
                <w:b/>
                <w:color w:val="243447"/>
              </w:rPr>
              <w:t>Final Answer: 3:2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9 | Time from efficiency ratio</w:t>
            </w:r>
          </w:p>
          <w:p>
            <w:r>
              <w:rPr>
                <w:b/>
              </w:rPr>
              <w:t xml:space="preserve">Question: </w:t>
            </w:r>
            <w:r>
              <w:t>A:B efficiency is 3:2. If A takes 10 days, how long does B take?</w:t>
            </w:r>
          </w:p>
          <w:p>
            <w:r>
              <w:rPr>
                <w:b/>
              </w:rPr>
              <w:t xml:space="preserve">Solution: </w:t>
            </w:r>
            <w:r>
              <w:t>Time ratio A:B=2:3. B's time=10×3/2=15 days.</w:t>
            </w:r>
          </w:p>
          <w:p>
            <w:r>
              <w:rPr>
                <w:b/>
                <w:color w:val="243447"/>
              </w:rPr>
              <w:t>Final Answer: 15 days</w:t>
            </w:r>
          </w:p>
        </w:tc>
      </w:tr>
    </w:tbl>
    <w:p/>
    <w:p>
      <w:pPr>
        <w:pStyle w:val="Heading1"/>
      </w:pPr>
      <w:r>
        <w:t>6. Work and Wages</w:t>
      </w:r>
    </w:p>
    <w:p>
      <w:r>
        <w:t>When workers have the same daily rate, wages are proportional to the amount of work or worker-days. If efficiencies differ, wages must be linked to actual contribution or stated rates.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10 | Wages by worker-days</w:t>
            </w:r>
          </w:p>
          <w:p>
            <w:r>
              <w:rPr>
                <w:b/>
              </w:rPr>
              <w:t xml:space="preserve">Question: </w:t>
            </w:r>
            <w:r>
              <w:t>8 workers earn ₹24,000 for 15 days. What do 10 workers earn for 12 days at the same daily rate?</w:t>
            </w:r>
          </w:p>
          <w:p>
            <w:r>
              <w:rPr>
                <w:b/>
              </w:rPr>
              <w:t xml:space="preserve">Solution: </w:t>
            </w:r>
            <w:r>
              <w:t>Daily wage per worker=24,000/(8×15)=₹200. Required=10×12×200=₹24,000.</w:t>
            </w:r>
          </w:p>
          <w:p>
            <w:r>
              <w:rPr>
                <w:b/>
                <w:color w:val="243447"/>
              </w:rPr>
              <w:t>Final Answer: ₹24,000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11 | Different work contributions</w:t>
            </w:r>
          </w:p>
          <w:p>
            <w:r>
              <w:rPr>
                <w:b/>
              </w:rPr>
              <w:t xml:space="preserve">Question: </w:t>
            </w:r>
            <w:r>
              <w:t>A and B work in the ratio 3:2 and earn ₹5,000 together. Divide the wages according to work.</w:t>
            </w:r>
          </w:p>
          <w:p>
            <w:r>
              <w:rPr>
                <w:b/>
              </w:rPr>
              <w:t xml:space="preserve">Solution: </w:t>
            </w:r>
            <w:r>
              <w:t>Total parts=5. A=3/5×5000=₹3000; B=2/5×5000=₹2000.</w:t>
            </w:r>
          </w:p>
          <w:p>
            <w:r>
              <w:rPr>
                <w:b/>
                <w:color w:val="243447"/>
              </w:rPr>
              <w:t>Final Answer: A ₹3,000; B ₹2,000</w:t>
            </w:r>
          </w:p>
        </w:tc>
      </w:tr>
    </w:tbl>
    <w:p/>
    <w:p>
      <w:pPr>
        <w:pStyle w:val="Heading1"/>
      </w:pPr>
      <w:r>
        <w:t>7. Workers and Days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5EA"/>
          </w:tcPr>
          <w:p>
            <w:r>
              <w:rPr>
                <w:rFonts w:ascii="Georgia" w:hAnsi="Georgia"/>
                <w:b/>
                <w:color w:val="3A7D44"/>
                <w:sz w:val="22"/>
              </w:rPr>
              <w:t>FIXED WORK</w:t>
              <w:br/>
            </w:r>
            <w:r>
              <w:t>For equally efficient workers working the same hours per day: Workers × Days = constant.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12 | Workers required</w:t>
            </w:r>
          </w:p>
          <w:p>
            <w:r>
              <w:rPr>
                <w:b/>
              </w:rPr>
              <w:t xml:space="preserve">Question: </w:t>
            </w:r>
            <w:r>
              <w:t>15 workers complete a job in 24 days. How many workers are needed in 18 days?</w:t>
            </w:r>
          </w:p>
          <w:p>
            <w:r>
              <w:rPr>
                <w:b/>
              </w:rPr>
              <w:t xml:space="preserve">Solution: </w:t>
            </w:r>
            <w:r>
              <w:t>15×24=360 worker-days. Required workers=360/18=20.</w:t>
            </w:r>
          </w:p>
          <w:p>
            <w:r>
              <w:rPr>
                <w:b/>
                <w:color w:val="243447"/>
              </w:rPr>
              <w:t>Final Answer: 20 workers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13 | Workers leave</w:t>
            </w:r>
          </w:p>
          <w:p>
            <w:r>
              <w:rPr>
                <w:b/>
              </w:rPr>
              <w:t xml:space="preserve">Question: </w:t>
            </w:r>
            <w:r>
              <w:t>12 workers complete a job in 20 days. After 5 days, 4 workers leave. Find additional days required.</w:t>
            </w:r>
          </w:p>
          <w:p>
            <w:r>
              <w:rPr>
                <w:b/>
              </w:rPr>
              <w:t xml:space="preserve">Solution: </w:t>
            </w:r>
            <w:r>
              <w:t>Total work=240 worker-days. Work done=12×5=60. Remaining=180. Remaining workers=8. Days=180/8=22.5.</w:t>
            </w:r>
          </w:p>
          <w:p>
            <w:r>
              <w:rPr>
                <w:b/>
                <w:color w:val="243447"/>
              </w:rPr>
              <w:t>Final Answer: 22.5 days</w:t>
            </w:r>
          </w:p>
        </w:tc>
      </w:tr>
    </w:tbl>
    <w:p/>
    <w:p>
      <w:pPr>
        <w:pStyle w:val="Heading1"/>
      </w:pPr>
      <w:r>
        <w:t>8. Workers, Hours and Days</w:t>
      </w:r>
    </w:p>
    <w:p>
      <w:r>
        <w:t>When daily working hours also change, use workers × hours per day × days as the total work measure, assuming equal efficiency.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14 | Workers and hours</w:t>
            </w:r>
          </w:p>
          <w:p>
            <w:r>
              <w:rPr>
                <w:b/>
              </w:rPr>
              <w:t xml:space="preserve">Question: </w:t>
            </w:r>
            <w:r>
              <w:t>10 workers working 8 hours/day complete a job in 15 days. How many days will 12 workers working 10 hours/day need?</w:t>
            </w:r>
          </w:p>
          <w:p>
            <w:r>
              <w:rPr>
                <w:b/>
              </w:rPr>
              <w:t xml:space="preserve">Solution: </w:t>
            </w:r>
            <w:r>
              <w:t>Total work=10×8×15=1200 worker-hours. New daily capacity=12×10=120. Days=1200/120=10.</w:t>
            </w:r>
          </w:p>
          <w:p>
            <w:r>
              <w:rPr>
                <w:b/>
                <w:color w:val="243447"/>
              </w:rPr>
              <w:t>Final Answer: 10 days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15 | Finding workers</w:t>
            </w:r>
          </w:p>
          <w:p>
            <w:r>
              <w:rPr>
                <w:b/>
              </w:rPr>
              <w:t xml:space="preserve">Question: </w:t>
            </w:r>
            <w:r>
              <w:t>18 workers work 7 hours/day for 20 days. How many workers are required to finish the same work in 15 days at 8 hours/day?</w:t>
            </w:r>
          </w:p>
          <w:p>
            <w:r>
              <w:rPr>
                <w:b/>
              </w:rPr>
              <w:t xml:space="preserve">Solution: </w:t>
            </w:r>
            <w:r>
              <w:t>18×7×20 = W×8×15. W=2520/120=21.</w:t>
            </w:r>
          </w:p>
          <w:p>
            <w:r>
              <w:rPr>
                <w:b/>
                <w:color w:val="243447"/>
              </w:rPr>
              <w:t>Final Answer: 21 workers</w:t>
            </w:r>
          </w:p>
        </w:tc>
      </w:tr>
    </w:tbl>
    <w:p/>
    <w:p>
      <w:pPr>
        <w:pStyle w:val="Heading1"/>
      </w:pPr>
      <w:r>
        <w:t>9. Men, Women and Children / Different Efficiencies</w:t>
      </w:r>
    </w:p>
    <w:p>
      <w:r>
        <w:t>If different categories of workers have known relative efficiencies, convert them to a common unit before combining.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16 | Relative efficiency</w:t>
            </w:r>
          </w:p>
          <w:p>
            <w:r>
              <w:rPr>
                <w:b/>
              </w:rPr>
              <w:t xml:space="preserve">Question: </w:t>
            </w:r>
            <w:r>
              <w:t>If 2 men do the same work as 3 women, find the efficiency ratio of one man to one woman.</w:t>
            </w:r>
          </w:p>
          <w:p>
            <w:r>
              <w:rPr>
                <w:b/>
              </w:rPr>
              <w:t xml:space="preserve">Solution: </w:t>
            </w:r>
            <w:r>
              <w:t>2 men=3 women, so 1 man=3/2 women. Efficiency ratio man:woman=3:2.</w:t>
            </w:r>
          </w:p>
          <w:p>
            <w:r>
              <w:rPr>
                <w:b/>
                <w:color w:val="243447"/>
              </w:rPr>
              <w:t>Final Answer: 3:2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17 | Mixed workers</w:t>
            </w:r>
          </w:p>
          <w:p>
            <w:r>
              <w:rPr>
                <w:b/>
              </w:rPr>
              <w:t xml:space="preserve">Question: </w:t>
            </w:r>
            <w:r>
              <w:t>4 men do the same work as 6 women. If one man is twice as efficient as one child, find the ratio of man:woman:child.</w:t>
            </w:r>
          </w:p>
          <w:p>
            <w:r>
              <w:rPr>
                <w:b/>
              </w:rPr>
              <w:t xml:space="preserve">Solution: </w:t>
            </w:r>
            <w:r>
              <w:t>From 4M=6W, M:W=3:2. Also M=2C, so M:W:C=6:4:3.</w:t>
            </w:r>
          </w:p>
          <w:p>
            <w:r>
              <w:rPr>
                <w:b/>
                <w:color w:val="243447"/>
              </w:rPr>
              <w:t>Final Answer: 6:4:3</w:t>
            </w:r>
          </w:p>
        </w:tc>
      </w:tr>
    </w:tbl>
    <w:p/>
    <w:p>
      <w:pPr>
        <w:pStyle w:val="Heading1"/>
      </w:pPr>
      <w:r>
        <w:t>10. A Starts, B Joins Later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18 | Joining later</w:t>
            </w:r>
          </w:p>
          <w:p>
            <w:r>
              <w:rPr>
                <w:b/>
              </w:rPr>
              <w:t xml:space="preserve">Question: </w:t>
            </w:r>
            <w:r>
              <w:t>A completes a job in 12 days. B completes it in 18 days. A works alone for 3 days, then B joins. Find total time.</w:t>
            </w:r>
          </w:p>
          <w:p>
            <w:r>
              <w:rPr>
                <w:b/>
              </w:rPr>
              <w:t xml:space="preserve">Solution: </w:t>
            </w:r>
            <w:r>
              <w:t>A's first work=3/12=1/4. Remaining=3/4. Combined rate=5/36. Remaining time=(3/4)÷(5/36)=27/5=5.4 days. Total=8.4 days.</w:t>
            </w:r>
          </w:p>
          <w:p>
            <w:r>
              <w:rPr>
                <w:b/>
                <w:color w:val="243447"/>
              </w:rPr>
              <w:t>Final Answer: 8.4 days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19 | B starts later</w:t>
            </w:r>
          </w:p>
          <w:p>
            <w:r>
              <w:rPr>
                <w:b/>
              </w:rPr>
              <w:t xml:space="preserve">Question: </w:t>
            </w:r>
            <w:r>
              <w:t>A can finish in 20 days and B in 30 days. B works alone for 5 days, then A joins. Find total time.</w:t>
            </w:r>
          </w:p>
          <w:p>
            <w:r>
              <w:rPr>
                <w:b/>
              </w:rPr>
              <w:t xml:space="preserve">Solution: </w:t>
            </w:r>
            <w:r>
              <w:t>B's work=5/30=1/6. Remaining=5/6. Combined rate=1/20+1/30=1/12. Remaining time=10 days. Total=15 days.</w:t>
            </w:r>
          </w:p>
          <w:p>
            <w:r>
              <w:rPr>
                <w:b/>
                <w:color w:val="243447"/>
              </w:rPr>
              <w:t>Final Answer: 15 days</w:t>
            </w:r>
          </w:p>
        </w:tc>
      </w:tr>
    </w:tbl>
    <w:p/>
    <w:p>
      <w:pPr>
        <w:pStyle w:val="Heading1"/>
      </w:pPr>
      <w:r>
        <w:t>11. Alternate Work</w:t>
      </w:r>
    </w:p>
    <w:p>
      <w:r>
        <w:t>In alternate-day problems, calculate the work completed in one complete cycle, usually two days, and then handle the remaining fraction.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20 | Alternating workers</w:t>
            </w:r>
          </w:p>
          <w:p>
            <w:r>
              <w:rPr>
                <w:b/>
              </w:rPr>
              <w:t xml:space="preserve">Question: </w:t>
            </w:r>
            <w:r>
              <w:t>A can complete a job in 10 days and B in 15 days. They work on alternate days, A starting. How long?</w:t>
            </w:r>
          </w:p>
          <w:p>
            <w:r>
              <w:rPr>
                <w:b/>
              </w:rPr>
              <w:t xml:space="preserve">Solution: </w:t>
            </w:r>
            <w:r>
              <w:t>In 2 days work=1/10+1/15=1/6. After 10 days (5 cycles), work=5/6. Day 11 A does 1/10, leaving 1/15. Day 12 B completes 1/15. Total=12 days.</w:t>
            </w:r>
          </w:p>
          <w:p>
            <w:r>
              <w:rPr>
                <w:b/>
                <w:color w:val="243447"/>
              </w:rPr>
              <w:t>Final Answer: 12 days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21 | Alternate with different rates</w:t>
            </w:r>
          </w:p>
          <w:p>
            <w:r>
              <w:rPr>
                <w:b/>
              </w:rPr>
              <w:t xml:space="preserve">Question: </w:t>
            </w:r>
            <w:r>
              <w:t>A takes 8 days, B takes 12 days. A works on odd days and B on even days. Find completion time.</w:t>
            </w:r>
          </w:p>
          <w:p>
            <w:r>
              <w:rPr>
                <w:b/>
              </w:rPr>
              <w:t xml:space="preserve">Solution: </w:t>
            </w:r>
            <w:r>
              <w:t>Two-day work=1/8+1/12=5/24. After 8 days=20/24=5/6. Day 9 A adds 1/8, total=23/24. Day 10 B adds 1/12, exceeding 1; completion occurs during day 10. Remaining after day 9=1/24. B rate=1/12, so it takes half a day.</w:t>
            </w:r>
          </w:p>
          <w:p>
            <w:r>
              <w:rPr>
                <w:b/>
                <w:color w:val="243447"/>
              </w:rPr>
              <w:t>Final Answer: 9.5 days</w:t>
            </w:r>
          </w:p>
        </w:tc>
      </w:tr>
    </w:tbl>
    <w:p/>
    <w:p>
      <w:pPr>
        <w:pStyle w:val="Heading1"/>
      </w:pPr>
      <w:r>
        <w:t>12. A and B Together, Then One Leaves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22 | One leaves</w:t>
            </w:r>
          </w:p>
          <w:p>
            <w:r>
              <w:rPr>
                <w:b/>
              </w:rPr>
              <w:t xml:space="preserve">Question: </w:t>
            </w:r>
            <w:r>
              <w:t>A and B together complete a job in 8 days. A alone takes 12 days. How long would B alone take?</w:t>
            </w:r>
          </w:p>
          <w:p>
            <w:r>
              <w:rPr>
                <w:b/>
              </w:rPr>
              <w:t xml:space="preserve">Solution: </w:t>
            </w:r>
            <w:r>
              <w:t>Combined rate=1/8; A rate=1/12. B rate=1/8−1/12=1/24. B alone=24 days.</w:t>
            </w:r>
          </w:p>
          <w:p>
            <w:r>
              <w:rPr>
                <w:b/>
                <w:color w:val="243447"/>
              </w:rPr>
              <w:t>Final Answer: 24 days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23 | Find one worker's time</w:t>
            </w:r>
          </w:p>
          <w:p>
            <w:r>
              <w:rPr>
                <w:b/>
              </w:rPr>
              <w:t xml:space="preserve">Question: </w:t>
            </w:r>
            <w:r>
              <w:t>A and B together take 6 days. B alone takes 10 days. Find A alone time.</w:t>
            </w:r>
          </w:p>
          <w:p>
            <w:r>
              <w:rPr>
                <w:b/>
              </w:rPr>
              <w:t xml:space="preserve">Solution: </w:t>
            </w:r>
            <w:r>
              <w:t>A rate=1/6−1/10=1/15. Therefore A takes 15 days.</w:t>
            </w:r>
          </w:p>
          <w:p>
            <w:r>
              <w:rPr>
                <w:b/>
                <w:color w:val="243447"/>
              </w:rPr>
              <w:t>Final Answer: 15 days</w:t>
            </w:r>
          </w:p>
        </w:tc>
      </w:tr>
    </w:tbl>
    <w:p/>
    <w:p>
      <w:pPr>
        <w:pStyle w:val="Heading1"/>
      </w:pPr>
      <w:r>
        <w:t>13. Pipes and Cisterns</w:t>
      </w:r>
    </w:p>
    <w:p>
      <w:r>
        <w:t>A pipe filling a tank is treated as positive work. A pipe emptying a tank is treated as negative work.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PIPE RATE</w:t>
              <w:br/>
            </w:r>
            <w:r>
              <w:t>Filling pipe that fills in x hours → +1/x tank per hour. Emptying pipe that empties in y hours → −1/y tank per hour.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24 | Two filling pipes</w:t>
            </w:r>
          </w:p>
          <w:p>
            <w:r>
              <w:rPr>
                <w:b/>
              </w:rPr>
              <w:t xml:space="preserve">Question: </w:t>
            </w:r>
            <w:r>
              <w:t>A pipe fills a tank in 6 hours and another in 8 hours. How long together?</w:t>
            </w:r>
          </w:p>
          <w:p>
            <w:r>
              <w:rPr>
                <w:b/>
              </w:rPr>
              <w:t xml:space="preserve">Solution: </w:t>
            </w:r>
            <w:r>
              <w:t>Combined rate=1/6+1/8=7/24. Time=24/7 hours.</w:t>
            </w:r>
          </w:p>
          <w:p>
            <w:r>
              <w:rPr>
                <w:b/>
                <w:color w:val="243447"/>
              </w:rPr>
              <w:t>Final Answer: 24/7 hours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25 | Fill and empty</w:t>
            </w:r>
          </w:p>
          <w:p>
            <w:r>
              <w:rPr>
                <w:b/>
              </w:rPr>
              <w:t xml:space="preserve">Question: </w:t>
            </w:r>
            <w:r>
              <w:t>A pipe fills a tank in 10 hours and a drain empties it in 15 hours. If both are open, how long to fill?</w:t>
            </w:r>
          </w:p>
          <w:p>
            <w:r>
              <w:rPr>
                <w:b/>
              </w:rPr>
              <w:t xml:space="preserve">Solution: </w:t>
            </w:r>
            <w:r>
              <w:t>Net rate=1/10−1/15=1/30. Time=30 hours.</w:t>
            </w:r>
          </w:p>
          <w:p>
            <w:r>
              <w:rPr>
                <w:b/>
                <w:color w:val="243447"/>
              </w:rPr>
              <w:t>Final Answer: 30 hours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26 | Three pipes</w:t>
            </w:r>
          </w:p>
          <w:p>
            <w:r>
              <w:rPr>
                <w:b/>
              </w:rPr>
              <w:t xml:space="preserve">Question: </w:t>
            </w:r>
            <w:r>
              <w:t>Two pipes fill a tank in 12 and 18 hours, while a drain empties it in 36 hours. Find time when all are open.</w:t>
            </w:r>
          </w:p>
          <w:p>
            <w:r>
              <w:rPr>
                <w:b/>
              </w:rPr>
              <w:t xml:space="preserve">Solution: </w:t>
            </w:r>
            <w:r>
              <w:t>Net rate=1/12+1/18−1/36=(3+2−1)/36=4/36=1/9. Time=9 hours.</w:t>
            </w:r>
          </w:p>
          <w:p>
            <w:r>
              <w:rPr>
                <w:b/>
                <w:color w:val="243447"/>
              </w:rPr>
              <w:t>Final Answer: 9 hours</w:t>
            </w:r>
          </w:p>
        </w:tc>
      </w:tr>
    </w:tbl>
    <w:p/>
    <w:p>
      <w:pPr>
        <w:pStyle w:val="Heading1"/>
      </w:pPr>
      <w:r>
        <w:t>14. Advanced Mixed Applications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27 | Efficiency and team</w:t>
            </w:r>
          </w:p>
          <w:p>
            <w:r>
              <w:rPr>
                <w:b/>
              </w:rPr>
              <w:t xml:space="preserve">Question: </w:t>
            </w:r>
            <w:r>
              <w:t>A is twice as efficient as B. Together they finish a job in 12 days. Find A's time alone.</w:t>
            </w:r>
          </w:p>
          <w:p>
            <w:r>
              <w:rPr>
                <w:b/>
              </w:rPr>
              <w:t xml:space="preserve">Solution: </w:t>
            </w:r>
            <w:r>
              <w:t>Let B rate=x, A=2x. Combined=3x=1/12, so x=1/36. A rate=1/18. A alone takes 18 days.</w:t>
            </w:r>
          </w:p>
          <w:p>
            <w:r>
              <w:rPr>
                <w:b/>
                <w:color w:val="243447"/>
              </w:rPr>
              <w:t>Final Answer: 18 days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28 | Three-person team</w:t>
            </w:r>
          </w:p>
          <w:p>
            <w:r>
              <w:rPr>
                <w:b/>
              </w:rPr>
              <w:t xml:space="preserve">Question: </w:t>
            </w:r>
            <w:r>
              <w:t>A, B and C can complete a job in 12, 18 and 36 days. A works for 2 days, then B joins for 3 days, then C joins. Find total time.</w:t>
            </w:r>
          </w:p>
          <w:p>
            <w:r>
              <w:rPr>
                <w:b/>
              </w:rPr>
              <w:t xml:space="preserve">Solution: </w:t>
            </w:r>
            <w:r>
              <w:t>A's 2-day work=1/6. A+B rate=5/36; in 3 days=5/12. Total done=7/12. Remaining=5/12. All three rate=1/12+1/18+1/36=1/6. Remaining time=(5/12)/(1/6)=2.5 days. Total=7.5 days.</w:t>
            </w:r>
          </w:p>
          <w:p>
            <w:r>
              <w:rPr>
                <w:b/>
                <w:color w:val="243447"/>
              </w:rPr>
              <w:t>Final Answer: 7.5 days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29 | Work and efficiency change</w:t>
            </w:r>
          </w:p>
          <w:p>
            <w:r>
              <w:rPr>
                <w:b/>
              </w:rPr>
              <w:t xml:space="preserve">Question: </w:t>
            </w:r>
            <w:r>
              <w:t>20 workers can finish a job in 18 days. After 6 days, efficiency of each remaining worker increases by 25%. Find additional days for the remaining work.</w:t>
            </w:r>
          </w:p>
          <w:p>
            <w:r>
              <w:rPr>
                <w:b/>
              </w:rPr>
              <w:t xml:space="preserve">Solution: </w:t>
            </w:r>
            <w:r>
              <w:t>Total work=360 worker-days. Done=120. Remaining=240. New efficiency factor=1.25, so 1 worker gives 1.25 units relative to old rate. Effective workers=14×1.25=17.5. Time=240/17.5=96/7≈13.71 days.</w:t>
            </w:r>
          </w:p>
          <w:p>
            <w:r>
              <w:rPr>
                <w:b/>
                <w:color w:val="243447"/>
              </w:rPr>
              <w:t>Final Answer: 96/7 days ≈ 13.71 days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6A4C93"/>
              </w:rPr>
              <w:t>Example 30 | Complex pipes</w:t>
            </w:r>
          </w:p>
          <w:p>
            <w:r>
              <w:rPr>
                <w:b/>
              </w:rPr>
              <w:t xml:space="preserve">Question: </w:t>
            </w:r>
            <w:r>
              <w:t>A fills a tank in 8 h, B in 12 h, and C empties it in 24 h. A and B run for 2 h, then C is opened too. Find total filling time.</w:t>
            </w:r>
          </w:p>
          <w:p>
            <w:r>
              <w:rPr>
                <w:b/>
              </w:rPr>
              <w:t xml:space="preserve">Solution: </w:t>
            </w:r>
            <w:r>
              <w:t>A+B rate=5/24. In 2 h they fill 10/24=5/12. Remaining=7/12. Net rate after C=5/24−1/24=1/6. Remaining time=(7/12)/(1/6)=3.5 h. Total=5.5 h.</w:t>
            </w:r>
          </w:p>
          <w:p>
            <w:r>
              <w:rPr>
                <w:b/>
                <w:color w:val="243447"/>
              </w:rPr>
              <w:t>Final Answer: 5.5 hours</w:t>
            </w:r>
          </w:p>
        </w:tc>
      </w:tr>
    </w:tbl>
    <w:p/>
    <w:p>
      <w:pPr>
        <w:pStyle w:val="Heading1"/>
      </w:pPr>
      <w:r>
        <w:t>15. Question Identification Guide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243447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Question clue</w:t>
            </w:r>
          </w:p>
        </w:tc>
        <w:tc>
          <w:tcPr>
            <w:tcW w:type="dxa" w:w="4997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Best method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A finishes in x days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One-day rate=1/x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A and B together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Add their rates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Find individual time from combined time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Subtract known rate from combined rate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More workers, same work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Workers×days constant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Workers + hours + days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Workers×hours×days constant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Different efficiencies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Convert to common efficiency units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One starts, another joins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Calculate first worker's completed fraction, then combined rate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Alternate days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Calculate work per cycle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Filling pipe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Positive rate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Emptying pipe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Negative rate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Wages proportional to work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Divide according to work contribution</w:t>
            </w:r>
          </w:p>
        </w:tc>
      </w:tr>
    </w:tbl>
    <w:p>
      <w:pPr>
        <w:pStyle w:val="Heading1"/>
      </w:pPr>
      <w:r>
        <w:t>16. Shortcuts &amp; Quick Methods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168AAD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Quick Method</w:t>
            </w:r>
          </w:p>
        </w:tc>
        <w:tc>
          <w:tcPr>
            <w:tcW w:type="dxa" w:w="4997"/>
            <w:vAlign w:val="center"/>
            <w:shd w:fill="C68A00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Application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One-day work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1/time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Together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Add rates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One worker from team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Team rate − known rate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Efficiency ratio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Inverse of time ratio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Fixed work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Workers×days×hours is constant for equal efficiency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LCM method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Take total work as LCM of completion times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Alternate days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Work out a two-day or cycle total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Pipes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Fill positive, drain negative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Catch partial completion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Remaining work ÷ current rate</w:t>
            </w:r>
          </w:p>
        </w:tc>
      </w:tr>
    </w:tbl>
    <w:p>
      <w:pPr>
        <w:pStyle w:val="Heading1"/>
      </w:pPr>
      <w:r>
        <w:t>17. Complete Formula Sheet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243447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Formula</w:t>
            </w:r>
          </w:p>
        </w:tc>
        <w:tc>
          <w:tcPr>
            <w:tcW w:type="dxa" w:w="4997"/>
            <w:vAlign w:val="center"/>
            <w:shd w:fill="6A4C93"/>
          </w:tcPr>
          <w:p>
            <w:r/>
            <w:r>
              <w:rPr>
                <w:rFonts w:ascii="Trebuchet MS" w:hAnsi="Trebuchet MS"/>
                <w:b/>
                <w:color w:val="FFFFFF"/>
                <w:sz w:val="20"/>
              </w:rPr>
              <w:t>Meaning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One-day work=1/x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x days to finish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Combined rate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1/a+1/b+...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Time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1 ÷ combined rate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Efficiency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Work/time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Efficiency ratio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Inverse of time ratio for same work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Fixed work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Workers×days×hours=constant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Pipes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Net rate=filling rates−emptying rates</w:t>
            </w:r>
          </w:p>
        </w:tc>
      </w:tr>
      <w:tr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Wages</w:t>
            </w:r>
          </w:p>
        </w:tc>
        <w:tc>
          <w:tcPr>
            <w:tcW w:type="dxa" w:w="4997"/>
            <w:vAlign w:val="center"/>
          </w:tcPr>
          <w:p>
            <w:r/>
            <w:r>
              <w:rPr>
                <w:rFonts w:ascii="Trebuchet MS" w:hAnsi="Trebuchet MS"/>
                <w:b w:val="0"/>
                <w:color w:val="252525"/>
                <w:sz w:val="20"/>
              </w:rPr>
              <w:t>Wages ∝ work contribution when rate basis is equal</w:t>
            </w:r>
          </w:p>
        </w:tc>
      </w:tr>
    </w:tbl>
    <w:p>
      <w:pPr>
        <w:pStyle w:val="Heading1"/>
      </w:pPr>
      <w:r>
        <w:t>18. Practice Set</w:t>
      </w:r>
    </w:p>
    <w:p>
      <w:pPr>
        <w:pStyle w:val="Heading2"/>
      </w:pPr>
      <w:r>
        <w:t>Section A — Basic</w:t>
      </w:r>
    </w:p>
    <w:p>
      <w:r>
        <w:t>1. A can complete a job in 12 days. Find his one-day work.</w:t>
      </w:r>
    </w:p>
    <w:p>
      <w:r>
        <w:t>2. B completes a job in 20 days. How much work does B do in 5 days?</w:t>
      </w:r>
    </w:p>
    <w:p>
      <w:r>
        <w:t>3. A and B can finish a job in 10 and 15 days. Find their combined time.</w:t>
      </w:r>
    </w:p>
    <w:p>
      <w:r>
        <w:t>4. A can do a job in 8 days and B in 12 days. Find their combined rate.</w:t>
      </w:r>
    </w:p>
    <w:p>
      <w:r>
        <w:t>5. 12 workers finish a job in 18 days. How many worker-days are required?</w:t>
      </w:r>
    </w:p>
    <w:p>
      <w:r>
        <w:t>6. 15 workers finish a job in 24 days. How many workers are needed in 18 days?</w:t>
      </w:r>
    </w:p>
    <w:p>
      <w:r>
        <w:t>7. A and B take 12 and 18 days. Find their efficiency ratio.</w:t>
      </w:r>
    </w:p>
    <w:p>
      <w:r>
        <w:t>8. 8 workers earn ₹24,000 in 15 days. Find wages for 10 workers for 12 days.</w:t>
      </w:r>
    </w:p>
    <w:p>
      <w:r>
        <w:t>9. A pipe fills a tank in 10 hours. Find its hourly filling rate.</w:t>
      </w:r>
    </w:p>
    <w:p>
      <w:r>
        <w:t>10. A drain empties a tank in 15 hours. Find its hourly rate.</w:t>
      </w:r>
    </w:p>
    <w:p>
      <w:pPr>
        <w:pStyle w:val="Heading2"/>
      </w:pPr>
      <w:r>
        <w:t>Section B — Moderate</w:t>
      </w:r>
    </w:p>
    <w:p>
      <w:r>
        <w:t>11. A and B complete a job in 12 and 18 days. How long together?</w:t>
      </w:r>
    </w:p>
    <w:p>
      <w:r>
        <w:t>12. A, B and C complete a job in 10, 15 and 30 days. Find combined time.</w:t>
      </w:r>
    </w:p>
    <w:p>
      <w:r>
        <w:t>13. 12 workers finish a job in 20 days. After 5 days, 4 leave. Find additional days.</w:t>
      </w:r>
    </w:p>
    <w:p>
      <w:r>
        <w:t>14. 10 workers work 8 h/day for 15 days. How many days for 12 workers at 10 h/day?</w:t>
      </w:r>
    </w:p>
    <w:p>
      <w:r>
        <w:t>15. A is twice as efficient as B. If B takes 30 days, how long does A take?</w:t>
      </w:r>
    </w:p>
    <w:p>
      <w:r>
        <w:t>16. A and B together take 8 days; A alone takes 12 days. Find B alone time.</w:t>
      </w:r>
    </w:p>
    <w:p>
      <w:r>
        <w:t>17. A works 3 days alone, then B joins. A takes 12 days, B 18 days. Find total time.</w:t>
      </w:r>
    </w:p>
    <w:p>
      <w:r>
        <w:t>18. A and B alternate days, A first. Their times are 10 and 15 days. Find completion time.</w:t>
      </w:r>
    </w:p>
    <w:p>
      <w:r>
        <w:t>19. A pipe fills in 6 h and another in 8 h. Find combined time.</w:t>
      </w:r>
    </w:p>
    <w:p>
      <w:r>
        <w:t>20. A fills in 10 h and a drain empties in 15 h. Find net filling time.</w:t>
      </w:r>
    </w:p>
    <w:p>
      <w:pPr>
        <w:pStyle w:val="Heading2"/>
      </w:pPr>
      <w:r>
        <w:t>Section C — Advanced</w:t>
      </w:r>
    </w:p>
    <w:p>
      <w:r>
        <w:t>21. 18 workers work 7 h/day for 20 days. How many workers are needed for 15 days at 8 h/day?</w:t>
      </w:r>
    </w:p>
    <w:p>
      <w:r>
        <w:t>22. A, B and C take 12, 18 and 36 days. Find their combined time.</w:t>
      </w:r>
    </w:p>
    <w:p>
      <w:r>
        <w:t>23. A completes 1/4 of a job in 3 days. Find total time.</w:t>
      </w:r>
    </w:p>
    <w:p>
      <w:r>
        <w:t>24. A and B together finish in 6 days; B alone takes 10 days. Find A alone time.</w:t>
      </w:r>
    </w:p>
    <w:p>
      <w:r>
        <w:t>25. A is 50% more efficient than B. If B takes 24 days, find A's time.</w:t>
      </w:r>
    </w:p>
    <w:p>
      <w:r>
        <w:t>26. A and B work together for 4 days. A takes 12 days and B 18 days. Find fraction completed.</w:t>
      </w:r>
    </w:p>
    <w:p>
      <w:r>
        <w:t>27. A fills a tank in 8 h, B in 12 h, drain in 24 h. Find time if all open from start.</w:t>
      </w:r>
    </w:p>
    <w:p>
      <w:r>
        <w:t>28. A and B alternate, A first; A=8 days, B=12 days. Find completion time.</w:t>
      </w:r>
    </w:p>
    <w:p>
      <w:r>
        <w:t>29. 20 workers finish in 18 days. After 6 days, efficiency rises 25%. Find additional time.</w:t>
      </w:r>
    </w:p>
    <w:p>
      <w:r>
        <w:t>30. A, B and C take 12, 18 and 36 days. A works 2 days, A+B work 3 days, then all work. Find total time.</w:t>
      </w:r>
    </w:p>
    <w:p>
      <w:pPr>
        <w:pStyle w:val="Heading1"/>
      </w:pPr>
      <w:r>
        <w:t>19. Answer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1. 1. 1/12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2. 2. 1/4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3. 3. 6 days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4. 4. 5/24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5. 5. 216 worker-days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6. 6. 20 workers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7. 7. 3:2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8. 8. ₹24,000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9. 9. 1/10 tank/hour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10. 10. 1/15 tank/hour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11. 11. 36/5 days = 7.2 days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12. 12. 5 days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13. 13. 22.5 days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14. 14. 10 days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15. 15. 15 days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16. 16. 24 days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17. 17. 8.4 days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18. 18. 12 days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19. 19. 24/7 hours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20. 20. 30 hours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21. 21. 21 workers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22. 22. 6 days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23. 23. 12 days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24. 24. 15 days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25. 25. 16 days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26. 26. 5/12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27. 27. 24/5 hours = 4.8 hours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28. 28. 9.5 days</w:t>
            </w:r>
          </w:p>
        </w:tc>
      </w:tr>
      <w:tr>
        <w:tc>
          <w:tcPr>
            <w:tcW w:type="dxa" w:w="4997"/>
            <w:vAlign w:val="center"/>
            <w:shd w:fill="F0E8F7"/>
          </w:tcPr>
          <w:p>
            <w:r/>
            <w:r>
              <w:rPr>
                <w:rFonts w:ascii="Trebuchet MS" w:hAnsi="Trebuchet MS"/>
                <w:b/>
                <w:color w:val="6A4C93"/>
                <w:sz w:val="20"/>
              </w:rPr>
              <w:t>29. 29. 96/7 days ≈ 13.71 days</w:t>
            </w:r>
          </w:p>
        </w:tc>
        <w:tc>
          <w:tcPr>
            <w:tcW w:type="dxa" w:w="4997"/>
            <w:vAlign w:val="center"/>
            <w:shd w:fill="E6F6F5"/>
          </w:tcPr>
          <w:p>
            <w:r/>
            <w:r>
              <w:rPr>
                <w:rFonts w:ascii="Trebuchet MS" w:hAnsi="Trebuchet MS"/>
                <w:b/>
                <w:color w:val="168AAD"/>
                <w:sz w:val="20"/>
              </w:rPr>
              <w:t>30. 30. 7.5 days</w:t>
            </w:r>
          </w:p>
        </w:tc>
      </w:tr>
    </w:tbl>
    <w:p>
      <w:pPr>
        <w:pStyle w:val="Heading1"/>
      </w:pPr>
      <w:r>
        <w:t>20. Quick Revision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2F8"/>
          </w:tcPr>
          <w:p>
            <w:r>
              <w:rPr>
                <w:rFonts w:ascii="Georgia" w:hAnsi="Georgia"/>
                <w:b/>
                <w:color w:val="243447"/>
                <w:sz w:val="22"/>
              </w:rPr>
              <w:t>ONE-DAY WORK</w:t>
              <w:br/>
            </w:r>
            <w:r>
              <w:t>If a person completes a job in x days, one-day work=1/x.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0E8F7"/>
          </w:tcPr>
          <w:p>
            <w:r>
              <w:rPr>
                <w:rFonts w:ascii="Georgia" w:hAnsi="Georgia"/>
                <w:b/>
                <w:color w:val="6A4C93"/>
                <w:sz w:val="22"/>
              </w:rPr>
              <w:t>TOGETHER</w:t>
              <w:br/>
            </w:r>
            <w:r>
              <w:t>Add work rates. Time=1÷combined rate.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6F6F5"/>
          </w:tcPr>
          <w:p>
            <w:r>
              <w:rPr>
                <w:rFonts w:ascii="Georgia" w:hAnsi="Georgia"/>
                <w:b/>
                <w:color w:val="168AAD"/>
                <w:sz w:val="22"/>
              </w:rPr>
              <w:t>EFFICIENCY</w:t>
              <w:br/>
            </w:r>
            <w:r>
              <w:t>For the same work, efficiency is inversely proportional to time.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FF4D6"/>
          </w:tcPr>
          <w:p>
            <w:r>
              <w:rPr>
                <w:rFonts w:ascii="Georgia" w:hAnsi="Georgia"/>
                <w:b/>
                <w:color w:val="C68A00"/>
                <w:sz w:val="22"/>
              </w:rPr>
              <w:t>WORKERS</w:t>
              <w:br/>
            </w:r>
            <w:r>
              <w:t>For equal efficiency: workers×days×hours=constant.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FCE9E3"/>
          </w:tcPr>
          <w:p>
            <w:r>
              <w:rPr>
                <w:rFonts w:ascii="Georgia" w:hAnsi="Georgia"/>
                <w:b/>
                <w:color w:val="D95D39"/>
                <w:sz w:val="22"/>
              </w:rPr>
              <w:t>ALTERNATE WORK</w:t>
              <w:br/>
            </w:r>
            <w:r>
              <w:t>Calculate work completed in each cycle, then handle the final partial cycle.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9994"/>
      </w:tblGrid>
      <w:tr>
        <w:tc>
          <w:tcPr>
            <w:tcW w:type="dxa" w:w="9994"/>
            <w:shd w:fill="EAF5EA"/>
          </w:tcPr>
          <w:p>
            <w:r>
              <w:rPr>
                <w:rFonts w:ascii="Georgia" w:hAnsi="Georgia"/>
                <w:b/>
                <w:color w:val="3A7D44"/>
                <w:sz w:val="22"/>
              </w:rPr>
              <w:t>PIPES</w:t>
              <w:br/>
            </w:r>
            <w:r>
              <w:t>Filling is positive; emptying is negative.</w:t>
            </w:r>
          </w:p>
        </w:tc>
      </w:tr>
    </w:tbl>
    <w:p/>
    <w:p>
      <w:pPr>
        <w:jc w:val="center"/>
      </w:pPr>
      <w:r>
        <w:rPr>
          <w:rFonts w:ascii="Georgia" w:hAnsi="Georgia"/>
          <w:b/>
          <w:color w:val="243447"/>
          <w:sz w:val="26"/>
        </w:rPr>
        <w:t>End of Chapter 8 — Work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123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A4C93"/>
        <w:sz w:val="16"/>
      </w:rPr>
      <w:t>Professional Study Notes  |  Work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noProof/>
      </w:rPr>
      <w:drawing>
        <wp:inline xmlns:wp="http://schemas.openxmlformats.org/drawingml/2006/wordprocessingDrawing" distT="0" distB="0" distL="0" distR="0">
          <wp:extent cx="502920" cy="433560"/>
          <wp:effectExtent l="0" t="0" r="0" b="0"/>
          <wp:docPr id="9001" name="VishvasniyaLogo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1" name="VishvasniyaLogoHeader"/>
                  <pic:cNvPicPr/>
                </pic:nvPicPr>
                <pic:blipFill>
                  <a:blip r:embed="rIdLogoImg"/>
                  <a:stretch>
                    <a:fillRect/>
                  </a:stretch>
                </pic:blipFill>
                <pic:spPr>
                  <a:xfrm>
                    <a:off x="0" y="0"/>
                    <a:ext cx="502920" cy="43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right"/>
    </w:pPr>
    <w:r>
      <w:rPr>
        <w:color w:val="6A4C93"/>
        <w:sz w:val="16"/>
      </w:rPr>
      <w:t>MATHEMATICS  •  CHAPTER 8  •  WORK</w:t>
    </w:r>
  </w:p>
  <w:p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VishvasniyaWatermark" o:spid="_x0000_s2025" type="#_x0000_t75" style="position:absolute;left:0;text-align:left;margin-left:0;margin-top:0;width:420pt;height:362pt;z-index:-251658752;mso-position-horizontal:center;mso-position-horizontal-relative:margin;mso-position-vertical:center;mso-position-vertical-relative:margin;rotation:-2949120fd" o:allowoverlap="f">
          <v:imagedata r:id="rIdWatermarkImg" o:title="Vishvasniya Watermark" gain="26000f" blacklevel="18000f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rebuchet MS" w:hAnsi="Trebuchet MS"/>
      <w:color w:val="25252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24344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6A4C93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rebuchet MS" w:hAnsi="Trebuchet M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LogoImg" Type="http://schemas.openxmlformats.org/officeDocument/2006/relationships/image" Target="media/vishvasniya_logo.jpeg"/><Relationship Id="rIdWatermarkImg" Type="http://schemas.openxmlformats.org/officeDocument/2006/relationships/image" Target="media/vishvasniya_logo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