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168AAD"/>
          <w:sz w:val="44"/>
        </w:rPr>
        <w:t>CHAPTER 10</w:t>
      </w:r>
    </w:p>
    <w:p>
      <w:pPr>
        <w:jc w:val="center"/>
      </w:pPr>
      <w:r>
        <w:rPr>
          <w:rFonts w:ascii="Georgia" w:hAnsi="Georgia"/>
          <w:b/>
          <w:color w:val="243447"/>
          <w:sz w:val="76"/>
        </w:rPr>
        <w:t>PROFIT &amp; LOSS</w:t>
      </w:r>
    </w:p>
    <w:p>
      <w:pPr>
        <w:jc w:val="center"/>
      </w:pPr>
      <w:r>
        <w:rPr>
          <w:color w:val="6A4C93"/>
          <w:sz w:val="26"/>
        </w:rPr>
        <w:t>Cost Price • Selling Price • Marked Price • Discount • Profit &amp; Loss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LEARNING OBJECTIVE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Understand the complete relationship between cost price, selling price, marked price, profit, loss and discount, and solve direct, reverse and multi-step problems confidently.</w:t>
            </w:r>
          </w:p>
        </w:tc>
      </w:tr>
    </w:tbl>
    <w:p/>
    <w:p>
      <w:pPr>
        <w:pStyle w:val="Heading1"/>
      </w:pPr>
      <w:r>
        <w:t>1. Basic Terms</w:t>
      </w:r>
    </w:p>
    <w:p>
      <w:r>
        <w:rPr>
          <w:rFonts w:ascii="Trebuchet MS" w:hAnsi="Trebuchet MS"/>
        </w:rPr>
        <w:t>Profit and loss questions compare the price at which an article is purchased with the price at which it is sold.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COST PRICE (CP)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The price paid to purchase an article.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SELLING PRICE (SP)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The price at which an article is sold.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5EA"/>
          </w:tcPr>
          <w:p>
            <w:r>
              <w:rPr>
                <w:rFonts w:ascii="Georgia" w:hAnsi="Georgia"/>
                <w:b/>
                <w:color w:val="3A7D44"/>
                <w:sz w:val="22"/>
              </w:rPr>
              <w:t>PROFIT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If SP &gt; CP, then Profit = SP − CP.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CE9E3"/>
          </w:tcPr>
          <w:p>
            <w:r>
              <w:rPr>
                <w:rFonts w:ascii="Georgia" w:hAnsi="Georgia"/>
                <w:b/>
                <w:color w:val="D95D39"/>
                <w:sz w:val="22"/>
              </w:rPr>
              <w:t>LOSS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If CP &gt; SP, then Loss = CP − SP.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  |  Basic profit</w:t>
            </w:r>
          </w:p>
          <w:p>
            <w:r>
              <w:rPr>
                <w:b/>
              </w:rPr>
              <w:t xml:space="preserve">Question: </w:t>
            </w:r>
            <w:r>
              <w:t>An article is bought for ₹800 and sold for ₹950. Find profit.</w:t>
            </w:r>
          </w:p>
          <w:p>
            <w:r>
              <w:rPr>
                <w:b/>
              </w:rPr>
              <w:t>Solution:</w:t>
              <w:br/>
            </w:r>
            <w:r>
              <w:t>Profit=950−800=₹150.</w:t>
            </w:r>
          </w:p>
          <w:p>
            <w:r>
              <w:rPr>
                <w:b/>
                <w:color w:val="243447"/>
              </w:rPr>
              <w:t>Final Answer: ₹150 profit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  |  Basic loss</w:t>
            </w:r>
          </w:p>
          <w:p>
            <w:r>
              <w:rPr>
                <w:b/>
              </w:rPr>
              <w:t xml:space="preserve">Question: </w:t>
            </w:r>
            <w:r>
              <w:t>An article is bought for ₹1,200 and sold for ₹1,050. Find loss.</w:t>
            </w:r>
          </w:p>
          <w:p>
            <w:r>
              <w:rPr>
                <w:b/>
              </w:rPr>
              <w:t>Solution:</w:t>
              <w:br/>
            </w:r>
            <w:r>
              <w:t>Loss=1,200−1,050=₹150.</w:t>
            </w:r>
          </w:p>
          <w:p>
            <w:r>
              <w:rPr>
                <w:b/>
                <w:color w:val="243447"/>
              </w:rPr>
              <w:t>Final Answer: ₹150 loss</w:t>
            </w:r>
          </w:p>
        </w:tc>
      </w:tr>
    </w:tbl>
    <w:p/>
    <w:p>
      <w:pPr>
        <w:pStyle w:val="Heading1"/>
      </w:pPr>
      <w:r>
        <w:t>2. Profit and Loss Percentage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5EA"/>
          </w:tcPr>
          <w:p>
            <w:r>
              <w:rPr>
                <w:rFonts w:ascii="Georgia" w:hAnsi="Georgia"/>
                <w:b/>
                <w:color w:val="3A7D44"/>
                <w:sz w:val="22"/>
              </w:rPr>
              <w:t>PROFIT PERCENTAGE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Profit % = (Profit / CP) × 100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CE9E3"/>
          </w:tcPr>
          <w:p>
            <w:r>
              <w:rPr>
                <w:rFonts w:ascii="Georgia" w:hAnsi="Georgia"/>
                <w:b/>
                <w:color w:val="D95D39"/>
                <w:sz w:val="22"/>
              </w:rPr>
              <w:t>LOSS PERCENTAGE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Loss % = (Loss / CP) × 100</w:t>
            </w:r>
          </w:p>
        </w:tc>
      </w:tr>
    </w:tbl>
    <w:p/>
    <w:p>
      <w:r>
        <w:rPr>
          <w:rFonts w:ascii="Trebuchet MS" w:hAnsi="Trebuchet MS"/>
        </w:rPr>
        <w:t>The denominator is normally Cost Price because profit or loss is measured relative to the amount invested.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3  |  Profit percentage</w:t>
            </w:r>
          </w:p>
          <w:p>
            <w:r>
              <w:rPr>
                <w:b/>
              </w:rPr>
              <w:t xml:space="preserve">Question: </w:t>
            </w:r>
            <w:r>
              <w:t>An article costs ₹500 and is sold for ₹575. Find profit percentage.</w:t>
            </w:r>
          </w:p>
          <w:p>
            <w:r>
              <w:rPr>
                <w:b/>
              </w:rPr>
              <w:t>Solution:</w:t>
              <w:br/>
            </w:r>
            <w:r>
              <w:t>Profit=75. Profit%=75/500×100=15%.</w:t>
            </w:r>
          </w:p>
          <w:p>
            <w:r>
              <w:rPr>
                <w:b/>
                <w:color w:val="243447"/>
              </w:rPr>
              <w:t>Final Answer: 15% profit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4  |  Loss percentage</w:t>
            </w:r>
          </w:p>
          <w:p>
            <w:r>
              <w:rPr>
                <w:b/>
              </w:rPr>
              <w:t xml:space="preserve">Question: </w:t>
            </w:r>
            <w:r>
              <w:t>An article costs ₹800 and is sold for ₹680. Find loss percentage.</w:t>
            </w:r>
          </w:p>
          <w:p>
            <w:r>
              <w:rPr>
                <w:b/>
              </w:rPr>
              <w:t>Solution:</w:t>
              <w:br/>
            </w:r>
            <w:r>
              <w:t>Loss=120. Loss%=120/800×100=15%.</w:t>
            </w:r>
          </w:p>
          <w:p>
            <w:r>
              <w:rPr>
                <w:b/>
                <w:color w:val="243447"/>
              </w:rPr>
              <w:t>Final Answer: 15% loss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5  |  Find selling price from profit</w:t>
            </w:r>
          </w:p>
          <w:p>
            <w:r>
              <w:rPr>
                <w:b/>
              </w:rPr>
              <w:t xml:space="preserve">Question: </w:t>
            </w:r>
            <w:r>
              <w:t>An article costs ₹2,000. It is sold at a profit of 18%. Find SP.</w:t>
            </w:r>
          </w:p>
          <w:p>
            <w:r>
              <w:rPr>
                <w:b/>
              </w:rPr>
              <w:t>Solution:</w:t>
              <w:br/>
            </w:r>
            <w:r>
              <w:t>Profit=18% of 2,000=360. SP=2,360.</w:t>
            </w:r>
          </w:p>
          <w:p>
            <w:r>
              <w:rPr>
                <w:b/>
                <w:color w:val="243447"/>
              </w:rPr>
              <w:t>Final Answer: ₹2,360</w:t>
            </w:r>
          </w:p>
        </w:tc>
      </w:tr>
    </w:tbl>
    <w:p/>
    <w:p>
      <w:pPr>
        <w:pStyle w:val="Heading1"/>
      </w:pPr>
      <w:r>
        <w:t>3. Finding CP or SP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WHEN PROFIT IS p%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SP = CP × (100+p)/100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CE9E3"/>
          </w:tcPr>
          <w:p>
            <w:r>
              <w:rPr>
                <w:rFonts w:ascii="Georgia" w:hAnsi="Georgia"/>
                <w:b/>
                <w:color w:val="D95D39"/>
                <w:sz w:val="22"/>
              </w:rPr>
              <w:t>WHEN LOSS IS l%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SP = CP × (100−l)/100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REVERSE — PROFIT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CP = SP × 100/(100+p)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REVERSE — LOSS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CP = SP × 100/(100−l)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6  |  Find CP from SP and profit</w:t>
            </w:r>
          </w:p>
          <w:p>
            <w:r>
              <w:rPr>
                <w:b/>
              </w:rPr>
              <w:t xml:space="preserve">Question: </w:t>
            </w:r>
            <w:r>
              <w:t>An article is sold for ₹1,380 at a profit of 15%. Find CP.</w:t>
            </w:r>
          </w:p>
          <w:p>
            <w:r>
              <w:rPr>
                <w:b/>
              </w:rPr>
              <w:t>Solution:</w:t>
              <w:br/>
            </w:r>
            <w:r>
              <w:t>CP=1,380×100/115=₹1,200.</w:t>
            </w:r>
          </w:p>
          <w:p>
            <w:r>
              <w:rPr>
                <w:b/>
                <w:color w:val="243447"/>
              </w:rPr>
              <w:t>Final Answer: ₹1,200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7  |  Find CP from SP and loss</w:t>
            </w:r>
          </w:p>
          <w:p>
            <w:r>
              <w:rPr>
                <w:b/>
              </w:rPr>
              <w:t xml:space="preserve">Question: </w:t>
            </w:r>
            <w:r>
              <w:t>An article is sold for ₹1,020 at a loss of 15%. Find CP.</w:t>
            </w:r>
          </w:p>
          <w:p>
            <w:r>
              <w:rPr>
                <w:b/>
              </w:rPr>
              <w:t>Solution:</w:t>
              <w:br/>
            </w:r>
            <w:r>
              <w:t>CP=1,020×100/85=₹1,200.</w:t>
            </w:r>
          </w:p>
          <w:p>
            <w:r>
              <w:rPr>
                <w:b/>
                <w:color w:val="243447"/>
              </w:rPr>
              <w:t>Final Answer: ₹1,200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8  |  Find SP at loss</w:t>
            </w:r>
          </w:p>
          <w:p>
            <w:r>
              <w:rPr>
                <w:b/>
              </w:rPr>
              <w:t xml:space="preserve">Question: </w:t>
            </w:r>
            <w:r>
              <w:t>An article costs ₹2,500 and is sold at 12% loss. Find SP.</w:t>
            </w:r>
          </w:p>
          <w:p>
            <w:r>
              <w:rPr>
                <w:b/>
              </w:rPr>
              <w:t>Solution:</w:t>
              <w:br/>
            </w:r>
            <w:r>
              <w:t>SP=2,500×88/100=₹2,200.</w:t>
            </w:r>
          </w:p>
          <w:p>
            <w:r>
              <w:rPr>
                <w:b/>
                <w:color w:val="243447"/>
              </w:rPr>
              <w:t>Final Answer: ₹2,200</w:t>
            </w:r>
          </w:p>
        </w:tc>
      </w:tr>
    </w:tbl>
    <w:p/>
    <w:p>
      <w:pPr>
        <w:pStyle w:val="Heading1"/>
      </w:pPr>
      <w:r>
        <w:t>4. Marked Price and Discount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MARKED PRICE (MP)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The price displayed or stated before applying a discount.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DISCOUNT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Discount = MP − SP.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DISCOUNT PERCENTAGE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Discount % = (Discount / MP) × 100.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SELLING PRICE AFTER DISCOUNT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SP = MP × (100−d)/100.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9  |  Basic discount</w:t>
            </w:r>
          </w:p>
          <w:p>
            <w:r>
              <w:rPr>
                <w:b/>
              </w:rPr>
              <w:t xml:space="preserve">Question: </w:t>
            </w:r>
            <w:r>
              <w:t>An article has MP ₹2,000 and is sold at 15% discount. Find SP.</w:t>
            </w:r>
          </w:p>
          <w:p>
            <w:r>
              <w:rPr>
                <w:b/>
              </w:rPr>
              <w:t>Solution:</w:t>
              <w:br/>
            </w:r>
            <w:r>
              <w:t>Discount=300. SP=2,000−300=₹1,700.</w:t>
            </w:r>
          </w:p>
          <w:p>
            <w:r>
              <w:rPr>
                <w:b/>
                <w:color w:val="243447"/>
              </w:rPr>
              <w:t>Final Answer: ₹1,700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10  |  Find discount</w:t>
            </w:r>
          </w:p>
          <w:p>
            <w:r>
              <w:rPr>
                <w:b/>
              </w:rPr>
              <w:t xml:space="preserve">Question: </w:t>
            </w:r>
            <w:r>
              <w:t>MP is ₹5,000 and SP is ₹4,250. Find discount percentage.</w:t>
            </w:r>
          </w:p>
          <w:p>
            <w:r>
              <w:rPr>
                <w:b/>
              </w:rPr>
              <w:t>Solution:</w:t>
              <w:br/>
            </w:r>
            <w:r>
              <w:t>Discount=750. Discount%=750/5,000×100=15%.</w:t>
            </w:r>
          </w:p>
          <w:p>
            <w:r>
              <w:rPr>
                <w:b/>
                <w:color w:val="243447"/>
              </w:rPr>
              <w:t>Final Answer: 15%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11  |  Find MP</w:t>
            </w:r>
          </w:p>
          <w:p>
            <w:r>
              <w:rPr>
                <w:b/>
              </w:rPr>
              <w:t xml:space="preserve">Question: </w:t>
            </w:r>
            <w:r>
              <w:t>An article is sold for ₹1,440 after a 20% discount. Find MP.</w:t>
            </w:r>
          </w:p>
          <w:p>
            <w:r>
              <w:rPr>
                <w:b/>
              </w:rPr>
              <w:t>Solution:</w:t>
              <w:br/>
            </w:r>
            <w:r>
              <w:t>SP=80% of MP. MP=1,440×100/80=₹1,800.</w:t>
            </w:r>
          </w:p>
          <w:p>
            <w:r>
              <w:rPr>
                <w:b/>
                <w:color w:val="243447"/>
              </w:rPr>
              <w:t>Final Answer: ₹1,800</w:t>
            </w:r>
          </w:p>
        </w:tc>
      </w:tr>
    </w:tbl>
    <w:p/>
    <w:p>
      <w:pPr>
        <w:pStyle w:val="Heading1"/>
      </w:pPr>
      <w:r>
        <w:t>5. Profit After Discount</w:t>
      </w:r>
    </w:p>
    <w:p>
      <w:r>
        <w:rPr>
          <w:rFonts w:ascii="Trebuchet MS" w:hAnsi="Trebuchet MS"/>
        </w:rPr>
        <w:t>A seller may mark an article above its cost price and then give a discount. The final selling price must be compared with CP to determine actual profit or loss.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12  |  Profit after discount</w:t>
            </w:r>
          </w:p>
          <w:p>
            <w:r>
              <w:rPr>
                <w:b/>
              </w:rPr>
              <w:t xml:space="preserve">Question: </w:t>
            </w:r>
            <w:r>
              <w:t>An article costs ₹1,000. It is marked at ₹1,500 and sold at 20% discount. Find profit percentage.</w:t>
            </w:r>
          </w:p>
          <w:p>
            <w:r>
              <w:rPr>
                <w:b/>
              </w:rPr>
              <w:t>Solution:</w:t>
              <w:br/>
            </w:r>
            <w:r>
              <w:t>SP=1,500×80/100=1,200. Profit=200. Profit%=20%.</w:t>
            </w:r>
          </w:p>
          <w:p>
            <w:r>
              <w:rPr>
                <w:b/>
                <w:color w:val="243447"/>
              </w:rPr>
              <w:t>Final Answer: 20% profit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13  |  Loss after discount</w:t>
            </w:r>
          </w:p>
          <w:p>
            <w:r>
              <w:rPr>
                <w:b/>
              </w:rPr>
              <w:t xml:space="preserve">Question: </w:t>
            </w:r>
            <w:r>
              <w:t>An article costs ₹1,200, is marked ₹1,500 and sold at 20% discount. Find result.</w:t>
            </w:r>
          </w:p>
          <w:p>
            <w:r>
              <w:rPr>
                <w:b/>
              </w:rPr>
              <w:t>Solution:</w:t>
              <w:br/>
            </w:r>
            <w:r>
              <w:t>SP=1,500×80%=1,200. Therefore SP=CP.</w:t>
            </w:r>
          </w:p>
          <w:p>
            <w:r>
              <w:rPr>
                <w:b/>
                <w:color w:val="243447"/>
              </w:rPr>
              <w:t>Final Answer: No profit, no loss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14  |  Find discount for desired profit</w:t>
            </w:r>
          </w:p>
          <w:p>
            <w:r>
              <w:rPr>
                <w:b/>
              </w:rPr>
              <w:t xml:space="preserve">Question: </w:t>
            </w:r>
            <w:r>
              <w:t>An article costs ₹800 and is marked ₹1,200. What discount percentage gives a profit of 20%?</w:t>
            </w:r>
          </w:p>
          <w:p>
            <w:r>
              <w:rPr>
                <w:b/>
              </w:rPr>
              <w:t>Solution:</w:t>
              <w:br/>
            </w:r>
            <w:r>
              <w:t>Required SP=800×120%=960. Discount=1,200−960=240. Discount%=240/1,200×100=20%.</w:t>
            </w:r>
          </w:p>
          <w:p>
            <w:r>
              <w:rPr>
                <w:b/>
                <w:color w:val="243447"/>
              </w:rPr>
              <w:t>Final Answer: 20% discount</w:t>
            </w:r>
          </w:p>
        </w:tc>
      </w:tr>
    </w:tbl>
    <w:p/>
    <w:p>
      <w:pPr>
        <w:pStyle w:val="Heading1"/>
      </w:pPr>
      <w:r>
        <w:t>6. Successive Discounts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TWO SUCCESSIVE DISCOUNTS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Equivalent discount = a + b − ab/100.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15  |  Two discounts</w:t>
            </w:r>
          </w:p>
          <w:p>
            <w:r>
              <w:rPr>
                <w:b/>
              </w:rPr>
              <w:t xml:space="preserve">Question: </w:t>
            </w:r>
            <w:r>
              <w:t>An article has MP ₹2,000 and successive discounts of 10% and 20%. Find final SP.</w:t>
            </w:r>
          </w:p>
          <w:p>
            <w:r>
              <w:rPr>
                <w:b/>
              </w:rPr>
              <w:t>Solution:</w:t>
              <w:br/>
            </w:r>
            <w:r>
              <w:t>First SP=1,800. Second SP=1,800×80%=1,440. Equivalent discount=28%.</w:t>
            </w:r>
          </w:p>
          <w:p>
            <w:r>
              <w:rPr>
                <w:b/>
                <w:color w:val="243447"/>
              </w:rPr>
              <w:t>Final Answer: ₹1,440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16  |  Equivalent discount</w:t>
            </w:r>
          </w:p>
          <w:p>
            <w:r>
              <w:rPr>
                <w:b/>
              </w:rPr>
              <w:t xml:space="preserve">Question: </w:t>
            </w:r>
            <w:r>
              <w:t>Find equivalent discount for 20% and 15%.</w:t>
            </w:r>
          </w:p>
          <w:p>
            <w:r>
              <w:rPr>
                <w:b/>
              </w:rPr>
              <w:t>Solution:</w:t>
              <w:br/>
            </w:r>
            <w:r>
              <w:t>20+15−(20×15)/100=32%.</w:t>
            </w:r>
          </w:p>
          <w:p>
            <w:r>
              <w:rPr>
                <w:b/>
                <w:color w:val="243447"/>
              </w:rPr>
              <w:t>Final Answer: 32%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17  |  Three discounts</w:t>
            </w:r>
          </w:p>
          <w:p>
            <w:r>
              <w:rPr>
                <w:b/>
              </w:rPr>
              <w:t xml:space="preserve">Question: </w:t>
            </w:r>
            <w:r>
              <w:t>Find equivalent discount for successive discounts of 10%, 10% and 20%.</w:t>
            </w:r>
          </w:p>
          <w:p>
            <w:r>
              <w:rPr>
                <w:b/>
              </w:rPr>
              <w:t>Solution:</w:t>
              <w:br/>
            </w:r>
            <w:r>
              <w:t>Remaining factors: 0.90×0.90×0.80=0.648. Equivalent discount=35.2%.</w:t>
            </w:r>
          </w:p>
          <w:p>
            <w:r>
              <w:rPr>
                <w:b/>
                <w:color w:val="243447"/>
              </w:rPr>
              <w:t>Final Answer: 35.2%</w:t>
            </w:r>
          </w:p>
        </w:tc>
      </w:tr>
    </w:tbl>
    <w:p/>
    <w:p>
      <w:pPr>
        <w:pStyle w:val="Heading1"/>
      </w:pPr>
      <w:r>
        <w:t>7. Relation Between CP, SP and Profit/Loss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USEFUL RATIOS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Profit p%: SP:CP = (100+p):100.</w:t>
              <w:br/>
              <w:t>Loss l%: SP:CP = (100−l):100.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18  |  Ratio from profit</w:t>
            </w:r>
          </w:p>
          <w:p>
            <w:r>
              <w:rPr>
                <w:b/>
              </w:rPr>
              <w:t xml:space="preserve">Question: </w:t>
            </w:r>
            <w:r>
              <w:t>An article is sold at 25% profit. Find SP:CP.</w:t>
            </w:r>
          </w:p>
          <w:p>
            <w:r>
              <w:rPr>
                <w:b/>
              </w:rPr>
              <w:t>Solution:</w:t>
              <w:br/>
            </w:r>
            <w:r>
              <w:t>SP:CP=125:100=5:4.</w:t>
            </w:r>
          </w:p>
          <w:p>
            <w:r>
              <w:rPr>
                <w:b/>
                <w:color w:val="243447"/>
              </w:rPr>
              <w:t>Final Answer: 5:4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19  |  Ratio from loss</w:t>
            </w:r>
          </w:p>
          <w:p>
            <w:r>
              <w:rPr>
                <w:b/>
              </w:rPr>
              <w:t xml:space="preserve">Question: </w:t>
            </w:r>
            <w:r>
              <w:t>An article is sold at 20% loss. Find CP:SP.</w:t>
            </w:r>
          </w:p>
          <w:p>
            <w:r>
              <w:rPr>
                <w:b/>
              </w:rPr>
              <w:t>Solution:</w:t>
              <w:br/>
            </w:r>
            <w:r>
              <w:t>SP:CP=80:100=4:5, so CP:SP=5:4.</w:t>
            </w:r>
          </w:p>
          <w:p>
            <w:r>
              <w:rPr>
                <w:b/>
                <w:color w:val="243447"/>
              </w:rPr>
              <w:t>Final Answer: 5:4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20  |  Find profit from ratio</w:t>
            </w:r>
          </w:p>
          <w:p>
            <w:r>
              <w:rPr>
                <w:b/>
              </w:rPr>
              <w:t xml:space="preserve">Question: </w:t>
            </w:r>
            <w:r>
              <w:t>SP:CP=9:8. Find profit percentage.</w:t>
            </w:r>
          </w:p>
          <w:p>
            <w:r>
              <w:rPr>
                <w:b/>
              </w:rPr>
              <w:t>Solution:</w:t>
              <w:br/>
            </w:r>
            <w:r>
              <w:t>Profit ratio=1/8. Profit%=1/8×100=12.5%.</w:t>
            </w:r>
          </w:p>
          <w:p>
            <w:r>
              <w:rPr>
                <w:b/>
                <w:color w:val="243447"/>
              </w:rPr>
              <w:t>Final Answer: 12.5%</w:t>
            </w:r>
          </w:p>
        </w:tc>
      </w:tr>
    </w:tbl>
    <w:p/>
    <w:p>
      <w:pPr>
        <w:pStyle w:val="Heading1"/>
      </w:pPr>
      <w:r>
        <w:t>8. Same Selling Price / Same Cost Price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21  |  Same selling price</w:t>
            </w:r>
          </w:p>
          <w:p>
            <w:r>
              <w:rPr>
                <w:b/>
              </w:rPr>
              <w:t xml:space="preserve">Question: </w:t>
            </w:r>
            <w:r>
              <w:t>Two articles are sold for ₹1,200 each. One gives 20% profit and the other 20% loss. Find overall result.</w:t>
            </w:r>
          </w:p>
          <w:p>
            <w:r>
              <w:rPr>
                <w:b/>
              </w:rPr>
              <w:t>Solution:</w:t>
              <w:br/>
            </w:r>
            <w:r>
              <w:t>CP₁=1,200/1.2=1,000. CP₂=1,200/0.8=1,500. Total CP=2,500, total SP=2,400. Loss=100=4%.</w:t>
            </w:r>
          </w:p>
          <w:p>
            <w:r>
              <w:rPr>
                <w:b/>
                <w:color w:val="243447"/>
              </w:rPr>
              <w:t>Final Answer: 4% loss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22  |  Same cost price</w:t>
            </w:r>
          </w:p>
          <w:p>
            <w:r>
              <w:rPr>
                <w:b/>
              </w:rPr>
              <w:t xml:space="preserve">Question: </w:t>
            </w:r>
            <w:r>
              <w:t>Two articles each cost ₹1,000. One is sold at 20% profit and the other at 10% loss. Find overall profit/loss.</w:t>
            </w:r>
          </w:p>
          <w:p>
            <w:r>
              <w:rPr>
                <w:b/>
              </w:rPr>
              <w:t>Solution:</w:t>
              <w:br/>
            </w:r>
            <w:r>
              <w:t>SPs=1,200 and 900. Total CP=2,000; SP=2,100. Profit=100=5%.</w:t>
            </w:r>
          </w:p>
          <w:p>
            <w:r>
              <w:rPr>
                <w:b/>
                <w:color w:val="243447"/>
              </w:rPr>
              <w:t>Final Answer: 5% profit</w:t>
            </w:r>
          </w:p>
        </w:tc>
      </w:tr>
    </w:tbl>
    <w:p/>
    <w:p>
      <w:pPr>
        <w:pStyle w:val="Heading1"/>
      </w:pPr>
      <w:r>
        <w:t>9. Profit/Loss on Different Quantities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23  |  Different quantities</w:t>
            </w:r>
          </w:p>
          <w:p>
            <w:r>
              <w:rPr>
                <w:b/>
              </w:rPr>
              <w:t xml:space="preserve">Question: </w:t>
            </w:r>
            <w:r>
              <w:t>A trader buys 20 articles at ₹50 each and sells them at ₹60 each. Find profit percentage.</w:t>
            </w:r>
          </w:p>
          <w:p>
            <w:r>
              <w:rPr>
                <w:b/>
              </w:rPr>
              <w:t>Solution:</w:t>
              <w:br/>
            </w:r>
            <w:r>
              <w:t>CP=20×50=1,000. SP=20×60=1,200. Profit=200. Profit%=20%.</w:t>
            </w:r>
          </w:p>
          <w:p>
            <w:r>
              <w:rPr>
                <w:b/>
                <w:color w:val="243447"/>
              </w:rPr>
              <w:t>Final Answer: 20% profit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24  |  Some articles damaged</w:t>
            </w:r>
          </w:p>
          <w:p>
            <w:r>
              <w:rPr>
                <w:b/>
              </w:rPr>
              <w:t xml:space="preserve">Question: </w:t>
            </w:r>
            <w:r>
              <w:t>A trader buys 100 articles at ₹40 each. Ten are damaged and cannot be sold. The remaining are sold at ₹50 each. Find profit/loss percentage.</w:t>
            </w:r>
          </w:p>
          <w:p>
            <w:r>
              <w:rPr>
                <w:b/>
              </w:rPr>
              <w:t>Solution:</w:t>
              <w:br/>
            </w:r>
            <w:r>
              <w:t>CP=4,000. SP=90×50=4,500. Profit=500. Profit%=12.5%.</w:t>
            </w:r>
          </w:p>
          <w:p>
            <w:r>
              <w:rPr>
                <w:b/>
                <w:color w:val="243447"/>
              </w:rPr>
              <w:t>Final Answer: 12.5% profit</w:t>
            </w:r>
          </w:p>
        </w:tc>
      </w:tr>
    </w:tbl>
    <w:p/>
    <w:p>
      <w:pPr>
        <w:pStyle w:val="Heading1"/>
      </w:pPr>
      <w:r>
        <w:t>10. False Weight and Measure</w:t>
      </w:r>
    </w:p>
    <w:p>
      <w:r>
        <w:rPr>
          <w:rFonts w:ascii="Trebuchet MS" w:hAnsi="Trebuchet MS"/>
        </w:rPr>
        <w:t>A dishonest seller can make a gain by giving less quantity than stated. The percentage gain is calculated by comparing the actual cost of the quantity given with the selling price charged.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25  |  Short weight</w:t>
            </w:r>
          </w:p>
          <w:p>
            <w:r>
              <w:rPr>
                <w:b/>
              </w:rPr>
              <w:t xml:space="preserve">Question: </w:t>
            </w:r>
            <w:r>
              <w:t>A seller charges the price of 1 kg but gives 800 g. If he charges ₹100 per kg, find gain percentage assuming no other costs.</w:t>
            </w:r>
          </w:p>
          <w:p>
            <w:r>
              <w:rPr>
                <w:b/>
              </w:rPr>
              <w:t>Solution:</w:t>
              <w:br/>
            </w:r>
            <w:r>
              <w:t>Cost of 800 g=₹80. Selling price charged=₹100. Gain=₹20. Gain%=20/80×100=25%.</w:t>
            </w:r>
          </w:p>
          <w:p>
            <w:r>
              <w:rPr>
                <w:b/>
                <w:color w:val="243447"/>
              </w:rPr>
              <w:t>Final Answer: 25% gain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26  |  False measure</w:t>
            </w:r>
          </w:p>
          <w:p>
            <w:r>
              <w:rPr>
                <w:b/>
              </w:rPr>
              <w:t xml:space="preserve">Question: </w:t>
            </w:r>
            <w:r>
              <w:t>A seller claims to sell 1,000 g but gives 900 g at the normal price. Find gain percentage.</w:t>
            </w:r>
          </w:p>
          <w:p>
            <w:r>
              <w:rPr>
                <w:b/>
              </w:rPr>
              <w:t>Solution:</w:t>
              <w:br/>
            </w:r>
            <w:r>
              <w:t>Cost of 900 g is 90% of the charged 1 kg price. Gain=10 units on cost 90 units. Gain%=10/90×100=11 1/9%.</w:t>
            </w:r>
          </w:p>
          <w:p>
            <w:r>
              <w:rPr>
                <w:b/>
                <w:color w:val="243447"/>
              </w:rPr>
              <w:t>Final Answer: 11 1/9% gain</w:t>
            </w:r>
          </w:p>
        </w:tc>
      </w:tr>
    </w:tbl>
    <w:p/>
    <w:p>
      <w:pPr>
        <w:pStyle w:val="Heading1"/>
      </w:pPr>
      <w:r>
        <w:t>11. Buy One Get One / Free Articles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27  |  Free quantity</w:t>
            </w:r>
          </w:p>
          <w:p>
            <w:r>
              <w:rPr>
                <w:b/>
              </w:rPr>
              <w:t xml:space="preserve">Question: </w:t>
            </w:r>
            <w:r>
              <w:t>A shop offers 5 articles for the price of 4. If each article has the same CP, find the effective discount percentage.</w:t>
            </w:r>
          </w:p>
          <w:p>
            <w:r>
              <w:rPr>
                <w:b/>
              </w:rPr>
              <w:t>Solution:</w:t>
              <w:br/>
            </w:r>
            <w:r>
              <w:t>Customer gets 5 for the price of 4. Discount equivalent=(1/5)×100=20%.</w:t>
            </w:r>
          </w:p>
          <w:p>
            <w:r>
              <w:rPr>
                <w:b/>
                <w:color w:val="243447"/>
              </w:rPr>
              <w:t>Final Answer: 20% effective discount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28  |  Pay for 3, get 4</w:t>
            </w:r>
          </w:p>
          <w:p>
            <w:r>
              <w:rPr>
                <w:b/>
              </w:rPr>
              <w:t xml:space="preserve">Question: </w:t>
            </w:r>
            <w:r>
              <w:t>A seller gives 4 items for the price of 3. Find effective discount percentage.</w:t>
            </w:r>
          </w:p>
          <w:p>
            <w:r>
              <w:rPr>
                <w:b/>
              </w:rPr>
              <w:t>Solution:</w:t>
              <w:br/>
            </w:r>
            <w:r>
              <w:t>Free item fraction=1/4. Discount%=25%.</w:t>
            </w:r>
          </w:p>
          <w:p>
            <w:r>
              <w:rPr>
                <w:b/>
                <w:color w:val="243447"/>
              </w:rPr>
              <w:t>Final Answer: 25% effective discount</w:t>
            </w:r>
          </w:p>
        </w:tc>
      </w:tr>
    </w:tbl>
    <w:p/>
    <w:p>
      <w:pPr>
        <w:pStyle w:val="Heading1"/>
      </w:pPr>
      <w:r>
        <w:t>12. Advanced Mixed Applications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29  |  Marked price and desired profit</w:t>
            </w:r>
          </w:p>
          <w:p>
            <w:r>
              <w:rPr>
                <w:b/>
              </w:rPr>
              <w:t xml:space="preserve">Question: </w:t>
            </w:r>
            <w:r>
              <w:t>An article costs ₹1,500. A seller wants a 25% profit after allowing a 10% discount. Find the marked price.</w:t>
            </w:r>
          </w:p>
          <w:p>
            <w:r>
              <w:rPr>
                <w:b/>
              </w:rPr>
              <w:t>Solution:</w:t>
              <w:br/>
            </w:r>
            <w:r>
              <w:t>Required SP=1,500×125%=1,875. MP×90%=1,875. MP=₹2,083.33.</w:t>
            </w:r>
          </w:p>
          <w:p>
            <w:r>
              <w:rPr>
                <w:b/>
                <w:color w:val="243447"/>
              </w:rPr>
              <w:t>Final Answer: ₹2,083.33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30  |  Profit with successive discount</w:t>
            </w:r>
          </w:p>
          <w:p>
            <w:r>
              <w:rPr>
                <w:b/>
              </w:rPr>
              <w:t xml:space="preserve">Question: </w:t>
            </w:r>
            <w:r>
              <w:t>An article costs ₹2,000. It is marked 50% above CP and then sold after successive discounts of 10% and 20%. Find profit percentage.</w:t>
            </w:r>
          </w:p>
          <w:p>
            <w:r>
              <w:rPr>
                <w:b/>
              </w:rPr>
              <w:t>Solution:</w:t>
              <w:br/>
            </w:r>
            <w:r>
              <w:t>MP=3,000. Final SP=3,000×0.9×0.8=2,160. Profit=160. Profit%=8%.</w:t>
            </w:r>
          </w:p>
          <w:p>
            <w:r>
              <w:rPr>
                <w:b/>
                <w:color w:val="243447"/>
              </w:rPr>
              <w:t>Final Answer: 8% profit</w:t>
            </w:r>
          </w:p>
        </w:tc>
      </w:tr>
    </w:tbl>
    <w:p/>
    <w:p>
      <w:pPr>
        <w:pStyle w:val="Heading1"/>
      </w:pPr>
      <w:r>
        <w:t>13. How to Identify the Question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3331"/>
            <w:vAlign w:val="center"/>
            <w:shd w:fill="243447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Question clue</w:t>
            </w:r>
          </w:p>
        </w:tc>
        <w:tc>
          <w:tcPr>
            <w:tcW w:type="dxa" w:w="3331"/>
            <w:vAlign w:val="center"/>
            <w:shd w:fill="6A4C93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Concept</w:t>
            </w:r>
          </w:p>
        </w:tc>
        <w:tc>
          <w:tcPr>
            <w:tcW w:type="dxa" w:w="3331"/>
            <w:vAlign w:val="center"/>
            <w:shd w:fill="168AAD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First step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Bought and sold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Profit/Loss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Compare SP with CP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Profit p%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Profit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SP=CP(100+p)/100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Loss l%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Loss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SP=CP(100−l)/100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Sold after discount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Discount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SP=MP(100−d)/100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Find original price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Reverse percentage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Divide by remaining percentage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Two discounts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Successive discount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a+b−ab/100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Same SP, one profit one loss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Combined result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Find each CP separately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Same CP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Combined result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Add total CP and SP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False weight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Short measure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Compare charged price with actual quantity cost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Desired profit after discount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MP</w:t>
            </w:r>
          </w:p>
        </w:tc>
        <w:tc>
          <w:tcPr>
            <w:tcW w:type="dxa" w:w="3331"/>
            <w:vAlign w:val="center"/>
            <w:shd w:fill="FFFFFF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First find required SP, then reverse discount</w:t>
            </w:r>
          </w:p>
        </w:tc>
      </w:tr>
    </w:tbl>
    <w:p>
      <w:pPr>
        <w:pStyle w:val="Heading1"/>
      </w:pPr>
      <w:r>
        <w:t>14. Shortcuts &amp; Quick Methods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5EA"/>
          </w:tcPr>
          <w:p>
            <w:r>
              <w:rPr>
                <w:rFonts w:ascii="Georgia" w:hAnsi="Georgia"/>
                <w:b/>
                <w:color w:val="3A7D44"/>
                <w:sz w:val="22"/>
              </w:rPr>
              <w:t>PROFIT RATIO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At p% profit: SP:CP=(100+p):100.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CE9E3"/>
          </w:tcPr>
          <w:p>
            <w:r>
              <w:rPr>
                <w:rFonts w:ascii="Georgia" w:hAnsi="Georgia"/>
                <w:b/>
                <w:color w:val="D95D39"/>
                <w:sz w:val="22"/>
              </w:rPr>
              <w:t>LOSS RATIO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At l% loss: SP:CP=(100−l):100.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SUCCESSIVE DISCOUNT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Equivalent discount=a+b−ab/100.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MARKUP + DISCOUNT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If MP is x% above CP and discount is d%, calculate final SP as CP×(100+x)/100×(100−d)/100.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SAME SP TRICK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For equal selling prices and equal profit/loss p%, overall loss = p²/100 percent.</w:t>
            </w:r>
          </w:p>
        </w:tc>
      </w:tr>
    </w:tbl>
    <w:p/>
    <w:p>
      <w:pPr>
        <w:pStyle w:val="Heading1"/>
      </w:pPr>
      <w:r>
        <w:t>15. Complete Formula Sheet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243447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Formula</w:t>
            </w:r>
          </w:p>
        </w:tc>
        <w:tc>
          <w:tcPr>
            <w:tcW w:type="dxa" w:w="4997"/>
            <w:vAlign w:val="center"/>
            <w:shd w:fill="6A4C93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Meaning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Profit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SP−CP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Loss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CP−SP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Profit %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Profit/CP×100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Loss %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Loss/CP×100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SP at profit p%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CP(100+p)/100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SP at loss l%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CP(100−l)/100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CP from profit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SP×100/(100+p)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CP from loss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SP×100/(100−l)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Discount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MP−SP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Discount %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Discount/MP×100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SP after discount d%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MP(100−d)/100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MP after discount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SP×100/(100−d)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Successive discounts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a+b−ab/100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Profit ratio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SP:CP=(100+p):100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Loss ratio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SP:CP=(100−l):100</w:t>
            </w:r>
          </w:p>
        </w:tc>
      </w:tr>
    </w:tbl>
    <w:p>
      <w:pPr>
        <w:pStyle w:val="Heading1"/>
      </w:pPr>
      <w:r>
        <w:t>16. Practice Set</w:t>
      </w:r>
    </w:p>
    <w:p>
      <w:r>
        <w:rPr>
          <w:rFonts w:ascii="Trebuchet MS" w:hAnsi="Trebuchet MS"/>
        </w:rPr>
        <w:t>30 questions covering basic, moderate and advanced applications.</w:t>
      </w:r>
    </w:p>
    <w:p>
      <w:pPr>
        <w:pStyle w:val="Heading2"/>
      </w:pPr>
      <w:r>
        <w:t>Section A — Basic</w:t>
      </w:r>
    </w:p>
    <w:p>
      <w:r>
        <w:rPr>
          <w:rFonts w:ascii="Trebuchet MS" w:hAnsi="Trebuchet MS"/>
        </w:rPr>
        <w:t>1. An article costs ₹800 and is sold for ₹920. Find profit and profit percentage.</w:t>
      </w:r>
    </w:p>
    <w:p>
      <w:r>
        <w:rPr>
          <w:rFonts w:ascii="Trebuchet MS" w:hAnsi="Trebuchet MS"/>
        </w:rPr>
        <w:t>2. An article costs ₹1,500 and is sold for ₹1,275. Find loss and loss percentage.</w:t>
      </w:r>
    </w:p>
    <w:p>
      <w:r>
        <w:rPr>
          <w:rFonts w:ascii="Trebuchet MS" w:hAnsi="Trebuchet MS"/>
        </w:rPr>
        <w:t>3. An article costs ₹2,000. Find SP at 15% profit.</w:t>
      </w:r>
    </w:p>
    <w:p>
      <w:r>
        <w:rPr>
          <w:rFonts w:ascii="Trebuchet MS" w:hAnsi="Trebuchet MS"/>
        </w:rPr>
        <w:t>4. An article costs ₹2,500. Find SP at 12% loss.</w:t>
      </w:r>
    </w:p>
    <w:p>
      <w:r>
        <w:rPr>
          <w:rFonts w:ascii="Trebuchet MS" w:hAnsi="Trebuchet MS"/>
        </w:rPr>
        <w:t>5. An article is sold for ₹1,380 at 15% profit. Find CP.</w:t>
      </w:r>
    </w:p>
    <w:p>
      <w:r>
        <w:rPr>
          <w:rFonts w:ascii="Trebuchet MS" w:hAnsi="Trebuchet MS"/>
        </w:rPr>
        <w:t>6. An article is sold for ₹1,020 at 15% loss. Find CP.</w:t>
      </w:r>
    </w:p>
    <w:p>
      <w:r>
        <w:rPr>
          <w:rFonts w:ascii="Trebuchet MS" w:hAnsi="Trebuchet MS"/>
        </w:rPr>
        <w:t>7. MP is ₹2,000 and discount is 15%. Find SP.</w:t>
      </w:r>
    </w:p>
    <w:p>
      <w:r>
        <w:rPr>
          <w:rFonts w:ascii="Trebuchet MS" w:hAnsi="Trebuchet MS"/>
        </w:rPr>
        <w:t>8. MP is ₹5,000 and SP is ₹4,250. Find discount percentage.</w:t>
      </w:r>
    </w:p>
    <w:p>
      <w:r>
        <w:rPr>
          <w:rFonts w:ascii="Trebuchet MS" w:hAnsi="Trebuchet MS"/>
        </w:rPr>
        <w:t>9. SP is ₹1,440 after 20% discount. Find MP.</w:t>
      </w:r>
    </w:p>
    <w:p>
      <w:r>
        <w:rPr>
          <w:rFonts w:ascii="Trebuchet MS" w:hAnsi="Trebuchet MS"/>
        </w:rPr>
        <w:t>10. SP:CP=5:4. Find profit percentage.</w:t>
      </w:r>
    </w:p>
    <w:p>
      <w:pPr>
        <w:pStyle w:val="Heading2"/>
      </w:pPr>
      <w:r>
        <w:t>Section B — Moderate</w:t>
      </w:r>
    </w:p>
    <w:p>
      <w:r>
        <w:rPr>
          <w:rFonts w:ascii="Trebuchet MS" w:hAnsi="Trebuchet MS"/>
        </w:rPr>
        <w:t>11. An article costs ₹1,000, is marked ₹1,500 and sold at 20% discount. Find profit percentage.</w:t>
      </w:r>
    </w:p>
    <w:p>
      <w:r>
        <w:rPr>
          <w:rFonts w:ascii="Trebuchet MS" w:hAnsi="Trebuchet MS"/>
        </w:rPr>
        <w:t>12. An article costs ₹1,200, is marked ₹1,500 and sold at 20% discount. Find result.</w:t>
      </w:r>
    </w:p>
    <w:p>
      <w:r>
        <w:rPr>
          <w:rFonts w:ascii="Trebuchet MS" w:hAnsi="Trebuchet MS"/>
        </w:rPr>
        <w:t>13. An article costs ₹800 and is marked ₹1,200. Find discount needed for 20% profit.</w:t>
      </w:r>
    </w:p>
    <w:p>
      <w:r>
        <w:rPr>
          <w:rFonts w:ascii="Trebuchet MS" w:hAnsi="Trebuchet MS"/>
        </w:rPr>
        <w:t>14. Find equivalent discount for 20% and 15%.</w:t>
      </w:r>
    </w:p>
    <w:p>
      <w:r>
        <w:rPr>
          <w:rFonts w:ascii="Trebuchet MS" w:hAnsi="Trebuchet MS"/>
        </w:rPr>
        <w:t>15. Find equivalent discount for 10%, 10% and 20% successive discounts.</w:t>
      </w:r>
    </w:p>
    <w:p>
      <w:r>
        <w:rPr>
          <w:rFonts w:ascii="Trebuchet MS" w:hAnsi="Trebuchet MS"/>
        </w:rPr>
        <w:t>16. Two articles are sold for ₹1,200 each, one at 20% profit and one at 20% loss. Find overall loss percentage.</w:t>
      </w:r>
    </w:p>
    <w:p>
      <w:r>
        <w:rPr>
          <w:rFonts w:ascii="Trebuchet MS" w:hAnsi="Trebuchet MS"/>
        </w:rPr>
        <w:t>17. Two articles each cost ₹1,000, one sold at 20% profit and one at 10% loss. Find overall result.</w:t>
      </w:r>
    </w:p>
    <w:p>
      <w:r>
        <w:rPr>
          <w:rFonts w:ascii="Trebuchet MS" w:hAnsi="Trebuchet MS"/>
        </w:rPr>
        <w:t>18. A trader buys 100 articles at ₹40 each; 10 are damaged. Remaining sold at ₹50 each. Find profit percentage.</w:t>
      </w:r>
    </w:p>
    <w:p>
      <w:r>
        <w:rPr>
          <w:rFonts w:ascii="Trebuchet MS" w:hAnsi="Trebuchet MS"/>
        </w:rPr>
        <w:t>19. A seller charges for 1 kg but gives 800 g. Find gain percentage.</w:t>
      </w:r>
    </w:p>
    <w:p>
      <w:r>
        <w:rPr>
          <w:rFonts w:ascii="Trebuchet MS" w:hAnsi="Trebuchet MS"/>
        </w:rPr>
        <w:t>20. A seller gives 5 articles for the price of 4. Find effective discount.</w:t>
      </w:r>
    </w:p>
    <w:p>
      <w:pPr>
        <w:pStyle w:val="Heading2"/>
      </w:pPr>
      <w:r>
        <w:t>Section C — Advanced</w:t>
      </w:r>
    </w:p>
    <w:p>
      <w:r>
        <w:rPr>
          <w:rFonts w:ascii="Trebuchet MS" w:hAnsi="Trebuchet MS"/>
        </w:rPr>
        <w:t>21. An article costs ₹1,500. Seller wants 25% profit after 10% discount. Find MP.</w:t>
      </w:r>
    </w:p>
    <w:p>
      <w:r>
        <w:rPr>
          <w:rFonts w:ascii="Trebuchet MS" w:hAnsi="Trebuchet MS"/>
        </w:rPr>
        <w:t>22. An article costs ₹2,000, marked 50% above CP and discounted successively by 10% and 20%. Find profit percentage.</w:t>
      </w:r>
    </w:p>
    <w:p>
      <w:r>
        <w:rPr>
          <w:rFonts w:ascii="Trebuchet MS" w:hAnsi="Trebuchet MS"/>
        </w:rPr>
        <w:t>23. An article is sold at 25% profit. Find SP:CP.</w:t>
      </w:r>
    </w:p>
    <w:p>
      <w:r>
        <w:rPr>
          <w:rFonts w:ascii="Trebuchet MS" w:hAnsi="Trebuchet MS"/>
        </w:rPr>
        <w:t>24. An article is sold at 20% loss. Find CP:SP.</w:t>
      </w:r>
    </w:p>
    <w:p>
      <w:r>
        <w:rPr>
          <w:rFonts w:ascii="Trebuchet MS" w:hAnsi="Trebuchet MS"/>
        </w:rPr>
        <w:t>25. SP:CP=9:8. Find profit percentage.</w:t>
      </w:r>
    </w:p>
    <w:p>
      <w:r>
        <w:rPr>
          <w:rFonts w:ascii="Trebuchet MS" w:hAnsi="Trebuchet MS"/>
        </w:rPr>
        <w:t>26. Two articles have equal SP; one gives 20% profit and the other 20% loss. Find overall loss percentage.</w:t>
      </w:r>
    </w:p>
    <w:p>
      <w:r>
        <w:rPr>
          <w:rFonts w:ascii="Trebuchet MS" w:hAnsi="Trebuchet MS"/>
        </w:rPr>
        <w:t>27. A seller gives 4 items for the price of 3. Find effective discount.</w:t>
      </w:r>
    </w:p>
    <w:p>
      <w:r>
        <w:rPr>
          <w:rFonts w:ascii="Trebuchet MS" w:hAnsi="Trebuchet MS"/>
        </w:rPr>
        <w:t>28. An article marked ₹3,000 is sold after 20% discount. If CP is ₹2,000, find profit percentage.</w:t>
      </w:r>
    </w:p>
    <w:p>
      <w:r>
        <w:rPr>
          <w:rFonts w:ascii="Trebuchet MS" w:hAnsi="Trebuchet MS"/>
        </w:rPr>
        <w:t>29. An article is marked 40% above CP and sold at 10% discount. Find profit percentage.</w:t>
      </w:r>
    </w:p>
    <w:p>
      <w:r>
        <w:rPr>
          <w:rFonts w:ascii="Trebuchet MS" w:hAnsi="Trebuchet MS"/>
        </w:rPr>
        <w:t>30. An article is marked 60% above CP and sold at 25% discount. Find profit percentage.</w:t>
      </w:r>
    </w:p>
    <w:p>
      <w:pPr>
        <w:pStyle w:val="Heading1"/>
      </w:pPr>
      <w:r>
        <w:t>17. Answer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1. ₹120; 15%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2. ₹225; 15%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3. ₹2,300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4. ₹2,200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5. ₹1,200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6. ₹1,200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7. ₹1,700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8. 15%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9. ₹1,800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10. 25%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11. 20% profit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12. No profit, no loss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13. 20% discount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14. 32%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15. 35.2%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16. 4% loss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17. 5% profit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18. 12.5% profit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19. 25% gain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20. 20% discount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21. ₹2,083.33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22. 8% profit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23. 5:4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24. 5:4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25. 12.5%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26. 4% loss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27. 25% discount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28. 20% profit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29. 26% profit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30. 20% profit</w:t>
            </w:r>
          </w:p>
        </w:tc>
      </w:tr>
    </w:tbl>
    <w:p>
      <w:pPr>
        <w:pStyle w:val="Heading1"/>
      </w:pPr>
      <w:r>
        <w:t>18. Quick Revision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CORE RELATION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Profit = SP−CP; Loss = CP−SP.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PERCENTAGES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Profit/Loss percentage is calculated on CP; discount percentage is calculated on MP.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DISCOUNT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SP = MP×(100−discount%)/100.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SUCCESSIVE DISCOUNTS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Equivalent discount = a+b−ab/100.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5EA"/>
          </w:tcPr>
          <w:p>
            <w:r>
              <w:rPr>
                <w:rFonts w:ascii="Georgia" w:hAnsi="Georgia"/>
                <w:b/>
                <w:color w:val="3A7D44"/>
                <w:sz w:val="22"/>
              </w:rPr>
              <w:t>PROFIT RATIO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p% profit → SP:CP=(100+p):100.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CE9E3"/>
          </w:tcPr>
          <w:p>
            <w:r>
              <w:rPr>
                <w:rFonts w:ascii="Georgia" w:hAnsi="Georgia"/>
                <w:b/>
                <w:color w:val="D95D39"/>
                <w:sz w:val="22"/>
              </w:rPr>
              <w:t>LOSS RATIO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l% loss → SP:CP=(100−l):100.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FINAL CHECK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Always identify whether the percentage is based on CP, SP or MP before calculating.</w:t>
            </w:r>
          </w:p>
        </w:tc>
      </w:tr>
    </w:tbl>
    <w:p/>
    <w:p>
      <w:pPr>
        <w:jc w:val="center"/>
      </w:pPr>
      <w:r>
        <w:rPr>
          <w:rFonts w:ascii="Georgia" w:hAnsi="Georgia"/>
          <w:b/>
          <w:color w:val="243447"/>
          <w:sz w:val="26"/>
        </w:rPr>
        <w:t>End of Chapter 10 — Profit &amp; Loss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123" w:bottom="936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A4C93"/>
        <w:sz w:val="16"/>
      </w:rPr>
      <w:t>Professional Study Notes  |  Profit &amp; Loss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noProof/>
      </w:rPr>
      <w:drawing>
        <wp:inline xmlns:wp="http://schemas.openxmlformats.org/drawingml/2006/wordprocessingDrawing" distT="0" distB="0" distL="0" distR="0">
          <wp:extent cx="502920" cy="433560"/>
          <wp:effectExtent l="0" t="0" r="0" b="0"/>
          <wp:docPr id="9001" name="VishvasniyaLogo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1" name="VishvasniyaLogoHeader"/>
                  <pic:cNvPicPr/>
                </pic:nvPicPr>
                <pic:blipFill>
                  <a:blip r:embed="rIdLogoImg"/>
                  <a:stretch>
                    <a:fillRect/>
                  </a:stretch>
                </pic:blipFill>
                <pic:spPr>
                  <a:xfrm>
                    <a:off x="0" y="0"/>
                    <a:ext cx="502920" cy="43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right"/>
    </w:pPr>
    <w:r>
      <w:rPr>
        <w:color w:val="6A4C93"/>
        <w:sz w:val="16"/>
      </w:rPr>
      <w:t>MATHEMATICS  •  CHAPTER 10  •  PROFIT &amp; LOSS</w:t>
    </w:r>
  </w:p>
  <w:p>
    <w:pPr>
      <w:pStyle w:val="Header"/>
    </w:pPr>
    <w:r>
      <w:rPr>
        <w:noProof/>
      </w:rPr>
      <w:drawing>
        <wp:anchor xmlns:wp="http://schemas.openxmlformats.org/drawingml/2006/wordprocessingDrawing" distT="0" distB="0" distL="0" distR="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5000000" cy="4310344"/>
          <wp:effectExtent l="0" t="0" r="0" b="0"/>
          <wp:wrapNone/>
          <wp:docPr id="9002" name="VishvasniyaWater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2" name="VishvasniyaWatermark"/>
                  <pic:cNvPicPr/>
                </pic:nvPicPr>
                <pic:blipFill>
                  <a:blip r:embed="rIdWatermarkImg">
                    <a:alphaModFix amt="32000"/>
                  </a:blip>
                  <a:stretch>
                    <a:fillRect/>
                  </a:stretch>
                </pic:blipFill>
                <pic:spPr>
                  <a:xfrm rot="18900000">
                    <a:off x="0" y="0"/>
                    <a:ext cx="5000000" cy="4310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rebuchet MS" w:hAnsi="Trebuchet MS"/>
      <w:color w:val="25252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24344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6A4C93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rebuchet MS" w:hAnsi="Trebuchet M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LogoImg" Type="http://schemas.openxmlformats.org/officeDocument/2006/relationships/image" Target="media/vishvasniya_logo.jpeg"/><Relationship Id="rIdWatermarkImg" Type="http://schemas.openxmlformats.org/officeDocument/2006/relationships/image" Target="media/vishvasniya_logo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