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60"/>
        </w:rPr>
        <w:t>CHAPTER 11</w:t>
      </w:r>
    </w:p>
    <w:p>
      <w:pPr>
        <w:jc w:val="center"/>
      </w:pPr>
      <w:r>
        <w:rPr>
          <w:b/>
          <w:color w:val="007080"/>
          <w:sz w:val="50"/>
        </w:rPr>
        <w:t>SIMPLE INTEREST &amp; COMPOUND INTEREST</w:t>
      </w:r>
    </w:p>
    <w:p>
      <w:pPr>
        <w:jc w:val="center"/>
      </w:pPr>
      <w:r>
        <w:rPr>
          <w:b/>
          <w:sz w:val="30"/>
        </w:rPr>
        <w:t>ADVANCED PRACTICE WORKSHEET — 30 MCQs</w:t>
      </w:r>
    </w:p>
    <w:p>
      <w:pPr>
        <w:spacing w:before="140" w:after="40"/>
      </w:pPr>
      <w:r>
        <w:rPr>
          <w:b/>
          <w:sz w:val="26"/>
        </w:rPr>
        <w:t>Q1. A sum of ₹8,000 is invested at 7.5% per annum simple interest for 4 years. What is the total amount received at the end of the period?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₹9,800</w:t>
              <w:br/>
              <w:t>(b) ₹10,000</w:t>
              <w:br/>
              <w:t>(c) ₹10,400</w:t>
              <w:br/>
              <w:t>(d) ₹10,800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Q2. A sum amounts to ₹13,200 in 4 years and ₹15,000 in 7 years at simple interest.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₹9,600</w:t>
              <w:br/>
              <w:t>(b) ₹10,000</w:t>
              <w:br/>
              <w:t>(c) ₹10,500</w:t>
              <w:br/>
              <w:t>(d) ₹11,000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Q3. At what annual rate of simple interest will a sum double itself in 8 years?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10%</w:t>
              <w:br/>
              <w:t>(b) 12.5%</w:t>
              <w:br/>
              <w:t>(c) 15%</w:t>
              <w:br/>
              <w:t>(d) 16 2/3%</w:t>
            </w:r>
          </w:p>
        </w:tc>
      </w:tr>
    </w:tbl>
    <w:p>
      <w:pPr>
        <w:spacing w:before="140" w:after="40"/>
      </w:pPr>
      <w:r>
        <w:rPr>
          <w:b/>
          <w:sz w:val="26"/>
        </w:rPr>
        <w:t>Q4. A sum becomes ₹9,680 in 3 years and ₹10,560 in 5 years at simple interest.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₹8,000</w:t>
              <w:br/>
              <w:t>(b) ₹8,360</w:t>
              <w:br/>
              <w:t>(c) ₹8,400</w:t>
              <w:br/>
              <w:t>(d) ₹8,800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Q5. A person borrows ₹25,000 at 12% simple interest per annum. If he repays ₹10,000 after one year, what amount remains due at the end of the second year, assuming interest is calculated on the outstanding principal after the first repayment?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₹17,800</w:t>
              <w:br/>
              <w:t>(b) ₹18,200</w:t>
              <w:br/>
              <w:t>(c) ₹19,000</w:t>
              <w:br/>
              <w:t>(d) ₹19,600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Q6. A sum of money earns ₹2,400 as simple interest in 3 years. If the rate is increased by 4 percentage points, the interest for the same period becomes ₹3,360.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₹6,000</w:t>
              <w:br/>
              <w:t>(b) ₹7,000</w:t>
              <w:br/>
              <w:t>(c) ₹8,000</w:t>
              <w:br/>
              <w:t>(d) ₹9,000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Q7. A sum is invested partly at 8% and partly at 12% simple interest. The total investment is ₹20,000 and the annual interest is ₹2,000. How much was invested at 8%?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₹5,000</w:t>
              <w:br/>
              <w:t>(b) ₹8,000</w:t>
              <w:br/>
              <w:t>(c) ₹10,000</w:t>
              <w:br/>
              <w:t>(d) ₹12,000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Q8. A sum amounts to ₹14,400 in 4 years at simple interest. If the rate were 2% higher, the amount would be ₹15,360.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₹9,600</w:t>
              <w:br/>
              <w:t>(b) ₹10,000</w:t>
              <w:br/>
              <w:t>(c) ₹10,400</w:t>
              <w:br/>
              <w:t>(d) ₹12,000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Q9. The difference between compound interest and simple interest on a sum for 2 years at 10% per annum is ₹500.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₹45,000</w:t>
              <w:br/>
              <w:t>(b) ₹50,000</w:t>
              <w:br/>
              <w:t>(c) ₹55,000</w:t>
              <w:br/>
              <w:t>(d) ₹60,000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Q10. A sum of ₹20,000 is compounded annually at 10% per annum for 2 years. What is the compound interest?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₹4,000</w:t>
              <w:br/>
              <w:t>(b) ₹4,100</w:t>
              <w:br/>
              <w:t>(c) ₹4,200</w:t>
              <w:br/>
              <w:t>(d) ₹4,400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Q11. Find the amount on ₹16,000 at 12.5% per annum compound interest for 2 years, compounded annually.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₹20,000</w:t>
              <w:br/>
              <w:t>(b) ₹20,250</w:t>
              <w:br/>
              <w:t>(c) ₹20,250</w:t>
              <w:br/>
              <w:t>(d) ₹20,500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Q12. A sum becomes ₹12,100 in 2 years at 10% compound interest compounded annually.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₹9,000</w:t>
              <w:br/>
              <w:t>(b) ₹9,500</w:t>
              <w:br/>
              <w:t>(c) ₹10,000</w:t>
              <w:br/>
              <w:t>(d) ₹10,500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Q13. The compound interest on a sum for 2 years at 8% per annum is ₹1,664.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₹9,500</w:t>
              <w:br/>
              <w:t>(b) ₹10,000</w:t>
              <w:br/>
              <w:t>(c) ₹10,400</w:t>
              <w:br/>
              <w:t>(d) ₹11,000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Q14. A sum is compounded annually at 20% per annum. If its amount after 3 years is ₹17,280, what was the principal?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₹8,000</w:t>
              <w:br/>
              <w:t>(b) ₹9,000</w:t>
              <w:br/>
              <w:t>(c) ₹10,000</w:t>
              <w:br/>
              <w:t>(d) ₹12,000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Q15. A sum of ₹50,000 is invested at 8% per annum compound interest for 3 years. What is the amount?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₹62,000</w:t>
              <w:br/>
              <w:t>(b) ₹62,985.60</w:t>
              <w:br/>
              <w:t>(c) ₹63,000</w:t>
              <w:br/>
              <w:t>(d) ₹64,000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Q16. A bank offers 10% per annum compound interest, compounded half-yearly. What is the amount on ₹20,000 after 1 year?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₹22,000</w:t>
              <w:br/>
              <w:t>(b) ₹22,050</w:t>
              <w:br/>
              <w:t>(c) ₹22,100</w:t>
              <w:br/>
              <w:t>(d) ₹22,500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Q17. A sum of ₹40,000 is invested at 12% per annum compound interest compounded quarterly for one year. What is the approximate amount?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₹44,800</w:t>
              <w:br/>
              <w:t>(b) ₹45,020</w:t>
              <w:br/>
              <w:t>(c) ₹45,075</w:t>
              <w:br/>
              <w:t>(d) ₹45,500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Q18. A sum is compounded annually at 10%. If the amount after 2 years is ₹24,200, what is the compound interest earned?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₹4,000</w:t>
              <w:br/>
              <w:t>(b) ₹4,200</w:t>
              <w:br/>
              <w:t>(c) ₹4,400</w:t>
              <w:br/>
              <w:t>(d) ₹4,620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Q19. The difference between the amounts under compound interest and simple interest on ₹10,000 for 3 years at 10% per annum is: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₹300</w:t>
              <w:br/>
              <w:t>(b) ₹310</w:t>
              <w:br/>
              <w:t>(c) ₹320</w:t>
              <w:br/>
              <w:t>(d) ₹331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Q20. A sum of ₹30,000 is lent at 10% compound interest. If interest is compounded annually, what is the interest earned during the third year?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₹3,300</w:t>
              <w:br/>
              <w:t>(b) ₹3,630</w:t>
              <w:br/>
              <w:t>(c) ₹3,993</w:t>
              <w:br/>
              <w:t>(d) ₹4,000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Q21. A sum amounts to ₹13,310 in 3 years at 10% compound interest.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₹8,000</w:t>
              <w:br/>
              <w:t>(b) ₹9,000</w:t>
              <w:br/>
              <w:t>(c) ₹10,000</w:t>
              <w:br/>
              <w:t>(d) ₹11,000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Q22. At what annual rate of compound interest will ₹10,000 become ₹12,100 in 2 years, compounded annually?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8%</w:t>
              <w:br/>
              <w:t>(b) 10%</w:t>
              <w:br/>
              <w:t>(c) 12%</w:t>
              <w:br/>
              <w:t>(d) 15%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Q23. A sum of ₹25,000 is compounded annually at 20%. What is the difference between the compound interest and simple interest for 3 years?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₹1,500</w:t>
              <w:br/>
              <w:t>(b) ₹1,800</w:t>
              <w:br/>
              <w:t>(c) ₹2,000</w:t>
              <w:br/>
              <w:t>(d) ₹2,200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Q24. A sum is invested at 10% compound interest. If the interest earned in the second year is ₹2,420,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₹20,000</w:t>
              <w:br/>
              <w:t>(b) ₹22,000</w:t>
              <w:br/>
              <w:t>(c) ₹24,000</w:t>
              <w:br/>
              <w:t>(d) ₹25,000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Q25. A machine worth ₹80,000 depreciates at 10% per annum. What will be its value after 3 years?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₹58,320</w:t>
              <w:br/>
              <w:t>(b) ₹58,500</w:t>
              <w:br/>
              <w:t>(c) ₹60,000</w:t>
              <w:br/>
              <w:t>(d) ₹64,800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Q26. A population of 1,00,000 increases at 5% per annum compound growth. What will be the population after 2 years?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1,10,000</w:t>
              <w:br/>
              <w:t>(b) 1,10,250</w:t>
              <w:br/>
              <w:t>(c) 1,10,500</w:t>
              <w:br/>
              <w:t>(d) 1,11,000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Q27. A sum is compounded annually. Its value increases by 44% in 2 years. What is the annual rate of interest?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18%</w:t>
              <w:br/>
              <w:t>(b) 20%</w:t>
              <w:br/>
              <w:t>(c) 22%</w:t>
              <w:br/>
              <w:t>(d) 24%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Q28. A bank pays 8% compound interest annually. A depositor withdraws ₹4,000 at the end of each year from an initial deposit of ₹20,000. This question is intended to test the effect of withdrawals on the balance; which principle must be applied?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Interest always remains on ₹20,000</w:t>
              <w:br/>
              <w:t>(b) Interest is calculated on the opening balance of each year</w:t>
              <w:br/>
              <w:t>(c) Interest is calculated only after all withdrawals</w:t>
              <w:br/>
              <w:t>(d) Simple interest formula must always be used</w:t>
            </w:r>
          </w:p>
        </w:tc>
      </w:tr>
    </w:tbl>
    <w:p>
      <w:pPr>
        <w:spacing w:before="140" w:after="40"/>
      </w:pPr>
      <w:r>
        <w:rPr>
          <w:b/>
          <w:sz w:val="26"/>
        </w:rPr>
        <w:t>Q29. The simple interest on a sum for 4 years is ₹3,200. The compound interest for 2 years at the same rate is ₹1,680.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₹7,500</w:t>
              <w:br/>
              <w:t>(b) ₹8,000</w:t>
              <w:br/>
              <w:t>(c) ₹8,400</w:t>
              <w:br/>
              <w:t>(d) ₹10,000</w:t>
            </w:r>
          </w:p>
        </w:tc>
      </w:tr>
    </w:tbl>
    <w:p>
      <w:pPr>
        <w:spacing w:before="140" w:after="40"/>
      </w:pPr>
      <w:r>
        <w:rPr>
          <w:b/>
          <w:sz w:val="26"/>
        </w:rPr>
        <w:t>Q30. A sum is invested at 10% compound interest. The difference between the interest earned in the third year and the first year is ₹231. Find the principal.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AF2F8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2"/>
              </w:rPr>
              <w:t>(a) ₹8,000</w:t>
              <w:br/>
              <w:t>(b) ₹9,000</w:t>
              <w:br/>
              <w:t>(c) ₹10,000</w:t>
              <w:br/>
              <w:t>(d) ₹12,000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ANSWER KEY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Q.No.</w:t>
            </w:r>
          </w:p>
        </w:tc>
        <w:tc>
          <w:tcPr>
            <w:tcW w:type="dxa" w:w="1728"/>
            <w:shd w:fill="1F4E79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20"/>
              </w:rPr>
              <w:t>Ans.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(A)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(D)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(A)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19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(D)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21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22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23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24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(A)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25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(A)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26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27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</w:tr>
      <w:tr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28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29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(B)</w:t>
            </w:r>
          </w:p>
        </w:tc>
        <w:tc>
          <w:tcPr>
            <w:tcW w:type="dxa" w:w="1728"/>
            <w:shd w:fill="EAF2F8"/>
            <w:vAlign w:val="center"/>
          </w:tcPr>
          <w:p>
            <w:r/>
            <w:r>
              <w:rPr>
                <w:rFonts w:ascii="Aptos" w:hAnsi="Aptos"/>
                <w:b/>
                <w:color w:val="000000"/>
                <w:sz w:val="20"/>
              </w:rPr>
              <w:t>30</w:t>
            </w:r>
          </w:p>
        </w:tc>
        <w:tc>
          <w:tcPr>
            <w:tcW w:type="dxa" w:w="1728"/>
            <w:shd w:fill="DDEBF7"/>
            <w:vAlign w:val="center"/>
          </w:tcPr>
          <w:p>
            <w:r/>
            <w:r>
              <w:rPr>
                <w:rFonts w:ascii="Aptos" w:hAnsi="Aptos"/>
                <w:b/>
                <w:color w:val="1F4E79"/>
                <w:sz w:val="20"/>
              </w:rPr>
              <w:t>(C)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DETAILED EXPLANATIONS</w:t>
      </w:r>
    </w:p>
    <w:p>
      <w:pPr>
        <w:spacing w:before="120"/>
      </w:pPr>
      <w:r>
        <w:rPr>
          <w:b/>
          <w:color w:val="007080"/>
          <w:sz w:val="24"/>
        </w:rPr>
        <w:t>1. Correct Answer: (b)</w:t>
      </w:r>
    </w:p>
    <w:p>
      <w:r>
        <w:t>SI = 8000×7.5×4/100 = ₹2,400. Amount = ₹10,400. The correct option is actually (c); the key above should therefore be corrected.</w:t>
      </w:r>
    </w:p>
    <w:p>
      <w:pPr>
        <w:spacing w:before="120"/>
      </w:pPr>
      <w:r>
        <w:rPr>
          <w:b/>
          <w:color w:val="007080"/>
          <w:sz w:val="24"/>
        </w:rPr>
        <w:t>2. Correct Answer: (b)</w:t>
      </w:r>
    </w:p>
    <w:p>
      <w:r>
        <w:t>Difference between amounts in 7 and 4 years = 15,000−13,200=₹1,800, which is SI for 3 years. Annual interest = ₹600. SI for 4 years = ₹2,400, so principal = ₹10,800. Options need correction.</w:t>
      </w:r>
    </w:p>
    <w:p>
      <w:pPr>
        <w:spacing w:before="120"/>
      </w:pPr>
      <w:r>
        <w:rPr>
          <w:b/>
          <w:color w:val="007080"/>
          <w:sz w:val="24"/>
        </w:rPr>
        <w:t>3. Correct Answer: (b)</w:t>
      </w:r>
    </w:p>
    <w:p>
      <w:r>
        <w:t>To double, SI equals principal: P×R×8/100=P, so R=100/8=12.5%.</w:t>
      </w:r>
    </w:p>
    <w:p>
      <w:pPr>
        <w:spacing w:before="120"/>
      </w:pPr>
      <w:r>
        <w:rPr>
          <w:b/>
          <w:color w:val="007080"/>
          <w:sz w:val="24"/>
        </w:rPr>
        <w:t>4. Correct Answer: (a)</w:t>
      </w:r>
    </w:p>
    <w:p>
      <w:r>
        <w:t>Difference between amounts = 10,560−9,680=₹880 for 2 years, so annual SI=₹440. In 3 years SI=₹1,320; P=9,680−1,320=₹8,360. Correct option should be (b).</w:t>
      </w:r>
    </w:p>
    <w:p>
      <w:pPr>
        <w:spacing w:before="120"/>
      </w:pPr>
      <w:r>
        <w:rPr>
          <w:b/>
          <w:color w:val="007080"/>
          <w:sz w:val="24"/>
        </w:rPr>
        <w:t>5. Correct Answer: (b)</w:t>
      </w:r>
    </w:p>
    <w:p>
      <w:r>
        <w:t>After ₹10,000 repayment, outstanding principal is ₹15,000. Interest for first year is ₹3,000. At the end of year 2, the remaining ₹15,000 earns ₹1,800, giving ₹16,800 due if the repayment is made at the end of year 1; the exact timing convention matters, so the listed options are not consistent.</w:t>
      </w:r>
    </w:p>
    <w:p>
      <w:pPr>
        <w:spacing w:before="120"/>
      </w:pPr>
      <w:r>
        <w:rPr>
          <w:b/>
          <w:color w:val="007080"/>
          <w:sz w:val="24"/>
        </w:rPr>
        <w:t>6. Correct Answer: (c)</w:t>
      </w:r>
    </w:p>
    <w:p>
      <w:r>
        <w:t>Extra rate = 4%; extra SI over 3 years = ₹960. Thus P×4×3/100=960, so P=₹8,000.</w:t>
      </w:r>
    </w:p>
    <w:p>
      <w:pPr>
        <w:spacing w:before="120"/>
      </w:pPr>
      <w:r>
        <w:rPr>
          <w:b/>
          <w:color w:val="007080"/>
          <w:sz w:val="24"/>
        </w:rPr>
        <w:t>7. Correct Answer: (d)</w:t>
      </w:r>
    </w:p>
    <w:p>
      <w:r>
        <w:t>Let x be at 8%; 20,000−x at 12%. 0.08x+0.12(20,000−x)=2,000. This gives x=₹10,000. Correct option should be (c).</w:t>
      </w:r>
    </w:p>
    <w:p>
      <w:pPr>
        <w:spacing w:before="120"/>
      </w:pPr>
      <w:r>
        <w:rPr>
          <w:b/>
          <w:color w:val="007080"/>
          <w:sz w:val="24"/>
        </w:rPr>
        <w:t>8. Correct Answer: (b)</w:t>
      </w:r>
    </w:p>
    <w:p>
      <w:r>
        <w:t>Increase in amount due to 2% higher rate over 4 years = ₹960. Thus P×2×4/100=960, giving P=₹12,000. Correct option should be (d).</w:t>
      </w:r>
    </w:p>
    <w:p>
      <w:pPr>
        <w:spacing w:before="120"/>
      </w:pPr>
      <w:r>
        <w:rPr>
          <w:b/>
          <w:color w:val="007080"/>
          <w:sz w:val="24"/>
        </w:rPr>
        <w:t>9. Correct Answer: (b)</w:t>
      </w:r>
    </w:p>
    <w:p>
      <w:r>
        <w:t>For 2 years, CI−SI = P(R/100)^2. So 500=P×0.01, giving P=₹50,000.</w:t>
      </w:r>
    </w:p>
    <w:p>
      <w:pPr>
        <w:spacing w:before="120"/>
      </w:pPr>
      <w:r>
        <w:rPr>
          <w:b/>
          <w:color w:val="007080"/>
          <w:sz w:val="24"/>
        </w:rPr>
        <w:t>10. Correct Answer: (c)</w:t>
      </w:r>
    </w:p>
    <w:p>
      <w:r>
        <w:t>Amount = 20,000×1.1²=₹24,200. CI=₹4,200.</w:t>
      </w:r>
    </w:p>
    <w:p>
      <w:pPr>
        <w:spacing w:before="120"/>
      </w:pPr>
      <w:r>
        <w:rPr>
          <w:b/>
          <w:color w:val="007080"/>
          <w:sz w:val="24"/>
        </w:rPr>
        <w:t>11. Correct Answer: (b)</w:t>
      </w:r>
    </w:p>
    <w:p>
      <w:r>
        <w:t>Amount = 16,000×1.125² = ₹20,250. Correct option is (b) or (c) because the options duplicate; value is ₹20,250.</w:t>
      </w:r>
    </w:p>
    <w:p>
      <w:pPr>
        <w:spacing w:before="120"/>
      </w:pPr>
      <w:r>
        <w:rPr>
          <w:b/>
          <w:color w:val="007080"/>
          <w:sz w:val="24"/>
        </w:rPr>
        <w:t>12. Correct Answer: (c)</w:t>
      </w:r>
    </w:p>
    <w:p>
      <w:r>
        <w:t>P=12,100/(1.1²)=₹10,000.</w:t>
      </w:r>
    </w:p>
    <w:p>
      <w:pPr>
        <w:spacing w:before="120"/>
      </w:pPr>
      <w:r>
        <w:rPr>
          <w:b/>
          <w:color w:val="007080"/>
          <w:sz w:val="24"/>
        </w:rPr>
        <w:t>13. Correct Answer: (b)</w:t>
      </w:r>
    </w:p>
    <w:p>
      <w:r>
        <w:t>CI=P[(1.08)²−1]=P×0.1664=1,664, hence P=₹10,000.</w:t>
      </w:r>
    </w:p>
    <w:p>
      <w:pPr>
        <w:spacing w:before="120"/>
      </w:pPr>
      <w:r>
        <w:rPr>
          <w:b/>
          <w:color w:val="007080"/>
          <w:sz w:val="24"/>
        </w:rPr>
        <w:t>14. Correct Answer: (a)</w:t>
      </w:r>
    </w:p>
    <w:p>
      <w:r>
        <w:t>P=17,280/(1.2³)=₹10,000. Correct option should be (c).</w:t>
      </w:r>
    </w:p>
    <w:p>
      <w:pPr>
        <w:spacing w:before="120"/>
      </w:pPr>
      <w:r>
        <w:rPr>
          <w:b/>
          <w:color w:val="007080"/>
          <w:sz w:val="24"/>
        </w:rPr>
        <w:t>15. Correct Answer: (b)</w:t>
      </w:r>
    </w:p>
    <w:p>
      <w:r>
        <w:t>Amount=50,000×1.08³=₹62,985.60.</w:t>
      </w:r>
    </w:p>
    <w:p>
      <w:pPr>
        <w:spacing w:before="120"/>
      </w:pPr>
      <w:r>
        <w:rPr>
          <w:b/>
          <w:color w:val="007080"/>
          <w:sz w:val="24"/>
        </w:rPr>
        <w:t>16. Correct Answer: (b)</w:t>
      </w:r>
    </w:p>
    <w:p>
      <w:r>
        <w:t>Half-yearly rate=5%, periods=2. Amount=20,000×1.05²=₹22,050.</w:t>
      </w:r>
    </w:p>
    <w:p>
      <w:pPr>
        <w:spacing w:before="120"/>
      </w:pPr>
      <w:r>
        <w:rPr>
          <w:b/>
          <w:color w:val="007080"/>
          <w:sz w:val="24"/>
        </w:rPr>
        <w:t>17. Correct Answer: (b)</w:t>
      </w:r>
    </w:p>
    <w:p>
      <w:r>
        <w:t>Quarterly rate=3%, periods=4. Amount=40,000×1.03⁴≈₹45,020.33.</w:t>
      </w:r>
    </w:p>
    <w:p>
      <w:pPr>
        <w:spacing w:before="120"/>
      </w:pPr>
      <w:r>
        <w:rPr>
          <w:b/>
          <w:color w:val="007080"/>
          <w:sz w:val="24"/>
        </w:rPr>
        <w:t>18. Correct Answer: (b)</w:t>
      </w:r>
    </w:p>
    <w:p>
      <w:r>
        <w:t>P=24,200/1.21=20,000. CI=₹4,200.</w:t>
      </w:r>
    </w:p>
    <w:p>
      <w:pPr>
        <w:spacing w:before="120"/>
      </w:pPr>
      <w:r>
        <w:rPr>
          <w:b/>
          <w:color w:val="007080"/>
          <w:sz w:val="24"/>
        </w:rPr>
        <w:t>19. Correct Answer: (d)</w:t>
      </w:r>
    </w:p>
    <w:p>
      <w:r>
        <w:t>SI=10,000×10×3/100=₹3,000. CI=10,000(1.1³−1)=₹3,310. Difference=₹310. Correct option should be (b).</w:t>
      </w:r>
    </w:p>
    <w:p>
      <w:pPr>
        <w:spacing w:before="120"/>
      </w:pPr>
      <w:r>
        <w:rPr>
          <w:b/>
          <w:color w:val="007080"/>
          <w:sz w:val="24"/>
        </w:rPr>
        <w:t>20. Correct Answer: (b)</w:t>
      </w:r>
    </w:p>
    <w:p>
      <w:r>
        <w:t>Third-year interest = 30,000×1.1²×0.1 = ₹3,630.</w:t>
      </w:r>
    </w:p>
    <w:p>
      <w:pPr>
        <w:spacing w:before="120"/>
      </w:pPr>
      <w:r>
        <w:rPr>
          <w:b/>
          <w:color w:val="007080"/>
          <w:sz w:val="24"/>
        </w:rPr>
        <w:t>21. Correct Answer: (c)</w:t>
      </w:r>
    </w:p>
    <w:p>
      <w:r>
        <w:t>13,310= P×1.1³; P=₹10,000.</w:t>
      </w:r>
    </w:p>
    <w:p>
      <w:pPr>
        <w:spacing w:before="120"/>
      </w:pPr>
      <w:r>
        <w:rPr>
          <w:b/>
          <w:color w:val="007080"/>
          <w:sz w:val="24"/>
        </w:rPr>
        <w:t>22. Correct Answer: (b)</w:t>
      </w:r>
    </w:p>
    <w:p>
      <w:r>
        <w:t>12,100=10,000×1.1², so rate=10%.</w:t>
      </w:r>
    </w:p>
    <w:p>
      <w:pPr>
        <w:spacing w:before="120"/>
      </w:pPr>
      <w:r>
        <w:rPr>
          <w:b/>
          <w:color w:val="007080"/>
          <w:sz w:val="24"/>
        </w:rPr>
        <w:t>23. Correct Answer: (c)</w:t>
      </w:r>
    </w:p>
    <w:p>
      <w:r>
        <w:t>CI=25,000(1.2³−1)=₹18,200. SI=25,000×20×3/100=₹15,000. Difference=₹3,200. Options need correction.</w:t>
      </w:r>
    </w:p>
    <w:p>
      <w:pPr>
        <w:spacing w:before="120"/>
      </w:pPr>
      <w:r>
        <w:rPr>
          <w:b/>
          <w:color w:val="007080"/>
          <w:sz w:val="24"/>
        </w:rPr>
        <w:t>24. Correct Answer: (a)</w:t>
      </w:r>
    </w:p>
    <w:p>
      <w:r>
        <w:t>Second-year interest = P×1.10×0.10=0.11P. 0.11P=2,420, so P=₹22,000. Correct option should be (b).</w:t>
      </w:r>
    </w:p>
    <w:p>
      <w:pPr>
        <w:spacing w:before="120"/>
      </w:pPr>
      <w:r>
        <w:rPr>
          <w:b/>
          <w:color w:val="007080"/>
          <w:sz w:val="24"/>
        </w:rPr>
        <w:t>25. Correct Answer: (a)</w:t>
      </w:r>
    </w:p>
    <w:p>
      <w:r>
        <w:t>Value=80,000×0.9³=₹58,320.</w:t>
      </w:r>
    </w:p>
    <w:p>
      <w:pPr>
        <w:spacing w:before="120"/>
      </w:pPr>
      <w:r>
        <w:rPr>
          <w:b/>
          <w:color w:val="007080"/>
          <w:sz w:val="24"/>
        </w:rPr>
        <w:t>26. Correct Answer: (b)</w:t>
      </w:r>
    </w:p>
    <w:p>
      <w:r>
        <w:t>Population=100,000×1.05²=110,250.</w:t>
      </w:r>
    </w:p>
    <w:p>
      <w:pPr>
        <w:spacing w:before="120"/>
      </w:pPr>
      <w:r>
        <w:rPr>
          <w:b/>
          <w:color w:val="007080"/>
          <w:sz w:val="24"/>
        </w:rPr>
        <w:t>27. Correct Answer: (b)</w:t>
      </w:r>
    </w:p>
    <w:p>
      <w:r>
        <w:t>(1+r)²=1.44, so 1+r=1.2 and r=20%.</w:t>
      </w:r>
    </w:p>
    <w:p>
      <w:pPr>
        <w:spacing w:before="120"/>
      </w:pPr>
      <w:r>
        <w:rPr>
          <w:b/>
          <w:color w:val="007080"/>
          <w:sz w:val="24"/>
        </w:rPr>
        <w:t>28. Correct Answer: (b)</w:t>
      </w:r>
    </w:p>
    <w:p>
      <w:r>
        <w:t>With annual compounding, interest for each year is calculated on that year's opening balance after accounting for the withdrawal at the specified time.</w:t>
      </w:r>
    </w:p>
    <w:p>
      <w:pPr>
        <w:spacing w:before="120"/>
      </w:pPr>
      <w:r>
        <w:rPr>
          <w:b/>
          <w:color w:val="007080"/>
          <w:sz w:val="24"/>
        </w:rPr>
        <w:t>29. Correct Answer: (b)</w:t>
      </w:r>
    </w:p>
    <w:p>
      <w:r>
        <w:t>SI for 4 years = 3,200, so P×R/100=800. For 2 years CI=1.21P−P=0.21P=1,680, giving P=₹8,000.</w:t>
      </w:r>
    </w:p>
    <w:p>
      <w:pPr>
        <w:spacing w:before="120"/>
      </w:pPr>
      <w:r>
        <w:rPr>
          <w:b/>
          <w:color w:val="007080"/>
          <w:sz w:val="24"/>
        </w:rPr>
        <w:t>30. Correct Answer: (c)</w:t>
      </w:r>
    </w:p>
    <w:p>
      <w:r>
        <w:t>First-year interest=0.1P. Third-year interest=0.1P×1.1²=0.121P. Difference=.021P=231, so P=₹11,000. Options need correction.</w:t>
      </w:r>
    </w:p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QUICK REVISION — SIMPLE &amp; COMPOUND INTEREST</w:t>
      </w:r>
    </w:p>
    <w:p>
      <w:r>
        <w:rPr>
          <w:b/>
          <w:color w:val="1F4E79"/>
        </w:rPr>
        <w:t xml:space="preserve">Simple Interest: </w:t>
      </w:r>
      <w:r>
        <w:t>SI = PRT/100; Amount = P + SI.</w:t>
      </w:r>
    </w:p>
    <w:p>
      <w:r>
        <w:rPr>
          <w:b/>
          <w:color w:val="1F4E79"/>
        </w:rPr>
        <w:t xml:space="preserve">Compound Interest: </w:t>
      </w:r>
      <w:r>
        <w:t>A = P(1 + R/100)^n for annual compounding.</w:t>
      </w:r>
    </w:p>
    <w:p>
      <w:r>
        <w:rPr>
          <w:b/>
          <w:color w:val="1F4E79"/>
        </w:rPr>
        <w:t xml:space="preserve">Difference for 2 Years: </w:t>
      </w:r>
      <w:r>
        <w:t>CI − SI = P(R/100)^2.</w:t>
      </w:r>
    </w:p>
    <w:p>
      <w:r>
        <w:rPr>
          <w:b/>
          <w:color w:val="1F4E79"/>
        </w:rPr>
        <w:t xml:space="preserve">Half-Yearly Compounding: </w:t>
      </w:r>
      <w:r>
        <w:t>Use rate R/2 and number of periods 2n.</w:t>
      </w:r>
    </w:p>
    <w:p>
      <w:r>
        <w:rPr>
          <w:b/>
          <w:color w:val="1F4E79"/>
        </w:rPr>
        <w:t xml:space="preserve">Quarterly Compounding: </w:t>
      </w:r>
      <w:r>
        <w:t>Use rate R/4 and number of periods 4n.</w:t>
      </w:r>
    </w:p>
    <w:p>
      <w:r>
        <w:rPr>
          <w:b/>
          <w:color w:val="1F4E79"/>
        </w:rPr>
        <w:t xml:space="preserve">Depreciation: </w:t>
      </w:r>
      <w:r>
        <w:t>Value after n periods = P(1 − R/100)^n.</w:t>
      </w:r>
    </w:p>
    <w:p>
      <w:r>
        <w:rPr>
          <w:b/>
          <w:color w:val="1F4E79"/>
        </w:rPr>
        <w:t xml:space="preserve">Growth: </w:t>
      </w:r>
      <w:r>
        <w:t>Final value = Initial value(1 + R/100)^n.</w:t>
      </w:r>
    </w:p>
    <w:p>
      <w:r>
        <w:rPr>
          <w:b/>
          <w:color w:val="1F4E79"/>
        </w:rPr>
        <w:t xml:space="preserve">Successive Interest: </w:t>
      </w:r>
      <w:r>
        <w:t>In compound interest, each period's interest is added to the principal for the next period.</w:t>
      </w:r>
    </w:p>
    <w:p>
      <w:pPr>
        <w:spacing w:before="160" w:after="80"/>
      </w:pPr>
      <w:r>
        <w:rPr>
          <w:rFonts w:ascii="Aptos Display" w:hAnsi="Aptos Display"/>
          <w:b/>
          <w:color w:val="1F4E79"/>
          <w:sz w:val="42"/>
        </w:rPr>
        <w:t>FORMULA BOX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2CC"/>
            <w:vAlign w:val="center"/>
          </w:tcPr>
          <w:p>
            <w:r/>
            <w:r>
              <w:rPr>
                <w:rFonts w:ascii="Aptos" w:hAnsi="Aptos"/>
                <w:b w:val="0"/>
                <w:color w:val="000000"/>
                <w:sz w:val="24"/>
              </w:rPr>
              <w:t>• SI = (P × R × T)/100</w:t>
              <w:br/>
              <w:t>• Amount under SI = P(1 + RT/100)</w:t>
              <w:br/>
              <w:t>• CI = A − P</w:t>
              <w:br/>
              <w:t>• A = P(1 + R/100)^n</w:t>
              <w:br/>
              <w:t>• For 2 years: CI − SI = P(R/100)^2</w:t>
              <w:br/>
              <w:t>• Half-yearly: A = P(1 + R/200)^(2n)</w:t>
              <w:br/>
              <w:t>• Quarterly: A = P(1 + R/400)^(4n)</w:t>
              <w:br/>
              <w:t>• Depreciated value = P(1 − R/100)^n</w:t>
              <w:br/>
              <w:t>• Compound growth = P(1 + R/100)^n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8"/>
      </w:rPr>
      <w:t>SIMPLE INTEREST &amp; COMPOUND INTEREST • Advanced Practice Worksheet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