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168AAD"/>
          <w:sz w:val="44"/>
        </w:rPr>
        <w:t>CHAPTER 11</w:t>
      </w:r>
    </w:p>
    <w:p>
      <w:pPr>
        <w:jc w:val="center"/>
      </w:pPr>
      <w:r>
        <w:rPr>
          <w:rFonts w:ascii="Georgia" w:hAnsi="Georgia"/>
          <w:b/>
          <w:color w:val="243447"/>
          <w:sz w:val="68"/>
        </w:rPr>
        <w:t>SIMPLE &amp; COMPOUND INTEREST</w:t>
      </w:r>
    </w:p>
    <w:p>
      <w:pPr>
        <w:jc w:val="center"/>
      </w:pPr>
      <w:r>
        <w:rPr>
          <w:color w:val="6A4C93"/>
          <w:sz w:val="26"/>
        </w:rPr>
        <w:t>Principal • Rate • Time • Interest • Amount • Growth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LEARNING OBJECTIVE</w:t>
              <w:br/>
            </w:r>
            <w:r>
              <w:rPr>
                <w:rFonts w:ascii="Trebuchet MS" w:hAnsi="Trebuchet MS"/>
                <w:sz w:val="20"/>
              </w:rPr>
              <w:t>Build complete command over simple interest and compound interest, including reverse problems, changing rates, half-yearly and quarterly compounding, depreciation, growth, installments and mixed applications.</w:t>
            </w:r>
          </w:p>
        </w:tc>
      </w:tr>
    </w:tbl>
    <w:p/>
    <w:p>
      <w:pPr>
        <w:pStyle w:val="Heading1"/>
      </w:pPr>
      <w:r>
        <w:t>1. Basic Terms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243447"/>
                <w:sz w:val="22"/>
              </w:rPr>
              <w:t>PRINCIPAL (P)</w:t>
              <w:br/>
            </w:r>
            <w:r>
              <w:rPr>
                <w:rFonts w:ascii="Trebuchet MS" w:hAnsi="Trebuchet MS"/>
                <w:sz w:val="20"/>
              </w:rPr>
              <w:t>The original amount of money invested, deposited or borrowed.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6F6F5"/>
          </w:tcPr>
          <w:p>
            <w:r>
              <w:rPr>
                <w:rFonts w:ascii="Georgia" w:hAnsi="Georgia"/>
                <w:b/>
                <w:color w:val="168AAD"/>
                <w:sz w:val="22"/>
              </w:rPr>
              <w:t>RATE (R)</w:t>
              <w:br/>
            </w:r>
            <w:r>
              <w:rPr>
                <w:rFonts w:ascii="Trebuchet MS" w:hAnsi="Trebuchet MS"/>
                <w:sz w:val="20"/>
              </w:rPr>
              <w:t>The percentage charged or earned per unit of time, usually per year.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FF4D6"/>
          </w:tcPr>
          <w:p>
            <w:r>
              <w:rPr>
                <w:rFonts w:ascii="Georgia" w:hAnsi="Georgia"/>
                <w:b/>
                <w:color w:val="C68A00"/>
                <w:sz w:val="22"/>
              </w:rPr>
              <w:t>TIME (T)</w:t>
              <w:br/>
            </w:r>
            <w:r>
              <w:rPr>
                <w:rFonts w:ascii="Trebuchet MS" w:hAnsi="Trebuchet MS"/>
                <w:sz w:val="20"/>
              </w:rPr>
              <w:t>The duration for which money remains invested or borrowed.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5EA"/>
          </w:tcPr>
          <w:p>
            <w:r>
              <w:rPr>
                <w:rFonts w:ascii="Georgia" w:hAnsi="Georgia"/>
                <w:b/>
                <w:color w:val="3A7D44"/>
                <w:sz w:val="22"/>
              </w:rPr>
              <w:t>INTEREST</w:t>
              <w:br/>
            </w:r>
            <w:r>
              <w:rPr>
                <w:rFonts w:ascii="Trebuchet MS" w:hAnsi="Trebuchet MS"/>
                <w:sz w:val="20"/>
              </w:rPr>
              <w:t>The additional money earned on an investment or paid on a loan.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AMOUNT (A)</w:t>
              <w:br/>
            </w:r>
            <w:r>
              <w:rPr>
                <w:rFonts w:ascii="Trebuchet MS" w:hAnsi="Trebuchet MS"/>
                <w:sz w:val="20"/>
              </w:rPr>
              <w:t>Amount = Principal + Interest.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  |  Basic identification</w:t>
            </w:r>
          </w:p>
          <w:p>
            <w:r>
              <w:rPr>
                <w:b/>
              </w:rPr>
              <w:t xml:space="preserve">Question: </w:t>
            </w:r>
            <w:r>
              <w:t>Find the interest and amount on ₹5,000 if the interest earned is ₹750.</w:t>
            </w:r>
          </w:p>
          <w:p>
            <w:r>
              <w:rPr>
                <w:b/>
              </w:rPr>
              <w:t>Solution:</w:t>
              <w:br/>
            </w:r>
            <w:r>
              <w:t>Interest=₹750. Amount=5,000+750=₹5,750.</w:t>
            </w:r>
          </w:p>
          <w:p>
            <w:r>
              <w:rPr>
                <w:b/>
                <w:color w:val="243447"/>
              </w:rPr>
              <w:t>Final Answer: Interest ₹750; Amount ₹5,750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  |  Finding principal</w:t>
            </w:r>
          </w:p>
          <w:p>
            <w:r>
              <w:rPr>
                <w:b/>
              </w:rPr>
              <w:t xml:space="preserve">Question: </w:t>
            </w:r>
            <w:r>
              <w:t>An investment grows to ₹6,600 after earning ₹600 interest. Find principal.</w:t>
            </w:r>
          </w:p>
          <w:p>
            <w:r>
              <w:rPr>
                <w:b/>
              </w:rPr>
              <w:t>Solution:</w:t>
              <w:br/>
            </w:r>
            <w:r>
              <w:t>P=A−I=6,600−600=₹6,000.</w:t>
            </w:r>
          </w:p>
          <w:p>
            <w:r>
              <w:rPr>
                <w:b/>
                <w:color w:val="243447"/>
              </w:rPr>
              <w:t>Final Answer: ₹6,000</w:t>
            </w:r>
          </w:p>
        </w:tc>
      </w:tr>
    </w:tbl>
    <w:p/>
    <w:p>
      <w:pPr>
        <w:pStyle w:val="Heading1"/>
      </w:pPr>
      <w:r>
        <w:t>2. Simple Interest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243447"/>
                <w:sz w:val="22"/>
              </w:rPr>
              <w:t>SIMPLE INTEREST FORMULA</w:t>
              <w:br/>
            </w:r>
            <w:r>
              <w:rPr>
                <w:rFonts w:ascii="Trebuchet MS" w:hAnsi="Trebuchet MS"/>
                <w:sz w:val="20"/>
              </w:rPr>
              <w:t>SI = P × R × T / 100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AMOUNT UNDER SI</w:t>
              <w:br/>
            </w:r>
            <w:r>
              <w:rPr>
                <w:rFonts w:ascii="Trebuchet MS" w:hAnsi="Trebuchet MS"/>
                <w:sz w:val="20"/>
              </w:rPr>
              <w:t>A = P + SI = P(1 + RT/100)</w:t>
            </w:r>
          </w:p>
        </w:tc>
      </w:tr>
    </w:tbl>
    <w:p/>
    <w:p>
      <w:r>
        <w:t>Under simple interest, interest is calculated only on the original principal. Therefore, the interest earned per equal time period remains constant when the rate and principal remain unchanged.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3  |  Direct SI</w:t>
            </w:r>
          </w:p>
          <w:p>
            <w:r>
              <w:rPr>
                <w:b/>
              </w:rPr>
              <w:t xml:space="preserve">Question: </w:t>
            </w:r>
            <w:r>
              <w:t>Find SI on ₹8,000 at 6% per annum for 3 years.</w:t>
            </w:r>
          </w:p>
          <w:p>
            <w:r>
              <w:rPr>
                <w:b/>
              </w:rPr>
              <w:t>Solution:</w:t>
              <w:br/>
            </w:r>
            <w:r>
              <w:t>SI=8,000×6×3/100=₹1,440. Amount=₹9,440.</w:t>
            </w:r>
          </w:p>
          <w:p>
            <w:r>
              <w:rPr>
                <w:b/>
                <w:color w:val="243447"/>
              </w:rPr>
              <w:t>Final Answer: SI ₹1,440; Amount ₹9,440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4  |  Find rate</w:t>
            </w:r>
          </w:p>
          <w:p>
            <w:r>
              <w:rPr>
                <w:b/>
              </w:rPr>
              <w:t xml:space="preserve">Question: </w:t>
            </w:r>
            <w:r>
              <w:t>SI on ₹5,000 for 4 years is ₹1,000. Find rate.</w:t>
            </w:r>
          </w:p>
          <w:p>
            <w:r>
              <w:rPr>
                <w:b/>
              </w:rPr>
              <w:t>Solution:</w:t>
              <w:br/>
            </w:r>
            <w:r>
              <w:t>R=SI×100/(P×T)=1,000×100/(5,000×4)=5%.</w:t>
            </w:r>
          </w:p>
          <w:p>
            <w:r>
              <w:rPr>
                <w:b/>
                <w:color w:val="243447"/>
              </w:rPr>
              <w:t>Final Answer: 5% p.a.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5  |  Find time</w:t>
            </w:r>
          </w:p>
          <w:p>
            <w:r>
              <w:rPr>
                <w:b/>
              </w:rPr>
              <w:t xml:space="preserve">Question: </w:t>
            </w:r>
            <w:r>
              <w:t>₹900 SI is earned on ₹6,000 at 5% p.a. Find time.</w:t>
            </w:r>
          </w:p>
          <w:p>
            <w:r>
              <w:rPr>
                <w:b/>
              </w:rPr>
              <w:t>Solution:</w:t>
              <w:br/>
            </w:r>
            <w:r>
              <w:t>T=900×100/(6,000×5)=3 years.</w:t>
            </w:r>
          </w:p>
          <w:p>
            <w:r>
              <w:rPr>
                <w:b/>
                <w:color w:val="243447"/>
              </w:rPr>
              <w:t>Final Answer: 3 years</w:t>
            </w:r>
          </w:p>
        </w:tc>
      </w:tr>
    </w:tbl>
    <w:p/>
    <w:p>
      <w:pPr>
        <w:pStyle w:val="Heading1"/>
      </w:pPr>
      <w:r>
        <w:t>3. Converting Time Units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FF4D6"/>
          </w:tcPr>
          <w:p>
            <w:r>
              <w:rPr>
                <w:rFonts w:ascii="Georgia" w:hAnsi="Georgia"/>
                <w:b/>
                <w:color w:val="C68A00"/>
                <w:sz w:val="22"/>
              </w:rPr>
              <w:t>TIME CONVERSION</w:t>
              <w:br/>
            </w:r>
            <w:r>
              <w:rPr>
                <w:rFonts w:ascii="Trebuchet MS" w:hAnsi="Trebuchet MS"/>
                <w:sz w:val="20"/>
              </w:rPr>
              <w:t>If rate is annual, use years. 6 months = 1/2 year; 3 months = 1/4 year; 9 months = 3/4 year.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6  |  Half-year SI</w:t>
            </w:r>
          </w:p>
          <w:p>
            <w:r>
              <w:rPr>
                <w:b/>
              </w:rPr>
              <w:t xml:space="preserve">Question: </w:t>
            </w:r>
            <w:r>
              <w:t>Find SI on ₹12,000 at 8% p.a. for 6 months.</w:t>
            </w:r>
          </w:p>
          <w:p>
            <w:r>
              <w:rPr>
                <w:b/>
              </w:rPr>
              <w:t>Solution:</w:t>
              <w:br/>
            </w:r>
            <w:r>
              <w:t>T=1/2. SI=12,000×8×1/2/100=₹480.</w:t>
            </w:r>
          </w:p>
          <w:p>
            <w:r>
              <w:rPr>
                <w:b/>
                <w:color w:val="243447"/>
              </w:rPr>
              <w:t>Final Answer: ₹480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7  |  Months</w:t>
            </w:r>
          </w:p>
          <w:p>
            <w:r>
              <w:rPr>
                <w:b/>
              </w:rPr>
              <w:t xml:space="preserve">Question: </w:t>
            </w:r>
            <w:r>
              <w:t>Find SI on ₹10,000 at 9% p.a. for 8 months.</w:t>
            </w:r>
          </w:p>
          <w:p>
            <w:r>
              <w:rPr>
                <w:b/>
              </w:rPr>
              <w:t>Solution:</w:t>
              <w:br/>
            </w:r>
            <w:r>
              <w:t>T=8/12=2/3. SI=10,000×9×2/3/100=₹600.</w:t>
            </w:r>
          </w:p>
          <w:p>
            <w:r>
              <w:rPr>
                <w:b/>
                <w:color w:val="243447"/>
              </w:rPr>
              <w:t>Final Answer: ₹600</w:t>
            </w:r>
          </w:p>
        </w:tc>
      </w:tr>
    </w:tbl>
    <w:p/>
    <w:p>
      <w:pPr>
        <w:pStyle w:val="Heading1"/>
      </w:pPr>
      <w:r>
        <w:t>4. Principal, Rate, Time and Interest Relations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6F6F5"/>
          </w:tcPr>
          <w:p>
            <w:r>
              <w:rPr>
                <w:rFonts w:ascii="Georgia" w:hAnsi="Georgia"/>
                <w:b/>
                <w:color w:val="168AAD"/>
                <w:sz w:val="22"/>
              </w:rPr>
              <w:t>REARRANGED SI FORMULAS</w:t>
              <w:br/>
            </w:r>
            <w:r>
              <w:rPr>
                <w:rFonts w:ascii="Trebuchet MS" w:hAnsi="Trebuchet MS"/>
                <w:sz w:val="20"/>
              </w:rPr>
              <w:t>P = SI×100/(RT)</w:t>
              <w:br/>
              <w:t>R = SI×100/(PT)</w:t>
              <w:br/>
              <w:t>T = SI×100/(PR)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8  |  Find principal</w:t>
            </w:r>
          </w:p>
          <w:p>
            <w:r>
              <w:rPr>
                <w:b/>
              </w:rPr>
              <w:t xml:space="preserve">Question: </w:t>
            </w:r>
            <w:r>
              <w:t>At 7.5% p.a. for 4 years, SI is ₹1,200. Find P.</w:t>
            </w:r>
          </w:p>
          <w:p>
            <w:r>
              <w:rPr>
                <w:b/>
              </w:rPr>
              <w:t>Solution:</w:t>
              <w:br/>
            </w:r>
            <w:r>
              <w:t>P=1,200×100/(7.5×4)=₹4,000.</w:t>
            </w:r>
          </w:p>
          <w:p>
            <w:r>
              <w:rPr>
                <w:b/>
                <w:color w:val="243447"/>
              </w:rPr>
              <w:t>Final Answer: ₹4,000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9  |  Find rate</w:t>
            </w:r>
          </w:p>
          <w:p>
            <w:r>
              <w:rPr>
                <w:b/>
              </w:rPr>
              <w:t xml:space="preserve">Question: </w:t>
            </w:r>
            <w:r>
              <w:t>₹1,800 SI is earned on ₹6,000 in 5 years. Find rate.</w:t>
            </w:r>
          </w:p>
          <w:p>
            <w:r>
              <w:rPr>
                <w:b/>
              </w:rPr>
              <w:t>Solution:</w:t>
              <w:br/>
            </w:r>
            <w:r>
              <w:t>R=1,800×100/(6,000×5)=6%.</w:t>
            </w:r>
          </w:p>
          <w:p>
            <w:r>
              <w:rPr>
                <w:b/>
                <w:color w:val="243447"/>
              </w:rPr>
              <w:t>Final Answer: 6% p.a.</w:t>
            </w:r>
          </w:p>
        </w:tc>
      </w:tr>
    </w:tbl>
    <w:p/>
    <w:p>
      <w:pPr>
        <w:pStyle w:val="Heading1"/>
      </w:pPr>
      <w:r>
        <w:t>5. Compound Interest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COMPOUND INTEREST</w:t>
              <w:br/>
            </w:r>
            <w:r>
              <w:rPr>
                <w:rFonts w:ascii="Trebuchet MS" w:hAnsi="Trebuchet MS"/>
                <w:sz w:val="20"/>
              </w:rPr>
              <w:t>In compound interest, interest earned in one period is added to the principal for the next period.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243447"/>
                <w:sz w:val="22"/>
              </w:rPr>
              <w:t>ANNUAL COMPOUNDING</w:t>
              <w:br/>
            </w:r>
            <w:r>
              <w:rPr>
                <w:rFonts w:ascii="Trebuchet MS" w:hAnsi="Trebuchet MS"/>
                <w:sz w:val="20"/>
              </w:rPr>
              <w:t>A = P(1 + R/100)^T</w:t>
              <w:br/>
              <w:t>CI = A − P</w:t>
            </w:r>
          </w:p>
        </w:tc>
      </w:tr>
    </w:tbl>
    <w:p/>
    <w:p>
      <w:r>
        <w:t>Unlike simple interest, compound interest depends on the accumulated amount at the beginning of each compounding period.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10  |  Two-year CI</w:t>
            </w:r>
          </w:p>
          <w:p>
            <w:r>
              <w:rPr>
                <w:b/>
              </w:rPr>
              <w:t xml:space="preserve">Question: </w:t>
            </w:r>
            <w:r>
              <w:t>Find CI on ₹10,000 at 10% p.a. for 2 years.</w:t>
            </w:r>
          </w:p>
          <w:p>
            <w:r>
              <w:rPr>
                <w:b/>
              </w:rPr>
              <w:t>Solution:</w:t>
              <w:br/>
            </w:r>
            <w:r>
              <w:t>A=10,000×1.1²=₹12,100. CI=₹2,100.</w:t>
            </w:r>
          </w:p>
          <w:p>
            <w:r>
              <w:rPr>
                <w:b/>
                <w:color w:val="243447"/>
              </w:rPr>
              <w:t>Final Answer: ₹2,100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11  |  Three-year CI</w:t>
            </w:r>
          </w:p>
          <w:p>
            <w:r>
              <w:rPr>
                <w:b/>
              </w:rPr>
              <w:t xml:space="preserve">Question: </w:t>
            </w:r>
            <w:r>
              <w:t>Find amount on ₹8,000 at 5% p.a. for 3 years.</w:t>
            </w:r>
          </w:p>
          <w:p>
            <w:r>
              <w:rPr>
                <w:b/>
              </w:rPr>
              <w:t>Solution:</w:t>
              <w:br/>
            </w:r>
            <w:r>
              <w:t>A=8,000×1.05³=₹9,261. Amount≈₹9,261; CI≈₹1,261.</w:t>
            </w:r>
          </w:p>
          <w:p>
            <w:r>
              <w:rPr>
                <w:b/>
                <w:color w:val="243447"/>
              </w:rPr>
              <w:t>Final Answer: ₹9,261 approximately</w:t>
            </w:r>
          </w:p>
        </w:tc>
      </w:tr>
    </w:tbl>
    <w:p/>
    <w:p>
      <w:pPr>
        <w:pStyle w:val="Heading1"/>
      </w:pPr>
      <w:r>
        <w:t>6. Year-by-Year Compound Interest</w:t>
      </w:r>
    </w:p>
    <w:p>
      <w:r>
        <w:t>For small periods, calculating year by year can make the process transparent.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12  |  Year-wise method</w:t>
            </w:r>
          </w:p>
          <w:p>
            <w:r>
              <w:rPr>
                <w:b/>
              </w:rPr>
              <w:t xml:space="preserve">Question: </w:t>
            </w:r>
            <w:r>
              <w:t>₹20,000 is invested at 10% compound interest for 2 years. Find interest each year.</w:t>
            </w:r>
          </w:p>
          <w:p>
            <w:r>
              <w:rPr>
                <w:b/>
              </w:rPr>
              <w:t>Solution:</w:t>
              <w:br/>
            </w:r>
            <w:r>
              <w:t>Year 1 interest=₹2,000; amount=₹22,000. Year 2 interest=₹2,200; final amount=₹24,200. CI=₹4,200.</w:t>
            </w:r>
          </w:p>
          <w:p>
            <w:r>
              <w:rPr>
                <w:b/>
                <w:color w:val="243447"/>
              </w:rPr>
              <w:t>Final Answer: ₹4,200 CI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13  |  Three years</w:t>
            </w:r>
          </w:p>
          <w:p>
            <w:r>
              <w:rPr>
                <w:b/>
              </w:rPr>
              <w:t xml:space="preserve">Question: </w:t>
            </w:r>
            <w:r>
              <w:t>₹10,000 at 10% CI for 3 years. Find interest in each year.</w:t>
            </w:r>
          </w:p>
          <w:p>
            <w:r>
              <w:rPr>
                <w:b/>
              </w:rPr>
              <w:t>Solution:</w:t>
              <w:br/>
            </w:r>
            <w:r>
              <w:t>Year 1=₹1,000; Year 2=₹1,100; Year 3=₹1,210. Total CI=₹3,310.</w:t>
            </w:r>
          </w:p>
          <w:p>
            <w:r>
              <w:rPr>
                <w:b/>
                <w:color w:val="243447"/>
              </w:rPr>
              <w:t>Final Answer: ₹3,310</w:t>
            </w:r>
          </w:p>
        </w:tc>
      </w:tr>
    </w:tbl>
    <w:p/>
    <w:p>
      <w:pPr>
        <w:pStyle w:val="Heading1"/>
      </w:pPr>
      <w:r>
        <w:t>7. Difference Between SI and CI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FF4D6"/>
          </w:tcPr>
          <w:p>
            <w:r>
              <w:rPr>
                <w:rFonts w:ascii="Georgia" w:hAnsi="Georgia"/>
                <w:b/>
                <w:color w:val="C68A00"/>
                <w:sz w:val="22"/>
              </w:rPr>
              <w:t>IMPORTANT TWO-YEAR RESULT</w:t>
              <w:br/>
            </w:r>
            <w:r>
              <w:rPr>
                <w:rFonts w:ascii="Trebuchet MS" w:hAnsi="Trebuchet MS"/>
                <w:sz w:val="20"/>
              </w:rPr>
              <w:t>For 2 years at rate R%:</w:t>
              <w:br/>
              <w:t>CI − SI = P(R/100)²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14  |  Difference for two years</w:t>
            </w:r>
          </w:p>
          <w:p>
            <w:r>
              <w:rPr>
                <w:b/>
              </w:rPr>
              <w:t xml:space="preserve">Question: </w:t>
            </w:r>
            <w:r>
              <w:t>Find CI−SI on ₹10,000 at 10% p.a. for 2 years.</w:t>
            </w:r>
          </w:p>
          <w:p>
            <w:r>
              <w:rPr>
                <w:b/>
              </w:rPr>
              <w:t>Solution:</w:t>
              <w:br/>
            </w:r>
            <w:r>
              <w:t>Difference=10,000×(10/100)²=₹100.</w:t>
            </w:r>
          </w:p>
          <w:p>
            <w:r>
              <w:rPr>
                <w:b/>
                <w:color w:val="243447"/>
              </w:rPr>
              <w:t>Final Answer: ₹100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15  |  Find principal from difference</w:t>
            </w:r>
          </w:p>
          <w:p>
            <w:r>
              <w:rPr>
                <w:b/>
              </w:rPr>
              <w:t xml:space="preserve">Question: </w:t>
            </w:r>
            <w:r>
              <w:t>For 2 years at 5% p.a., CI exceeds SI by ₹50. Find principal.</w:t>
            </w:r>
          </w:p>
          <w:p>
            <w:r>
              <w:rPr>
                <w:b/>
              </w:rPr>
              <w:t>Solution:</w:t>
              <w:br/>
            </w:r>
            <w:r>
              <w:t>50=P×(5/100)²=P/400. Therefore P=₹20,000.</w:t>
            </w:r>
          </w:p>
          <w:p>
            <w:r>
              <w:rPr>
                <w:b/>
                <w:color w:val="243447"/>
              </w:rPr>
              <w:t>Final Answer: ₹20,000</w:t>
            </w:r>
          </w:p>
        </w:tc>
      </w:tr>
    </w:tbl>
    <w:p/>
    <w:p>
      <w:pPr>
        <w:pStyle w:val="Heading1"/>
      </w:pPr>
      <w:r>
        <w:t>8. Compound Interest Half-Yearly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6F6F5"/>
          </w:tcPr>
          <w:p>
            <w:r>
              <w:rPr>
                <w:rFonts w:ascii="Georgia" w:hAnsi="Georgia"/>
                <w:b/>
                <w:color w:val="168AAD"/>
                <w:sz w:val="22"/>
              </w:rPr>
              <w:t>HALF-YEARLY COMPOUNDING</w:t>
              <w:br/>
            </w:r>
            <w:r>
              <w:rPr>
                <w:rFonts w:ascii="Trebuchet MS" w:hAnsi="Trebuchet MS"/>
                <w:sz w:val="20"/>
              </w:rPr>
              <w:t>Rate per half-year = R/2; number of periods = 2T.</w:t>
              <w:br/>
              <w:t>A = P(1 + R/200)^(2T)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16  |  Half-yearly CI</w:t>
            </w:r>
          </w:p>
          <w:p>
            <w:r>
              <w:rPr>
                <w:b/>
              </w:rPr>
              <w:t xml:space="preserve">Question: </w:t>
            </w:r>
            <w:r>
              <w:t>Find amount on ₹10,000 at 10% p.a. for 1 year, compounded half-yearly.</w:t>
            </w:r>
          </w:p>
          <w:p>
            <w:r>
              <w:rPr>
                <w:b/>
              </w:rPr>
              <w:t>Solution:</w:t>
              <w:br/>
            </w:r>
            <w:r>
              <w:t>Half-year rate=5%; two periods. A=10,000×1.05²=₹11,025. CI=₹1,025.</w:t>
            </w:r>
          </w:p>
          <w:p>
            <w:r>
              <w:rPr>
                <w:b/>
                <w:color w:val="243447"/>
              </w:rPr>
              <w:t>Final Answer: ₹11,025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17  |  Two years half-yearly</w:t>
            </w:r>
          </w:p>
          <w:p>
            <w:r>
              <w:rPr>
                <w:b/>
              </w:rPr>
              <w:t xml:space="preserve">Question: </w:t>
            </w:r>
            <w:r>
              <w:t>Find CI on ₹20,000 at 8% p.a. for 2 years compounded half-yearly.</w:t>
            </w:r>
          </w:p>
          <w:p>
            <w:r>
              <w:rPr>
                <w:b/>
              </w:rPr>
              <w:t>Solution:</w:t>
              <w:br/>
            </w:r>
            <w:r>
              <w:t>Rate per period=4%; periods=4. A=20,000×1.04⁴≈₹23,397.19. CI≈₹3,397.19.</w:t>
            </w:r>
          </w:p>
          <w:p>
            <w:r>
              <w:rPr>
                <w:b/>
                <w:color w:val="243447"/>
              </w:rPr>
              <w:t>Final Answer: ₹3,397.19 approximately</w:t>
            </w:r>
          </w:p>
        </w:tc>
      </w:tr>
    </w:tbl>
    <w:p/>
    <w:p>
      <w:pPr>
        <w:pStyle w:val="Heading1"/>
      </w:pPr>
      <w:r>
        <w:t>9. Quarterly Compounding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QUARTERLY COMPOUNDING</w:t>
              <w:br/>
            </w:r>
            <w:r>
              <w:rPr>
                <w:rFonts w:ascii="Trebuchet MS" w:hAnsi="Trebuchet MS"/>
                <w:sz w:val="20"/>
              </w:rPr>
              <w:t>Rate per quarter = R/4; number of periods = 4T.</w:t>
              <w:br/>
              <w:t>A = P(1 + R/400)^(4T)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18  |  Quarterly CI</w:t>
            </w:r>
          </w:p>
          <w:p>
            <w:r>
              <w:rPr>
                <w:b/>
              </w:rPr>
              <w:t xml:space="preserve">Question: </w:t>
            </w:r>
            <w:r>
              <w:t>Find amount on ₹16,000 at 12% p.a. for 1 year compounded quarterly.</w:t>
            </w:r>
          </w:p>
          <w:p>
            <w:r>
              <w:rPr>
                <w:b/>
              </w:rPr>
              <w:t>Solution:</w:t>
              <w:br/>
            </w:r>
            <w:r>
              <w:t>Quarterly rate=3%; 4 periods. A=16,000×1.03⁴≈₹17,992.76.</w:t>
            </w:r>
          </w:p>
          <w:p>
            <w:r>
              <w:rPr>
                <w:b/>
                <w:color w:val="243447"/>
              </w:rPr>
              <w:t>Final Answer: ₹17,992.76 approximately</w:t>
            </w:r>
          </w:p>
        </w:tc>
      </w:tr>
    </w:tbl>
    <w:p/>
    <w:p>
      <w:pPr>
        <w:pStyle w:val="Heading1"/>
      </w:pPr>
      <w:r>
        <w:t>10. Changing Rate of Interest</w:t>
      </w:r>
    </w:p>
    <w:p>
      <w:r>
        <w:t>When the rate changes from one period to another, multiply the principal successively by each growth factor.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19  |  Different annual rates</w:t>
            </w:r>
          </w:p>
          <w:p>
            <w:r>
              <w:rPr>
                <w:b/>
              </w:rPr>
              <w:t xml:space="preserve">Question: </w:t>
            </w:r>
            <w:r>
              <w:t>₹10,000 earns 10% in the first year and 20% in the second year under compounding. Find final amount.</w:t>
            </w:r>
          </w:p>
          <w:p>
            <w:r>
              <w:rPr>
                <w:b/>
              </w:rPr>
              <w:t>Solution:</w:t>
              <w:br/>
            </w:r>
            <w:r>
              <w:t>A=10,000×1.10×1.20=₹13,200.</w:t>
            </w:r>
          </w:p>
          <w:p>
            <w:r>
              <w:rPr>
                <w:b/>
                <w:color w:val="243447"/>
              </w:rPr>
              <w:t>Final Answer: ₹13,200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20  |  Three changing rates</w:t>
            </w:r>
          </w:p>
          <w:p>
            <w:r>
              <w:rPr>
                <w:b/>
              </w:rPr>
              <w:t xml:space="preserve">Question: </w:t>
            </w:r>
            <w:r>
              <w:t>₹20,000 grows at 5%, 10% and 20% over three successive years. Find final amount.</w:t>
            </w:r>
          </w:p>
          <w:p>
            <w:r>
              <w:rPr>
                <w:b/>
              </w:rPr>
              <w:t>Solution:</w:t>
              <w:br/>
            </w:r>
            <w:r>
              <w:t>A=20,000×1.05×1.10×1.20=₹27,720.</w:t>
            </w:r>
          </w:p>
          <w:p>
            <w:r>
              <w:rPr>
                <w:b/>
                <w:color w:val="243447"/>
              </w:rPr>
              <w:t>Final Answer: ₹27,720</w:t>
            </w:r>
          </w:p>
        </w:tc>
      </w:tr>
    </w:tbl>
    <w:p/>
    <w:p>
      <w:pPr>
        <w:pStyle w:val="Heading1"/>
      </w:pPr>
      <w:r>
        <w:t>11. Depreciation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CE9E3"/>
          </w:tcPr>
          <w:p>
            <w:r>
              <w:rPr>
                <w:rFonts w:ascii="Georgia" w:hAnsi="Georgia"/>
                <w:b/>
                <w:color w:val="D95D39"/>
                <w:sz w:val="22"/>
              </w:rPr>
              <w:t>DEPRECIATION</w:t>
              <w:br/>
            </w:r>
            <w:r>
              <w:rPr>
                <w:rFonts w:ascii="Trebuchet MS" w:hAnsi="Trebuchet MS"/>
                <w:sz w:val="20"/>
              </w:rPr>
              <w:t>If an asset loses R% of its value each period:</w:t>
              <w:br/>
              <w:t>Value = P(1 − R/100)^T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21  |  Annual depreciation</w:t>
            </w:r>
          </w:p>
          <w:p>
            <w:r>
              <w:rPr>
                <w:b/>
              </w:rPr>
              <w:t xml:space="preserve">Question: </w:t>
            </w:r>
            <w:r>
              <w:t>A machine costs ₹80,000 and depreciates by 10% per year. Find value after 2 years.</w:t>
            </w:r>
          </w:p>
          <w:p>
            <w:r>
              <w:rPr>
                <w:b/>
              </w:rPr>
              <w:t>Solution:</w:t>
              <w:br/>
            </w:r>
            <w:r>
              <w:t>Value=80,000×0.9²=₹64,800.</w:t>
            </w:r>
          </w:p>
          <w:p>
            <w:r>
              <w:rPr>
                <w:b/>
                <w:color w:val="243447"/>
              </w:rPr>
              <w:t>Final Answer: ₹64,800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22  |  Depreciation for three years</w:t>
            </w:r>
          </w:p>
          <w:p>
            <w:r>
              <w:rPr>
                <w:b/>
              </w:rPr>
              <w:t xml:space="preserve">Question: </w:t>
            </w:r>
            <w:r>
              <w:t>A car worth ₹5,00,000 depreciates by 8% annually for 3 years. Find value.</w:t>
            </w:r>
          </w:p>
          <w:p>
            <w:r>
              <w:rPr>
                <w:b/>
              </w:rPr>
              <w:t>Solution:</w:t>
              <w:br/>
            </w:r>
            <w:r>
              <w:t>Value=5,00,000×0.92³≈₹3,89,344.</w:t>
            </w:r>
          </w:p>
          <w:p>
            <w:r>
              <w:rPr>
                <w:b/>
                <w:color w:val="243447"/>
              </w:rPr>
              <w:t>Final Answer: ₹3,89,344 approximately</w:t>
            </w:r>
          </w:p>
        </w:tc>
      </w:tr>
    </w:tbl>
    <w:p/>
    <w:p>
      <w:pPr>
        <w:pStyle w:val="Heading1"/>
      </w:pPr>
      <w:r>
        <w:t>12. Growth and Population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5EA"/>
          </w:tcPr>
          <w:p>
            <w:r>
              <w:rPr>
                <w:rFonts w:ascii="Georgia" w:hAnsi="Georgia"/>
                <w:b/>
                <w:color w:val="3A7D44"/>
                <w:sz w:val="22"/>
              </w:rPr>
              <w:t>GROWTH FORMULA</w:t>
              <w:br/>
            </w:r>
            <w:r>
              <w:rPr>
                <w:rFonts w:ascii="Trebuchet MS" w:hAnsi="Trebuchet MS"/>
                <w:sz w:val="20"/>
              </w:rPr>
              <w:t>Final value = Initial value × (1 + R/100)^T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23  |  Population growth</w:t>
            </w:r>
          </w:p>
          <w:p>
            <w:r>
              <w:rPr>
                <w:b/>
              </w:rPr>
              <w:t xml:space="preserve">Question: </w:t>
            </w:r>
            <w:r>
              <w:t>A population is 1,00,000 and grows by 5% annually for 2 years. Find final population.</w:t>
            </w:r>
          </w:p>
          <w:p>
            <w:r>
              <w:rPr>
                <w:b/>
              </w:rPr>
              <w:t>Solution:</w:t>
              <w:br/>
            </w:r>
            <w:r>
              <w:t>1,00,000×1.05²=1,10,250.</w:t>
            </w:r>
          </w:p>
          <w:p>
            <w:r>
              <w:rPr>
                <w:b/>
                <w:color w:val="243447"/>
              </w:rPr>
              <w:t>Final Answer: 1,10,250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24  |  Find growth rate</w:t>
            </w:r>
          </w:p>
          <w:p>
            <w:r>
              <w:rPr>
                <w:b/>
              </w:rPr>
              <w:t xml:space="preserve">Question: </w:t>
            </w:r>
            <w:r>
              <w:t>A population grows from 80,000 to 88,200 in 2 years with annual compound growth. Find rate.</w:t>
            </w:r>
          </w:p>
          <w:p>
            <w:r>
              <w:rPr>
                <w:b/>
              </w:rPr>
              <w:t>Solution:</w:t>
              <w:br/>
            </w:r>
            <w:r>
              <w:t>88,200/80,000=1.1025=1.05². Therefore rate=5%.</w:t>
            </w:r>
          </w:p>
          <w:p>
            <w:r>
              <w:rPr>
                <w:b/>
                <w:color w:val="243447"/>
              </w:rPr>
              <w:t>Final Answer: 5% p.a.</w:t>
            </w:r>
          </w:p>
        </w:tc>
      </w:tr>
    </w:tbl>
    <w:p/>
    <w:p>
      <w:pPr>
        <w:pStyle w:val="Heading1"/>
      </w:pPr>
      <w:r>
        <w:t>13. Finding CI from Amount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25  |  Find CI</w:t>
            </w:r>
          </w:p>
          <w:p>
            <w:r>
              <w:rPr>
                <w:b/>
              </w:rPr>
              <w:t xml:space="preserve">Question: </w:t>
            </w:r>
            <w:r>
              <w:t>A sum of ₹15,000 becomes ₹18,150 in 2 years under CI. Find CI.</w:t>
            </w:r>
          </w:p>
          <w:p>
            <w:r>
              <w:rPr>
                <w:b/>
              </w:rPr>
              <w:t>Solution:</w:t>
              <w:br/>
            </w:r>
            <w:r>
              <w:t>CI=A−P=18,150−15,000=₹3,150.</w:t>
            </w:r>
          </w:p>
          <w:p>
            <w:r>
              <w:rPr>
                <w:b/>
                <w:color w:val="243447"/>
              </w:rPr>
              <w:t>Final Answer: ₹3,150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26  |  Find rate from amount</w:t>
            </w:r>
          </w:p>
          <w:p>
            <w:r>
              <w:rPr>
                <w:b/>
              </w:rPr>
              <w:t xml:space="preserve">Question: </w:t>
            </w:r>
            <w:r>
              <w:t>₹10,000 becomes ₹12,100 in 2 years under annual compounding. Find rate.</w:t>
            </w:r>
          </w:p>
          <w:p>
            <w:r>
              <w:rPr>
                <w:b/>
              </w:rPr>
              <w:t>Solution:</w:t>
              <w:br/>
            </w:r>
            <w:r>
              <w:t>12,100/10,000=1.21=1.1². Rate=10%.</w:t>
            </w:r>
          </w:p>
          <w:p>
            <w:r>
              <w:rPr>
                <w:b/>
                <w:color w:val="243447"/>
              </w:rPr>
              <w:t>Final Answer: 10% p.a.</w:t>
            </w:r>
          </w:p>
        </w:tc>
      </w:tr>
    </w:tbl>
    <w:p/>
    <w:p>
      <w:pPr>
        <w:pStyle w:val="Heading1"/>
      </w:pPr>
      <w:r>
        <w:t>14. Installments and Loans — Basic Applications</w:t>
      </w:r>
    </w:p>
    <w:p>
      <w:r>
        <w:t>For simple educational problems involving loans, first identify the principal, rate, time and whether interest is simple or compounded. Do not assume a repayment structure unless the question gives it.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27  |  Simple-interest loan</w:t>
            </w:r>
          </w:p>
          <w:p>
            <w:r>
              <w:rPr>
                <w:b/>
              </w:rPr>
              <w:t xml:space="preserve">Question: </w:t>
            </w:r>
            <w:r>
              <w:t>A loan of ₹25,000 is taken at 8% simple interest for 2 years. Find total repayment if no amount is repaid during the period.</w:t>
            </w:r>
          </w:p>
          <w:p>
            <w:r>
              <w:rPr>
                <w:b/>
              </w:rPr>
              <w:t>Solution:</w:t>
              <w:br/>
            </w:r>
            <w:r>
              <w:t>SI=25,000×8×2/100=₹4,000. Repayment=₹29,000.</w:t>
            </w:r>
          </w:p>
          <w:p>
            <w:r>
              <w:rPr>
                <w:b/>
                <w:color w:val="243447"/>
              </w:rPr>
              <w:t>Final Answer: ₹29,000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28  |  Compound loan</w:t>
            </w:r>
          </w:p>
          <w:p>
            <w:r>
              <w:rPr>
                <w:b/>
              </w:rPr>
              <w:t xml:space="preserve">Question: </w:t>
            </w:r>
            <w:r>
              <w:t>A loan of ₹20,000 is charged 10% compound interest annually for 2 years with no repayment during the period. Find amount due.</w:t>
            </w:r>
          </w:p>
          <w:p>
            <w:r>
              <w:rPr>
                <w:b/>
              </w:rPr>
              <w:t>Solution:</w:t>
              <w:br/>
            </w:r>
            <w:r>
              <w:t>A=20,000×1.1²=₹24,200.</w:t>
            </w:r>
          </w:p>
          <w:p>
            <w:r>
              <w:rPr>
                <w:b/>
                <w:color w:val="243447"/>
              </w:rPr>
              <w:t>Final Answer: ₹24,200</w:t>
            </w:r>
          </w:p>
        </w:tc>
      </w:tr>
    </w:tbl>
    <w:p/>
    <w:p>
      <w:pPr>
        <w:pStyle w:val="Heading1"/>
      </w:pPr>
      <w:r>
        <w:t>15. Mixed SI–CI Applications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29  |  Compare SI and CI</w:t>
            </w:r>
          </w:p>
          <w:p>
            <w:r>
              <w:rPr>
                <w:b/>
              </w:rPr>
              <w:t xml:space="preserve">Question: </w:t>
            </w:r>
            <w:r>
              <w:t>Find SI and CI on ₹20,000 at 10% p.a. for 2 years and their difference.</w:t>
            </w:r>
          </w:p>
          <w:p>
            <w:r>
              <w:rPr>
                <w:b/>
              </w:rPr>
              <w:t>Solution:</w:t>
              <w:br/>
            </w:r>
            <w:r>
              <w:t>SI=₹4,000. CI=₹4,200. Difference=₹200.</w:t>
            </w:r>
          </w:p>
          <w:p>
            <w:r>
              <w:rPr>
                <w:b/>
                <w:color w:val="243447"/>
              </w:rPr>
              <w:t>Final Answer: SI ₹4,000; CI ₹4,200; Difference ₹200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30  |  Reverse two-year problem</w:t>
            </w:r>
          </w:p>
          <w:p>
            <w:r>
              <w:rPr>
                <w:b/>
              </w:rPr>
              <w:t xml:space="preserve">Question: </w:t>
            </w:r>
            <w:r>
              <w:t>A sum becomes ₹12,100 in 2 years at 10% CI. Find the principal and total CI.</w:t>
            </w:r>
          </w:p>
          <w:p>
            <w:r>
              <w:rPr>
                <w:b/>
              </w:rPr>
              <w:t>Solution:</w:t>
              <w:br/>
            </w:r>
            <w:r>
              <w:t>P=12,100/1.1²=₹10,000. CI=₹2,100.</w:t>
            </w:r>
          </w:p>
          <w:p>
            <w:r>
              <w:rPr>
                <w:b/>
                <w:color w:val="243447"/>
              </w:rPr>
              <w:t>Final Answer: P ₹10,000; CI ₹2,100</w:t>
            </w:r>
          </w:p>
        </w:tc>
      </w:tr>
    </w:tbl>
    <w:p/>
    <w:p>
      <w:pPr>
        <w:pStyle w:val="Heading1"/>
      </w:pPr>
      <w:r>
        <w:t>16. Question Identification Guide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c>
          <w:tcPr>
            <w:tcW w:type="dxa" w:w="3331"/>
            <w:vAlign w:val="center"/>
            <w:shd w:fill="243447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Question clue</w:t>
            </w:r>
          </w:p>
        </w:tc>
        <w:tc>
          <w:tcPr>
            <w:tcW w:type="dxa" w:w="3331"/>
            <w:vAlign w:val="center"/>
            <w:shd w:fill="6A4C93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Concept</w:t>
            </w:r>
          </w:p>
        </w:tc>
        <w:tc>
          <w:tcPr>
            <w:tcW w:type="dxa" w:w="3331"/>
            <w:vAlign w:val="center"/>
            <w:shd w:fill="168AAD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Method</w:t>
            </w:r>
          </w:p>
        </w:tc>
      </w:tr>
      <w:tr>
        <w:tc>
          <w:tcPr>
            <w:tcW w:type="dxa" w:w="3331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Interest only on original principal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Simple Interest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Use PRT/100</w:t>
            </w:r>
          </w:p>
        </w:tc>
      </w:tr>
      <w:tr>
        <w:tc>
          <w:tcPr>
            <w:tcW w:type="dxa" w:w="3331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Interest added back each period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Compound Interest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Use A=P(1+R/100)^T</w:t>
            </w:r>
          </w:p>
        </w:tc>
      </w:tr>
      <w:tr>
        <w:tc>
          <w:tcPr>
            <w:tcW w:type="dxa" w:w="3331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Half-yearly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Compounding frequency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Half rate, double periods</w:t>
            </w:r>
          </w:p>
        </w:tc>
      </w:tr>
      <w:tr>
        <w:tc>
          <w:tcPr>
            <w:tcW w:type="dxa" w:w="3331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Quarterly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Compounding frequency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Quarter rate, four times periods</w:t>
            </w:r>
          </w:p>
        </w:tc>
      </w:tr>
      <w:tr>
        <w:tc>
          <w:tcPr>
            <w:tcW w:type="dxa" w:w="3331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Asset loses value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Depreciation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Use (1−R/100)^T</w:t>
            </w:r>
          </w:p>
        </w:tc>
      </w:tr>
      <w:tr>
        <w:tc>
          <w:tcPr>
            <w:tcW w:type="dxa" w:w="3331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Population/value grows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Growth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Use (1+R/100)^T</w:t>
            </w:r>
          </w:p>
        </w:tc>
      </w:tr>
      <w:tr>
        <w:tc>
          <w:tcPr>
            <w:tcW w:type="dxa" w:w="3331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CI−SI for 2 years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Difference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P(R/100)^2</w:t>
            </w:r>
          </w:p>
        </w:tc>
      </w:tr>
      <w:tr>
        <w:tc>
          <w:tcPr>
            <w:tcW w:type="dxa" w:w="3331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Find original sum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Reverse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Divide final amount by growth factor</w:t>
            </w:r>
          </w:p>
        </w:tc>
      </w:tr>
      <w:tr>
        <w:tc>
          <w:tcPr>
            <w:tcW w:type="dxa" w:w="3331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Different rates each year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Changing rate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Multiply successive factors</w:t>
            </w:r>
          </w:p>
        </w:tc>
      </w:tr>
    </w:tbl>
    <w:p>
      <w:pPr>
        <w:pStyle w:val="Heading1"/>
      </w:pPr>
      <w:r>
        <w:t>17. Shortcuts &amp; Quick Methods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243447"/>
                <w:sz w:val="22"/>
              </w:rPr>
              <w:t>SI FAST METHOD</w:t>
              <w:br/>
            </w:r>
            <w:r>
              <w:rPr>
                <w:rFonts w:ascii="Trebuchet MS" w:hAnsi="Trebuchet MS"/>
                <w:sz w:val="20"/>
              </w:rPr>
              <w:t>If P, R and T are simple values, calculate P×R first, then multiply by T and divide by 100.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FF4D6"/>
          </w:tcPr>
          <w:p>
            <w:r>
              <w:rPr>
                <w:rFonts w:ascii="Georgia" w:hAnsi="Georgia"/>
                <w:b/>
                <w:color w:val="C68A00"/>
                <w:sz w:val="22"/>
              </w:rPr>
              <w:t>CI TWO-YEAR DIFFERENCE</w:t>
              <w:br/>
            </w:r>
            <w:r>
              <w:rPr>
                <w:rFonts w:ascii="Trebuchet MS" w:hAnsi="Trebuchet MS"/>
                <w:sz w:val="20"/>
              </w:rPr>
              <w:t>CI−SI=P×R²/10,000 when R is expressed as a percentage.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6F6F5"/>
          </w:tcPr>
          <w:p>
            <w:r>
              <w:rPr>
                <w:rFonts w:ascii="Georgia" w:hAnsi="Georgia"/>
                <w:b/>
                <w:color w:val="168AAD"/>
                <w:sz w:val="22"/>
              </w:rPr>
              <w:t>HALF-YEARLY</w:t>
              <w:br/>
            </w:r>
            <w:r>
              <w:rPr>
                <w:rFonts w:ascii="Trebuchet MS" w:hAnsi="Trebuchet MS"/>
                <w:sz w:val="20"/>
              </w:rPr>
              <w:t>Replace R by R/2 and T by 2T.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QUARTERLY</w:t>
              <w:br/>
            </w:r>
            <w:r>
              <w:rPr>
                <w:rFonts w:ascii="Trebuchet MS" w:hAnsi="Trebuchet MS"/>
                <w:sz w:val="20"/>
              </w:rPr>
              <w:t>Replace R by R/4 and T by 4T.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CE9E3"/>
          </w:tcPr>
          <w:p>
            <w:r>
              <w:rPr>
                <w:rFonts w:ascii="Georgia" w:hAnsi="Georgia"/>
                <w:b/>
                <w:color w:val="D95D39"/>
                <w:sz w:val="22"/>
              </w:rPr>
              <w:t>DEPRECIATION</w:t>
              <w:br/>
            </w:r>
            <w:r>
              <w:rPr>
                <w:rFonts w:ascii="Trebuchet MS" w:hAnsi="Trebuchet MS"/>
                <w:sz w:val="20"/>
              </w:rPr>
              <w:t>Use the same compound formula with a minus sign in the growth factor.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5EA"/>
          </w:tcPr>
          <w:p>
            <w:r>
              <w:rPr>
                <w:rFonts w:ascii="Georgia" w:hAnsi="Georgia"/>
                <w:b/>
                <w:color w:val="3A7D44"/>
                <w:sz w:val="22"/>
              </w:rPr>
              <w:t>GROWTH</w:t>
              <w:br/>
            </w:r>
            <w:r>
              <w:rPr>
                <w:rFonts w:ascii="Trebuchet MS" w:hAnsi="Trebuchet MS"/>
                <w:sz w:val="20"/>
              </w:rPr>
              <w:t>Repeated percentage growth is compound multiplication, not simple addition.</w:t>
            </w:r>
          </w:p>
        </w:tc>
      </w:tr>
    </w:tbl>
    <w:p/>
    <w:p>
      <w:pPr>
        <w:pStyle w:val="Heading1"/>
      </w:pPr>
      <w:r>
        <w:t>18. Complete Formula Sheet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shd w:fill="243447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Formula</w:t>
            </w:r>
          </w:p>
        </w:tc>
        <w:tc>
          <w:tcPr>
            <w:tcW w:type="dxa" w:w="4997"/>
            <w:vAlign w:val="center"/>
            <w:shd w:fill="6A4C93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Use</w:t>
            </w:r>
          </w:p>
        </w:tc>
      </w:tr>
      <w:tr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Simple Interest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SI=PRT/100</w:t>
            </w:r>
          </w:p>
        </w:tc>
      </w:tr>
      <w:tr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Simple Amount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A=P+SI</w:t>
            </w:r>
          </w:p>
        </w:tc>
      </w:tr>
      <w:tr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Compound Amount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A=P(1+R/100)^T</w:t>
            </w:r>
          </w:p>
        </w:tc>
      </w:tr>
      <w:tr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Compound Interest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CI=A−P</w:t>
            </w:r>
          </w:p>
        </w:tc>
      </w:tr>
      <w:tr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Half-yearly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A=P(1+R/200)^(2T)</w:t>
            </w:r>
          </w:p>
        </w:tc>
      </w:tr>
      <w:tr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Quarterly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A=P(1+R/400)^(4T)</w:t>
            </w:r>
          </w:p>
        </w:tc>
      </w:tr>
      <w:tr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2-year difference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CI−SI=P(R/100)^2</w:t>
            </w:r>
          </w:p>
        </w:tc>
      </w:tr>
      <w:tr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Growth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Final=P(1+R/100)^T</w:t>
            </w:r>
          </w:p>
        </w:tc>
      </w:tr>
      <w:tr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Depreciation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Final=P(1−R/100)^T</w:t>
            </w:r>
          </w:p>
        </w:tc>
      </w:tr>
      <w:tr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Principal in CI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P=A/(1+R/100)^T</w:t>
            </w:r>
          </w:p>
        </w:tc>
      </w:tr>
    </w:tbl>
    <w:p>
      <w:pPr>
        <w:pStyle w:val="Heading1"/>
      </w:pPr>
      <w:r>
        <w:t>19. Practice Set</w:t>
      </w:r>
    </w:p>
    <w:p>
      <w:r>
        <w:t>30 questions covering direct calculations, reverse problems, compounding frequency, growth, depreciation and mixed applications.</w:t>
      </w:r>
    </w:p>
    <w:p>
      <w:pPr>
        <w:pStyle w:val="Heading2"/>
      </w:pPr>
      <w:r>
        <w:t>Section A — Basic</w:t>
      </w:r>
    </w:p>
    <w:p>
      <w:r>
        <w:t>1. Find SI on ₹8,000 at 6% p.a. for 3 years.</w:t>
      </w:r>
    </w:p>
    <w:p>
      <w:r>
        <w:t>2. Find amount on ₹5,000 at 8% SI for 2 years.</w:t>
      </w:r>
    </w:p>
    <w:p>
      <w:r>
        <w:t>3. SI on ₹5,000 for 4 years is ₹1,000. Find rate.</w:t>
      </w:r>
    </w:p>
    <w:p>
      <w:r>
        <w:t>4. ₹900 SI is earned on ₹6,000 at 5% p.a. Find time.</w:t>
      </w:r>
    </w:p>
    <w:p>
      <w:r>
        <w:t>5. Find SI on ₹12,000 at 8% p.a. for 6 months.</w:t>
      </w:r>
    </w:p>
    <w:p>
      <w:r>
        <w:t>6. Find SI on ₹10,000 at 9% p.a. for 8 months.</w:t>
      </w:r>
    </w:p>
    <w:p>
      <w:r>
        <w:t>7. Find CI on ₹10,000 at 10% p.a. for 2 years.</w:t>
      </w:r>
    </w:p>
    <w:p>
      <w:r>
        <w:t>8. Find amount on ₹8,000 at 5% CI for 3 years.</w:t>
      </w:r>
    </w:p>
    <w:p>
      <w:r>
        <w:t>9. Find CI−SI on ₹10,000 at 10% p.a. for 2 years.</w:t>
      </w:r>
    </w:p>
    <w:p>
      <w:r>
        <w:t>10. Find amount on ₹10,000 at 10% p.a. for 1 year compounded half-yearly.</w:t>
      </w:r>
    </w:p>
    <w:p>
      <w:pPr>
        <w:pStyle w:val="Heading2"/>
      </w:pPr>
      <w:r>
        <w:t>Section B — Moderate</w:t>
      </w:r>
    </w:p>
    <w:p>
      <w:r>
        <w:t>11. Find CI on ₹20,000 at 8% p.a. for 2 years compounded half-yearly.</w:t>
      </w:r>
    </w:p>
    <w:p>
      <w:r>
        <w:t>12. Find amount on ₹16,000 at 12% p.a. for 1 year compounded quarterly.</w:t>
      </w:r>
    </w:p>
    <w:p>
      <w:r>
        <w:t>13. ₹10,000 earns 10% in year 1 and 20% in year 2. Find final amount under compounding.</w:t>
      </w:r>
    </w:p>
    <w:p>
      <w:r>
        <w:t>14. ₹20,000 grows at 5%, 10% and 20% in successive years. Find final amount.</w:t>
      </w:r>
    </w:p>
    <w:p>
      <w:r>
        <w:t>15. A machine worth ₹80,000 depreciates 10% annually for 2 years. Find value.</w:t>
      </w:r>
    </w:p>
    <w:p>
      <w:r>
        <w:t>16. A car worth ₹5,00,000 depreciates 8% annually for 3 years. Find value.</w:t>
      </w:r>
    </w:p>
    <w:p>
      <w:r>
        <w:t>17. Population 1,00,000 grows 5% annually for 2 years. Find final population.</w:t>
      </w:r>
    </w:p>
    <w:p>
      <w:r>
        <w:t>18. Population grows from 80,000 to 88,200 in 2 years. Find annual compound rate.</w:t>
      </w:r>
    </w:p>
    <w:p>
      <w:r>
        <w:t>19. ₹15,000 becomes ₹18,150 in 2 years under CI. Find CI.</w:t>
      </w:r>
    </w:p>
    <w:p>
      <w:r>
        <w:t>20. ₹10,000 becomes ₹12,100 in 2 years under CI. Find rate.</w:t>
      </w:r>
    </w:p>
    <w:p>
      <w:pPr>
        <w:pStyle w:val="Heading2"/>
      </w:pPr>
      <w:r>
        <w:t>Section C — Advanced</w:t>
      </w:r>
    </w:p>
    <w:p>
      <w:r>
        <w:t>21. Find principal if SI is ₹1,200 at 7.5% for 4 years.</w:t>
      </w:r>
    </w:p>
    <w:p>
      <w:r>
        <w:t>22. Find principal if CI−SI is ₹50 for 2 years at 5%.</w:t>
      </w:r>
    </w:p>
    <w:p>
      <w:r>
        <w:t>23. Compare SI and CI on ₹20,000 at 10% for 2 years.</w:t>
      </w:r>
    </w:p>
    <w:p>
      <w:r>
        <w:t>24. A sum becomes ₹12,100 in 2 years at 10% CI. Find principal.</w:t>
      </w:r>
    </w:p>
    <w:p>
      <w:r>
        <w:t>25. Find CI on ₹25,000 at 12% for 2 years compounded half-yearly.</w:t>
      </w:r>
    </w:p>
    <w:p>
      <w:r>
        <w:t>26. Find amount on ₹30,000 at 16% for 1.5 years compounded half-yearly.</w:t>
      </w:r>
    </w:p>
    <w:p>
      <w:r>
        <w:t>27. An asset depreciates 15% annually. If current value is ₹57,800 after 2 years, find original value.</w:t>
      </w:r>
    </w:p>
    <w:p>
      <w:r>
        <w:t>28. A population of 2,00,000 decreases 10% annually for 2 years. Find final population.</w:t>
      </w:r>
    </w:p>
    <w:p>
      <w:r>
        <w:t>29. A sum earns 8% in first year, 10% in second year and 12% in third year under compound growth. Find final amount on ₹10,000.</w:t>
      </w:r>
    </w:p>
    <w:p>
      <w:r>
        <w:t>30. Find the difference between CI and SI on ₹50,000 at 12% p.a. for 2 years.</w:t>
      </w:r>
    </w:p>
    <w:p>
      <w:pPr>
        <w:pStyle w:val="Heading1"/>
      </w:pPr>
      <w:r>
        <w:t>20. Answer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1. ₹1,440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2. ₹5,800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3. 5%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4. 3 years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5. ₹480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6. ₹600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7. ₹2,100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8. ₹9,261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9. ₹100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10. ₹11,025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11. ₹3,397.19 approximately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12. ₹17,992.76 approximately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13. ₹13,200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14. ₹27,720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15. ₹64,800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16. ₹3,89,344 approximately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17. ₹1,10,250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18. 5%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19. ₹3,150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20. 10%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21. ₹4,000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22. ₹20,000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23. SI ₹4,000; CI ₹4,200; difference ₹200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24. ₹10,000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25. ₹6,635.87 approximately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26. ₹37,790.50 approximately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27. ₹80,000 approximately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28. ₹1,62,000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29. ₹13,200 approximately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30. ₹720</w:t>
            </w:r>
          </w:p>
        </w:tc>
      </w:tr>
    </w:tbl>
    <w:p>
      <w:pPr>
        <w:pStyle w:val="Heading1"/>
      </w:pPr>
      <w:r>
        <w:t>21. Quick Revision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243447"/>
                <w:sz w:val="22"/>
              </w:rPr>
              <w:t>SIMPLE INTEREST</w:t>
              <w:br/>
            </w:r>
            <w:r>
              <w:rPr>
                <w:rFonts w:ascii="Trebuchet MS" w:hAnsi="Trebuchet MS"/>
                <w:sz w:val="20"/>
              </w:rPr>
              <w:t>SI=PRT/100; Amount=P+SI.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COMPOUND INTEREST</w:t>
              <w:br/>
            </w:r>
            <w:r>
              <w:rPr>
                <w:rFonts w:ascii="Trebuchet MS" w:hAnsi="Trebuchet MS"/>
                <w:sz w:val="20"/>
              </w:rPr>
              <w:t>A=P(1+R/100)^T; CI=A−P.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6F6F5"/>
          </w:tcPr>
          <w:p>
            <w:r>
              <w:rPr>
                <w:rFonts w:ascii="Georgia" w:hAnsi="Georgia"/>
                <w:b/>
                <w:color w:val="168AAD"/>
                <w:sz w:val="22"/>
              </w:rPr>
              <w:t>HALF-YEARLY</w:t>
              <w:br/>
            </w:r>
            <w:r>
              <w:rPr>
                <w:rFonts w:ascii="Trebuchet MS" w:hAnsi="Trebuchet MS"/>
                <w:sz w:val="20"/>
              </w:rPr>
              <w:t>Rate becomes R/2; number of periods becomes 2T.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FF4D6"/>
          </w:tcPr>
          <w:p>
            <w:r>
              <w:rPr>
                <w:rFonts w:ascii="Georgia" w:hAnsi="Georgia"/>
                <w:b/>
                <w:color w:val="C68A00"/>
                <w:sz w:val="22"/>
              </w:rPr>
              <w:t>QUARTERLY</w:t>
              <w:br/>
            </w:r>
            <w:r>
              <w:rPr>
                <w:rFonts w:ascii="Trebuchet MS" w:hAnsi="Trebuchet MS"/>
                <w:sz w:val="20"/>
              </w:rPr>
              <w:t>Rate becomes R/4; number of periods becomes 4T.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5EA"/>
          </w:tcPr>
          <w:p>
            <w:r>
              <w:rPr>
                <w:rFonts w:ascii="Georgia" w:hAnsi="Georgia"/>
                <w:b/>
                <w:color w:val="3A7D44"/>
                <w:sz w:val="22"/>
              </w:rPr>
              <w:t>TWO-YEAR DIFFERENCE</w:t>
              <w:br/>
            </w:r>
            <w:r>
              <w:rPr>
                <w:rFonts w:ascii="Trebuchet MS" w:hAnsi="Trebuchet MS"/>
                <w:sz w:val="20"/>
              </w:rPr>
              <w:t>CI−SI=P(R/100)^2.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CE9E3"/>
          </w:tcPr>
          <w:p>
            <w:r>
              <w:rPr>
                <w:rFonts w:ascii="Georgia" w:hAnsi="Georgia"/>
                <w:b/>
                <w:color w:val="D95D39"/>
                <w:sz w:val="22"/>
              </w:rPr>
              <w:t>DEPRECIATION</w:t>
              <w:br/>
            </w:r>
            <w:r>
              <w:rPr>
                <w:rFonts w:ascii="Trebuchet MS" w:hAnsi="Trebuchet MS"/>
                <w:sz w:val="20"/>
              </w:rPr>
              <w:t>Final value=P(1−R/100)^T.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243447"/>
                <w:sz w:val="22"/>
              </w:rPr>
              <w:t>GROWTH</w:t>
              <w:br/>
            </w:r>
            <w:r>
              <w:rPr>
                <w:rFonts w:ascii="Trebuchet MS" w:hAnsi="Trebuchet MS"/>
                <w:sz w:val="20"/>
              </w:rPr>
              <w:t>Final value=P(1+R/100)^T.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FINAL CHECK</w:t>
              <w:br/>
            </w:r>
            <w:r>
              <w:rPr>
                <w:rFonts w:ascii="Trebuchet MS" w:hAnsi="Trebuchet MS"/>
                <w:sz w:val="20"/>
              </w:rPr>
              <w:t>Always match the rate unit with the compounding/time period before substituting.</w:t>
            </w:r>
          </w:p>
        </w:tc>
      </w:tr>
    </w:tbl>
    <w:p/>
    <w:p>
      <w:pPr>
        <w:jc w:val="center"/>
      </w:pPr>
      <w:r>
        <w:rPr>
          <w:rFonts w:ascii="Georgia" w:hAnsi="Georgia"/>
          <w:b/>
          <w:color w:val="243447"/>
          <w:sz w:val="26"/>
        </w:rPr>
        <w:t>End of Chapter 11 — Simple &amp; Compound Interest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123" w:bottom="936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A4C93"/>
        <w:sz w:val="16"/>
      </w:rPr>
      <w:t>Professional Study Notes  |  Simple &amp; Compound Interest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noProof/>
      </w:rPr>
      <w:drawing>
        <wp:inline xmlns:wp="http://schemas.openxmlformats.org/drawingml/2006/wordprocessingDrawing" distT="0" distB="0" distL="0" distR="0">
          <wp:extent cx="502920" cy="433560"/>
          <wp:effectExtent l="0" t="0" r="0" b="0"/>
          <wp:docPr id="9001" name="VishvasniyaLogo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1" name="VishvasniyaLogoHeader"/>
                  <pic:cNvPicPr/>
                </pic:nvPicPr>
                <pic:blipFill>
                  <a:blip r:embed="rIdLogoImg"/>
                  <a:stretch>
                    <a:fillRect/>
                  </a:stretch>
                </pic:blipFill>
                <pic:spPr>
                  <a:xfrm>
                    <a:off x="0" y="0"/>
                    <a:ext cx="502920" cy="43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jc w:val="right"/>
    </w:pPr>
    <w:r>
      <w:rPr>
        <w:color w:val="6A4C93"/>
        <w:sz w:val="16"/>
      </w:rPr>
      <w:t>MATHEMATICS  •  CHAPTER 11  •  SIMPLE &amp; COMPOUND INTEREST</w:t>
    </w:r>
  </w:p>
  <w:p>
    <w:pPr>
      <w:pStyle w:val="Header"/>
    </w:pPr>
    <w:r>
      <w:rPr>
        <w:noProof/>
      </w:rPr>
      <w:drawing>
        <wp:anchor xmlns:wp="http://schemas.openxmlformats.org/drawingml/2006/wordprocessingDrawing" distT="0" distB="0" distL="0" distR="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5000000" cy="4310344"/>
          <wp:effectExtent l="0" t="0" r="0" b="0"/>
          <wp:wrapNone/>
          <wp:docPr id="9002" name="VishvasniyaWater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2" name="VishvasniyaWatermark"/>
                  <pic:cNvPicPr/>
                </pic:nvPicPr>
                <pic:blipFill>
                  <a:blip r:embed="rIdWatermarkImg">
                    <a:alphaModFix amt="32000"/>
                  </a:blip>
                  <a:stretch>
                    <a:fillRect/>
                  </a:stretch>
                </pic:blipFill>
                <pic:spPr>
                  <a:xfrm rot="18900000">
                    <a:off x="0" y="0"/>
                    <a:ext cx="5000000" cy="4310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rebuchet MS" w:hAnsi="Trebuchet MS"/>
      <w:color w:val="25252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243447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6A4C93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rebuchet MS" w:hAnsi="Trebuchet MS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LogoImg" Type="http://schemas.openxmlformats.org/officeDocument/2006/relationships/image" Target="media/vishvasniya_logo.jpeg"/><Relationship Id="rIdWatermarkImg" Type="http://schemas.openxmlformats.org/officeDocument/2006/relationships/image" Target="media/vishvasniya_logo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