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1F4E79"/>
            <w:tcMar>
              <w:top w:w="260" w:type="dxa"/>
              <w:start w:w="300" w:type="dxa"/>
              <w:bottom w:w="260" w:type="dxa"/>
              <w:end w:w="3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48"/>
              </w:rPr>
              <w:t>CDS MATHEMATICS PRACTICE WORKSHEET</w:t>
            </w:r>
          </w:p>
          <w:p>
            <w:pPr>
              <w:jc w:val="center"/>
            </w:pPr>
            <w:r>
              <w:rPr>
                <w:b/>
                <w:color w:val="DCF0FF"/>
                <w:sz w:val="36"/>
              </w:rPr>
              <w:t>POLYNOMIALS &amp; ALGEBRAIC IDENTITIES</w:t>
            </w:r>
          </w:p>
          <w:p>
            <w:pPr>
              <w:jc w:val="center"/>
            </w:pPr>
            <w:r>
              <w:rPr>
                <w:color w:val="FFFFFF"/>
                <w:sz w:val="23"/>
              </w:rPr>
              <w:t>Advanced Level • 50 MCQs • Step-by-Step Solutions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DDEBF7"/>
            <w:tcMar>
              <w:top w:w="160" w:type="dxa"/>
              <w:start w:w="100" w:type="dxa"/>
              <w:bottom w:w="16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1F4E79"/>
                <w:sz w:val="36"/>
              </w:rPr>
              <w:t>50</w:t>
            </w:r>
          </w:p>
          <w:p>
            <w:pPr>
              <w:jc w:val="center"/>
            </w:pPr>
            <w:r>
              <w:rPr>
                <w:color w:val="232323"/>
                <w:sz w:val="19"/>
              </w:rPr>
              <w:t>MCQs</w:t>
            </w:r>
          </w:p>
        </w:tc>
        <w:tc>
          <w:tcPr>
            <w:tcW w:type="dxa" w:w="3408"/>
            <w:shd w:fill="E2F0D9"/>
            <w:tcMar>
              <w:top w:w="160" w:type="dxa"/>
              <w:start w:w="100" w:type="dxa"/>
              <w:bottom w:w="16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1F4E79"/>
                <w:sz w:val="36"/>
              </w:rPr>
              <w:t>Advanced</w:t>
            </w:r>
          </w:p>
          <w:p>
            <w:pPr>
              <w:jc w:val="center"/>
            </w:pPr>
            <w:r>
              <w:rPr>
                <w:color w:val="232323"/>
                <w:sz w:val="19"/>
              </w:rPr>
              <w:t>Difficulty</w:t>
            </w:r>
          </w:p>
        </w:tc>
        <w:tc>
          <w:tcPr>
            <w:tcW w:type="dxa" w:w="3408"/>
            <w:shd w:fill="FCE4D6"/>
            <w:tcMar>
              <w:top w:w="160" w:type="dxa"/>
              <w:start w:w="100" w:type="dxa"/>
              <w:bottom w:w="16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1F4E79"/>
                <w:sz w:val="36"/>
              </w:rPr>
              <w:t>3</w:t>
            </w:r>
          </w:p>
          <w:p>
            <w:pPr>
              <w:jc w:val="center"/>
            </w:pPr>
            <w:r>
              <w:rPr>
                <w:color w:val="232323"/>
                <w:sz w:val="19"/>
              </w:rPr>
              <w:t>Sections</w:t>
            </w:r>
          </w:p>
        </w:tc>
      </w:tr>
    </w:tbl>
    <w:p/>
    <w:p>
      <w:pPr>
        <w:jc w:val="center"/>
      </w:pPr>
      <w:r>
        <w:rPr>
          <w:i/>
          <w:color w:val="505050"/>
          <w:sz w:val="21"/>
        </w:rPr>
        <w:t>High-yield practice covering identities, factorisation, remainder theorem, HCF/LCM, roots and degree properties.</w:t>
      </w:r>
    </w:p>
    <w:p>
      <w:r>
        <w:br w:type="page"/>
      </w:r>
    </w:p>
    <w:p>
      <w:pPr>
        <w:pStyle w:val="Heading1"/>
      </w:pPr>
      <w:r>
        <w:t>SECTION I — MULTIPLE CHOICE QUESTIONS</w:t>
      </w:r>
    </w:p>
    <w:p>
      <w:r>
        <w:rPr>
          <w:color w:val="232323"/>
        </w:rPr>
        <w:t>Choose the most appropriate answer. Work through the questions before checking the answer key.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1. If x = b + c - 2a, y = c + a - 2b, and z = a + b - 2c, then the value of x^3 + y^3 + z^3 - 3xyz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a + b + c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3(a+b+c)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(a+b+c)^3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2. If a + b + c = 0, then the expression a²/(2a² + bc) + b²/(2b² + ca) + c²/(2c² + ab) is equal to: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3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3. If x² + y² + z² = xy + yz + zx, where x, y, z are real non-zero numbers, then what is the value of (3x⁴ + 2y⁴ + 5z⁴)/(x+y+z)⁴?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10/81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1/9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10/27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4. The remainder when the polynomial P(x) = x¹⁰⁰ - 2x⁵¹ + 1 is divided by x² - 1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2x - 2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-2x + 2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x - 1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5. If x + 1/x = 1, then the value of x⁹⁹ + 1/x⁹⁹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-1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-2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6. (x - 1) and (x + 2) are factors of P(x) = x⁴ + 2x³ - 7x² - 8x + 12. What are the remaining factors?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(x - 2)(x + 3)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(x + 2)(x - 3)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(x - 2)(x - 3)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(x + 2)(x + 3)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7. If a + b + c = 6 and a³ + b³ + c³ - 3abc = 126, what is the value of ab + bc + ca?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9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8. If (x - 2) is a common factor of x² + ax + b and x² + cx + d where a ≠ c, which is correct?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2(a - c) = d - b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2(c - a) = d - b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2(a + c) = b + d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a - c = 2(d - b)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9. If x = 11, what is the value of x⁵ - 12x⁴ + 12x³ - 12x² + 12x - 1?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10. The HCF of P(x) = (x² - 5x + 6)(x - 1) and Q(x) = (x² - 4x + 3)(x - 2)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(x - 1)(x - 2)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(x - 2)(x - 3)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(x - 1)(x - 3)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(x - 1)(x - 2)(x - 3)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11. If x = ∛5 + 2, the value of x³ - 6x² + 12x - 13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5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12. If a = 997, b = 998, c = 999, the value of (a³ + b³ + c³ - 3abc)/(a+b+c)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9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13. What is the condition that x³ + 3px² + 3qx + r is divisible by x² + 2ax + a²?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p² = q and q² = pr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a = p, a² = q, a³ = r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p³ = r and q² = r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p/q = q/r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14. The polynomial x⁴ + 4 can be factored over the real numbers into: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(x² - 2x + 2)(x² + 2x + 2)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(x² - 2)(x² + 2)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(x² - 2x - 2)(x² + 2x - 2)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Cannot be factored with real coefficients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15. If (x+1) is a factor of ax⁵ + bx⁴ + cx³ + dx² + ex + f, then: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a + c + e = b + d + f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a + b + c = d + e + f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a + b + c + d + e + f =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a + d + f = b + c + 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16. What must be subtracted from x³ - 6x² - 15x + 80 so that the result is exactly divisible by x² + x - 12?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4x - 4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4x + 4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3x + 2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-4x + 4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17. If P(x) = 2x⁴ - 7x³ + ax + b is divisible by x² - 3x + 2, what are a and b?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a = -5, b = 10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a = 5, b =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a = 5, b = -6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a = 7, b = -2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18. If a/(b+c) + b/(c+a) + c/(a+b) = 1, what is a²/(b+c) + b²/(c+a) + c²/(a+b)?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-1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19. If x² - 4x + 1 = 0, what is x⁶ - 52x³ + 1?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-1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20. What is the remainder when x²⁰²⁴ + x²⁰²³ + 1 is divided by x² + x + 1?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x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x + 1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21. If the LCM of P(x) = (x-1)(x-2)(x-3) and Q(x) = (x-2)(x-3)(x-4) is divided by their HCF, the resulting expression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(x-1)(x-4)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(x-2)(x-3)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(x-1)(x-2)(x-3)(x-4)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(x-1)/(x-4)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22. If a^(1/3) + b^(1/3) + c^(1/3) = 0, then (a+b+c)³ is equal to: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9abc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27abc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3abc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81abc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23. Find [(a-b)³ + (b-c)³ + (c-a)³] / [(a²-b²)(b-c) + (b²-c²)(c-a) + (c²-a²)(a-b)].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3/(a+b+c)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3/[-(a+b+c)]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24. If x = y + z, then x³ - y³ - z³ - 3xyz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3xyz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-3xyz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25. The expression (x-a)(x-b)(x-c) simplifies to x³ - Sx² + Qx - P. What is Q?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a+b+c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ab+bc+ca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abc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a²+b²+c²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26. If x + 1/x = √3, then x¹⁸ + x¹² + x⁶ + 1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27. If f(x) = x³ + px + q is divisible by (x - 1)², then p and q are: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p = -3, q =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p = 3, q = -2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p = -2, q =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p = 2, q = -3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28. If a+b+c=0, the simplified value of 1/(a²+b²-c²) + 1/(b²+c²-a²) + 1/(c²+a²-b²)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1/(abc)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-1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29. The degree of (x+1)(x²-x+1)²(x³-1)³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18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30. If P(x)=x⁴-2x³+3x²-ax+b is divided by (x-1) and (x+1), remainders are 5 and 19 respectively. What is a+b?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-2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8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31. If x = 1/(√2+1), the value of x⁴ + 2x³ - 2x² - 2x + 1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-1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32. If a²+b²+c²=20 and a+b+c=0, then a⁴+b⁴+c⁴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100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200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400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50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33. Which is a factor of x(x+1)(x+2)(x+3) - 24?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x²+3x-4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x²+3x+4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x²-3x-4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x²-3x+4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34. If x² + 1/x² = 14, what is x⁵ + 1/x⁵ for x&gt;0?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724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726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728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730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35. The HCF of x³+x²+x+1 and x⁴-1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x+1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x²+1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(x+1)(x²+1)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x-1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36. If P(x)=x³-3x²+2x, how many real x satisfy P(P(x))=0?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9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37. If a+b+c=1, a²+b²+c²=9, and a³+b³+c³=1, then 1/a+1/b+1/c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-1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38. If roots of x³-12x²+39x-28=0 are in AP, what is the common difference?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±1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±2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±3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±4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39. What is the value of [(x+y)²-z²]/[(x+z)²-y²] + [(y+z)²-x²]/[(x+y)²-z²] + [(z+x)²-y²]/[(y+z)²-x²], when x+y+z ≠ 0?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If x ≠ y ≠ z, the sum is greater than or equal to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40. If x²-x-1=0, then x⁸+x⁻⁸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47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49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123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2207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41. If (x-k) is the HCF of x²-2x-24 and x²-kx-6, then non-zero k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-4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42. If a,b,c are distinct real numbers, the value of a(b+c)/[(a-b)(c-a)] + b(c+a)/[(b-c)(a-b)] + c(a+b)/[(c-a)(b-c)]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-2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43. If x³+y³+z³ = 3(1+xyz) and P=x+y+z, Q=xy+yz+zx, what is P³-3PQ?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9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44. When f(x) is divided by (x-3) and (x+6), remainders are 7 and -11. What is the remainder when f(x) is divided by x²+3x-18?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2x+1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2x-1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-2x+1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x+4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45. The value of (x-y)⁵+(y-z)⁵+(z-x)⁵ is always divisible by: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5(x-y)(y-z)(z-x)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(x+y+z)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(x²+y²+z²)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(x-y)²(y-z)²(z-x)²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46. If a⁴+a²b²+b⁴=8 and a²+ab+b²=4, then ab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-1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47. If (x²-x+1)/(x²+x+1) has maximum M and minimum m for real x, M·m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1/3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9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48. If x²=x+1, then x⁵ expressed as Ax+B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3x+2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5x+3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8x+5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5x+2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49. What is the remainder when (x+1)^n-x^n-1 is divided by x²+x+1 when n is odd and not divisible by 3?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x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-1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A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50. If P(x)=ax⁷+bx³+cx-5, where a,b,c are constants, and P(-7)=7, what is P(7)?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-17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-7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-12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SECTION II — ANSWER KEY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022"/>
      </w:tblGrid>
      <w:tr>
        <w:tc>
          <w:tcPr>
            <w:tcW w:type="dxa" w:w="1022"/>
            <w:shd w:fill="1F4E79"/>
            <w:vAlign w:val="center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022"/>
            <w:shd w:fill="1F4E79"/>
            <w:vAlign w:val="center"/>
          </w:tcPr>
          <w:p>
            <w:r>
              <w:rPr>
                <w:b/>
                <w:color w:val="FFFFFF"/>
              </w:rPr>
              <w:t>Correct Option</w:t>
            </w:r>
          </w:p>
        </w:tc>
        <w:tc>
          <w:tcPr>
            <w:tcW w:type="dxa" w:w="1022"/>
            <w:shd w:fill="1F4E79"/>
            <w:vAlign w:val="center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022"/>
            <w:shd w:fill="1F4E79"/>
            <w:vAlign w:val="center"/>
          </w:tcPr>
          <w:p>
            <w:r>
              <w:rPr>
                <w:b/>
                <w:color w:val="FFFFFF"/>
              </w:rPr>
              <w:t>Correct Option</w:t>
            </w:r>
          </w:p>
        </w:tc>
        <w:tc>
          <w:tcPr>
            <w:tcW w:type="dxa" w:w="1022"/>
            <w:shd w:fill="1F4E79"/>
            <w:vAlign w:val="center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022"/>
            <w:shd w:fill="1F4E79"/>
            <w:vAlign w:val="center"/>
          </w:tcPr>
          <w:p>
            <w:r>
              <w:rPr>
                <w:b/>
                <w:color w:val="FFFFFF"/>
              </w:rPr>
              <w:t>Correct Option</w:t>
            </w:r>
          </w:p>
        </w:tc>
        <w:tc>
          <w:tcPr>
            <w:tcW w:type="dxa" w:w="1022"/>
            <w:shd w:fill="1F4E79"/>
            <w:vAlign w:val="center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022"/>
            <w:shd w:fill="1F4E79"/>
            <w:vAlign w:val="center"/>
          </w:tcPr>
          <w:p>
            <w:r>
              <w:rPr>
                <w:b/>
                <w:color w:val="FFFFFF"/>
              </w:rPr>
              <w:t>Correct Option</w:t>
            </w:r>
          </w:p>
        </w:tc>
        <w:tc>
          <w:tcPr>
            <w:tcW w:type="dxa" w:w="1022"/>
            <w:shd w:fill="1F4E79"/>
            <w:vAlign w:val="center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022"/>
            <w:shd w:fill="1F4E79"/>
            <w:vAlign w:val="center"/>
          </w:tcPr>
          <w:p>
            <w:r>
              <w:rPr>
                <w:b/>
                <w:color w:val="FFFFFF"/>
              </w:rPr>
              <w:t>Correct Option</w:t>
            </w:r>
          </w:p>
        </w:tc>
      </w:tr>
      <w:tr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11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21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31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41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</w:tr>
      <w:tr>
        <w:tc>
          <w:tcPr>
            <w:tcW w:type="dxa" w:w="1022"/>
            <w:vAlign w:val="center"/>
          </w:tcPr>
          <w:p>
            <w:r>
              <w:rPr>
                <w:sz w:val="19"/>
              </w:rPr>
              <w:t>2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B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12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22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B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32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B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42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</w:tr>
      <w:tr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3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13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B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23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B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33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43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C</w:t>
            </w:r>
          </w:p>
        </w:tc>
      </w:tr>
      <w:tr>
        <w:tc>
          <w:tcPr>
            <w:tcW w:type="dxa" w:w="1022"/>
            <w:vAlign w:val="center"/>
          </w:tcPr>
          <w:p>
            <w:r>
              <w:rPr>
                <w:sz w:val="19"/>
              </w:rPr>
              <w:t>4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B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14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24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34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C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44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</w:tr>
      <w:tr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5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C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15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25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B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35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C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45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</w:tr>
      <w:tr>
        <w:tc>
          <w:tcPr>
            <w:tcW w:type="dxa" w:w="1022"/>
            <w:vAlign w:val="center"/>
          </w:tcPr>
          <w:p>
            <w:r>
              <w:rPr>
                <w:sz w:val="19"/>
              </w:rPr>
              <w:t>6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16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26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36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C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46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</w:tr>
      <w:tr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7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17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C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27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37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B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47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</w:tr>
      <w:tr>
        <w:tc>
          <w:tcPr>
            <w:tcW w:type="dxa" w:w="1022"/>
            <w:vAlign w:val="center"/>
          </w:tcPr>
          <w:p>
            <w:r>
              <w:rPr>
                <w:sz w:val="19"/>
              </w:rPr>
              <w:t>8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18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28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38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C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48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</w:tr>
      <w:tr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9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19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29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B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39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C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49</w:t>
            </w:r>
          </w:p>
        </w:tc>
        <w:tc>
          <w:tcPr>
            <w:tcW w:type="dxa" w:w="1022"/>
            <w:shd w:fill="F2F7FB"/>
            <w:vAlign w:val="center"/>
          </w:tcPr>
          <w:p>
            <w:r>
              <w:rPr>
                <w:sz w:val="19"/>
              </w:rPr>
              <w:t>A</w:t>
            </w:r>
          </w:p>
        </w:tc>
      </w:tr>
      <w:tr>
        <w:tc>
          <w:tcPr>
            <w:tcW w:type="dxa" w:w="1022"/>
            <w:vAlign w:val="center"/>
          </w:tcPr>
          <w:p>
            <w:r>
              <w:rPr>
                <w:sz w:val="19"/>
              </w:rPr>
              <w:t>10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D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20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30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40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50</w:t>
            </w:r>
          </w:p>
        </w:tc>
        <w:tc>
          <w:tcPr>
            <w:tcW w:type="dxa" w:w="1022"/>
            <w:vAlign w:val="center"/>
          </w:tcPr>
          <w:p>
            <w:r>
              <w:rPr>
                <w:sz w:val="19"/>
              </w:rPr>
              <w:t>A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2CC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E67E22"/>
              </w:rPr>
              <w:t xml:space="preserve">Editorial note: </w:t>
            </w:r>
            <w:r>
              <w:rPr>
                <w:color w:val="232323"/>
              </w:rPr>
              <w:t>The supplied worksheet contains a few internal inconsistencies in the answer key/options (notably Questions 17 and 30). The detailed solutions flag these instead of silently changing the original material.</w:t>
            </w:r>
          </w:p>
        </w:tc>
      </w:tr>
    </w:tbl>
    <w:p>
      <w:r>
        <w:br w:type="page"/>
      </w:r>
    </w:p>
    <w:p>
      <w:pPr>
        <w:pStyle w:val="Heading1"/>
      </w:pPr>
      <w:r>
        <w:t>SECTION III — DETAILED STEP-BY-STEP EXPLANATIONS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Q1.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Here x+y+z = 0. Using X³+Y³+Z³−3XYZ = (X+Y+Z)(X²+Y²+Z²−XY−YZ−ZX), the value is 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Q2.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Using a+b+c=0 and b+c=−a, simplify each denominator and combine the three cyclic terms. The expression reduces to 1.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Q3.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The condition gives (x−y)²+(y−z)²+(z−x)²=0, hence x=y=z. Substituting x=y=z gives the stated value.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Q4.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For divisor x²−1, let the remainder be Ax+B. Since P(1)=0 and P(−1)=4, A+B=0 and −A+B=4, giving A=−2, B=2.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Q5.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x+1/x=1 gives x²−x+1=0, hence x³=−1. Therefore x⁹⁹+1/x⁹⁹=−1−1=−2.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Q6.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Divide P(x) by (x−1)(x+2)=x²+x−2. The quotient is x²+x−6=(x−2)(x+3).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Q7.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Use a³+b³+c³−3abc=(a+b+c)[(a+b+c)²−3(ab+bc+ca)]. Substitution gives 126=6(36−3q), so q=5.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Q8.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Since x=2 is a root of both quadratics, 4+2a+b=0 and 4+2c+d=0. Subtracting gives 2(a−c)=d−b.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Q9.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At x=11, note x+1=12. Rearranging the expression gives x−1, so the value is 10.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Q10.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Factor P=(x−1)(x−2)(x−3), and Q=(x−1)(x−2)(x−3). Hence the HCF is the full common product.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Q11.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Let x−2=∛5. Then x³−6x²+12x−13=(x−2)³−5=0.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Q12.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Use (a³+b³+c³−3abc)/(a+b+c)=1/2[(a−b)²+(b−c)²+(c−a)²]. For 997,998,999 the result is 1/2(1+1+4)=3.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Q13.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Divisibility by (x+a)² requires the cubic to match (x+a)³, giving p=a, q=a², r=a³.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Q14.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x⁴+4=(x²+2x+2)(x²−2x+2), the Sophie Germain identity.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Q15.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If x+1 is a factor, P(−1)=0, so −a+b−c+d−e+f=0, equivalently a+c+e=b+d+f.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Q16.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Divide by x²+x−12. The remainder is 4x−4, so subtracting it makes the polynomial exactly divisible.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Q17.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Because x²−3x+2=(x−1)(x−2), P(1)=P(2)=0. These give a+b=5 and 2a+b=24, hence a=19, b=−14. (The supplied options/key do not match this calculation.)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Q18.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Multiply the given relation by a+b+c and simplify the cyclic terms; the required sum is 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Q19.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From x²−4x+1=0, x+1/x=4. Hence x³+1/x³=52, so x⁶+1/x⁶=52²−2=2702; the given expression evaluates to 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Q20.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Since x²+x+1=0 implies x³=1 and x²=−x−1, reduce powers modulo x²+x+1. The remainder is 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Q21.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HCF=(x−2)(x−3), LCM=(x−1)(x−2)(x−3)(x−4). Dividing gives (x−1)(x−4).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Q22.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Let u=∛a, v=∛b, w=∛c. Since u+v+w=0, u³+v³+w³=3uvw. Thus a+b+c=3∛(abc); cubing gives 27abc.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Q23.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Numerator =3(a−b)(b−c)(c−a). Denominator simplifies to −(a+b+c)(a−b)(b−c)(c−a), giving −3/(a+b+c).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Q24.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x=y+z means x−y−z=0. Apply the identity for three terms to x,−y,−z; the expression is 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Q25.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Expansion gives x³−(a+b+c)x²+(ab+bc+ca)x−abc, so Q=ab+bc+ca.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Q26.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x+1/x=√3 gives x²+1/x²=1 and x⁶=−1. Therefore x¹⁸+x¹²+x⁶+1=−1+1−1+1=0.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Q27.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For (x−1)² to divide f, require f(1)=0 and f′(1)=0. These give p=−3 and q=2.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Q28.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With a+b+c=0, the denominators become −2ab, −2bc, −2ca. The cyclic sum simplifies to −1/(2ab)−1/(2bc)−1/(2ca)=−(a+b+c)/(2abc)=0.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Q29.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Degrees add: 1 + 2×2 + 3×3 = 14.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Q30.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P(1)=5 gives −a+b=3. P(−1)=19 gives a+b=13. Hence a=5, b=8 and a+b=13. (The supplied options/key do not contain 13.)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Q31.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x=√2−1, so x²+2x−1=0. Reducing the polynomial using this relation gives 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Q32.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a+b+c=0 gives ab+bc+ca=−10. Also a²b²+b²c²+c²a²=100, so a⁴+b⁴+c⁴=400−200=200.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Q33.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Set y=x²+3x. Then x(x+1)(x+2)(x+3)−24=y(y+2)−24=(y+6)(y−4). Hence x²+3x−4 is a factor.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Q34.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x²+1/x²=14 gives x+1/x=4 for x&gt;0. Then x³+1/x³=52 and x⁵+1/x⁵=14×52−4=724.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Q35.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x³+x²+x+1=(x+1)(x²+1), while x⁴−1=(x−1)(x+1)(x²+1). Hence the HCF is (x+1)(x²+1).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Q36.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P(x)=x(x−1)(x−2). Thus P(P(x))=0 requires P(x)=0,1,2. These equations have 3,1,1 real roots respectively, giving 5.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Q37.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ab+bc+ca=(1−9)/2=−4. The cubic identity gives abc=−4, so (ab+bc+ca)/abc=1.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Q38.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Let roots be 4−d,4,4+d. Their product is 28, so 16−d²=7 and d=±3.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Q39.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Rewrite each numerator using difference of squares and simplify to a positive cyclic ratio. By AM-GM the sum is at least 3.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Q40.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x²−x−1=0 gives x−1/x=1. Recursively, x⁸+x⁻⁸=47.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Q41.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x²−2x−24=(x−6)(x+4). Testing the possible common linear factors gives the non-zero k=5. (The factor/HCF wording and listed options are internally inconsistent.)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Q42.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Taking distinct test values and simplifying the cyclic rational expression gives 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Q43.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Using x³+y³+z³−3xyz=(x+y+z)(x²+y²+z²−xy−yz−zx) and the given relation, P³−3PQ=3.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Q44.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Let the remainder be Ax+B. Since f(3)=7 and f(−6)=−11, solve 3A+B=7 and −6A+B=−11, giving A=2, B=1.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Q45.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The expression vanishes when any two variables are equal, so (x−y)(y−z)(z−x) is a factor; the coefficient 5 also appears in the standard factorization.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Q46.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a⁴+a²b²+b⁴=(a²+ab+b²)(a²−ab+b²). Since the first factor is 4 and the product is 8, the second is 2, giving ab=1.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Q47.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For y=(x²−x+1)/(x²+x+1), the discriminant condition gives 1/3≤y≤3. Thus Mm=1.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Q48.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From x²=x+1: x³=2x+1, x⁴=3x+2, x⁵=5x+3.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Q49.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At the cube roots of unity, x²+x+1=0. For odd n not divisible by 3, the numerator evaluates to 0, so the remainder is 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b/>
                <w:color w:val="2E75B6"/>
                <w:sz w:val="22"/>
              </w:rPr>
              <w:t xml:space="preserve">Q50.  </w:t>
            </w:r>
            <w:r>
              <w:rPr>
                <w:b/>
                <w:color w:val="7030A0"/>
                <w:sz w:val="22"/>
              </w:rPr>
              <w:t>Solution</w:t>
            </w:r>
          </w:p>
          <w:p>
            <w:pPr>
              <w:spacing w:after="0"/>
            </w:pPr>
            <w:r>
              <w:rPr>
                <w:color w:val="232323"/>
                <w:sz w:val="20"/>
              </w:rPr>
              <w:t>Let g(x)=ax⁷+bx³+cx, an odd function. P(−7)=7 gives g(−7)=12, hence g(7)=−12 and P(7)=−17.</w:t>
            </w:r>
          </w:p>
        </w:tc>
      </w:tr>
    </w:tbl>
    <w:p>
      <w:pPr>
        <w:spacing w:after="0"/>
      </w:pP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CDS Mathematics Practice Worksheet • Polynomials &amp; Algebraic Identities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3232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E75B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030A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F4E79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