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7F7F7"/>
            <w:tcMar>
              <w:top w:w="260" w:type="dxa"/>
              <w:start w:w="300" w:type="dxa"/>
              <w:bottom w:w="260" w:type="dxa"/>
              <w:end w:w="30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48"/>
              </w:rPr>
              <w:t>CDS MATHEMATICS PRACTICE WORKSHEET</w:t>
            </w:r>
          </w:p>
          <w:p>
            <w:pPr>
              <w:jc w:val="center"/>
            </w:pPr>
            <w:r>
              <w:rPr>
                <w:b/>
                <w:color w:val="E67E22"/>
                <w:sz w:val="38"/>
              </w:rPr>
              <w:t>CHAPTER 2 • QUADRATIC EQUATIONS</w:t>
            </w:r>
          </w:p>
          <w:p>
            <w:pPr>
              <w:jc w:val="center"/>
            </w:pPr>
            <w:r>
              <w:rPr>
                <w:color w:val="232323"/>
                <w:sz w:val="23"/>
              </w:rPr>
              <w:t>Advanced Level | 50 MCQs | Answer Key | Detailed Solutions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00" w:type="dxa"/>
              <w:start w:w="180" w:type="dxa"/>
              <w:bottom w:w="100" w:type="dxa"/>
              <w:end w:w="180" w:type="dxa"/>
            </w:tcMar>
          </w:tcPr>
          <w:p>
            <w:r>
              <w:rPr>
                <w:b/>
                <w:color w:val="E67E22"/>
              </w:rPr>
              <w:t xml:space="preserve">01   </w:t>
            </w:r>
            <w:r>
              <w:rPr>
                <w:b/>
                <w:color w:val="1F4E79"/>
                <w:sz w:val="22"/>
              </w:rPr>
              <w:t>Quadratic Equations — Core Concepts &amp; MCQs</w:t>
            </w:r>
          </w:p>
        </w:tc>
      </w:tr>
      <w:tr>
        <w:tc>
          <w:tcPr>
            <w:tcW w:type="dxa" w:w="10224"/>
            <w:shd w:fill="FCE4D6"/>
            <w:tcMar>
              <w:top w:w="100" w:type="dxa"/>
              <w:start w:w="180" w:type="dxa"/>
              <w:bottom w:w="100" w:type="dxa"/>
              <w:end w:w="180" w:type="dxa"/>
            </w:tcMar>
          </w:tcPr>
          <w:p>
            <w:r>
              <w:rPr>
                <w:b/>
                <w:color w:val="E67E22"/>
              </w:rPr>
              <w:t xml:space="preserve">02   </w:t>
            </w:r>
            <w:r>
              <w:rPr>
                <w:b/>
                <w:color w:val="1F4E79"/>
                <w:sz w:val="22"/>
              </w:rPr>
              <w:t>Answer Key</w:t>
            </w:r>
          </w:p>
        </w:tc>
      </w:tr>
      <w:tr>
        <w:tc>
          <w:tcPr>
            <w:tcW w:type="dxa" w:w="10224"/>
            <w:shd w:fill="EDE7F6"/>
            <w:tcMar>
              <w:top w:w="100" w:type="dxa"/>
              <w:start w:w="180" w:type="dxa"/>
              <w:bottom w:w="100" w:type="dxa"/>
              <w:end w:w="180" w:type="dxa"/>
            </w:tcMar>
          </w:tcPr>
          <w:p>
            <w:r>
              <w:rPr>
                <w:b/>
                <w:color w:val="E67E22"/>
              </w:rPr>
              <w:t xml:space="preserve">03   </w:t>
            </w:r>
            <w:r>
              <w:rPr>
                <w:b/>
                <w:color w:val="1F4E79"/>
                <w:sz w:val="22"/>
              </w:rPr>
              <w:t>Detailed Step-by-Step Solutions</w:t>
            </w:r>
          </w:p>
        </w:tc>
      </w:tr>
      <w:tr>
        <w:tc>
          <w:tcPr>
            <w:tcW w:type="dxa" w:w="10224"/>
            <w:shd w:fill="E2F0D9"/>
            <w:tcMar>
              <w:top w:w="100" w:type="dxa"/>
              <w:start w:w="180" w:type="dxa"/>
              <w:bottom w:w="100" w:type="dxa"/>
              <w:end w:w="180" w:type="dxa"/>
            </w:tcMar>
          </w:tcPr>
          <w:p>
            <w:r>
              <w:rPr>
                <w:b/>
                <w:color w:val="E67E22"/>
              </w:rPr>
              <w:t xml:space="preserve">04   </w:t>
            </w:r>
            <w:r>
              <w:rPr>
                <w:b/>
                <w:color w:val="1F4E79"/>
                <w:sz w:val="22"/>
              </w:rPr>
              <w:t>High-Yield Formula Revision</w:t>
            </w:r>
          </w:p>
        </w:tc>
      </w:tr>
    </w:tbl>
    <w:p>
      <w:r>
        <w:br w:type="page"/>
      </w:r>
    </w:p>
    <w:p>
      <w:pPr>
        <w:pStyle w:val="Heading1"/>
      </w:pPr>
      <w:r>
        <w:t>SECTION I — QUADRATIC EQUATIONS</w:t>
      </w:r>
    </w:p>
    <w:p>
      <w:r>
        <w:rPr>
          <w:color w:val="232323"/>
        </w:rPr>
        <w:t>Choose the correct option. The worksheet covers roots, discriminant, relations between roots, transformations, inequalities, and higher-order root expressions.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1. If the roots of x² − 7x + k = 0 differ by 1, then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2. If one root of 2x² − 5x + k = 0 is twice the other, then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5/2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10/9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3. If α and β are roots of x² − 6x + 4 = 0, then α²+β²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4. If the roots of x² − px + q = 0 are reciprocal to each other, then: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p=q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q=1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p=1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p+q=1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5. For what value of k does x² − 2(k+1)x + k² = 0 have equal roots?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6. If α, β are roots of x² + 3x − 5 = 0, then 1/α + 1/β equals: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3/5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−3/5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5/3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−5/3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7. If the roots of x² − 4x + 1 = 0 are α, β, then α³+β³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52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56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60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8. The equation x² − 2(a+1)x + a² = 0 has real roots for: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a ≥ −1/2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 ≥ 1/2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 ≤ 1/2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all real 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9. If α and β are roots of 3x² − 7x + 2 = 0, then α/β + β/α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37/6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31/6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25/6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13/6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10. If the roots of x² − 8x + k = 0 are in the ratio 1:3, then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11. If one root of x² + ax + 12 = 0 is 3, the other root and a are respectively: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4, −7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4, 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−4, −7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−4, 7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12. If α, β are roots of x² − 5x + 3 = 0, then (α−β)²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13. The equation (x−1)(x−3)=m has equal roots when m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−2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14. If α and β are roots of 2x² − 3x − 5 = 0, then α²β + αβ²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−15/2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15/2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−5/2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5/2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15. If the roots of ax²+bx+c=0 are equal and non-zero, then which condition is necessary?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b²=4ac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b²=−4ac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a²=4bc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c²=4ab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16. The quadratic equation whose roots are 2+√3 and 2−√3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x²−4x+1=0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x²−4x−1=0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x²+4x+1=0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x²−2x+1=0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17. If α and β are roots of x² − 3x + 1 = 0, then α⁴+β⁴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47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18. If x² + 2x + k = 0 has both roots negative, then k must satisfy: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k&gt;0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k&lt;0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k≥0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k≤0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19. If the roots of x² + px + q = 0 are 2 more than the roots of x² − 3x + 1 = 0, then p+q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20. If α, β are roots of x² − 4x + 2 = 0, then (α+1)(β+1)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21. If x² − 5x + 6 = 0, then the value of (x−1)/(x−2) for either root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 or undefined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 or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 or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 or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22. The minimum value of x² − 6x + 11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−2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23. The maximum value of −x² + 4x − 1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−3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24. If x² − 6x + 13 = 0 has roots α, β, then (α−β)²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−16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25. If α, β are roots of x² + x − 1 = 0, then α²β²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−1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1/4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26. For x² − 2x + k = 0 to have both roots greater than 1, the condition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k&gt;1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k≥1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k&lt;1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k&gt;0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27. If α, β are roots of x² − 6x + 8 = 0, the equation with roots 1/α and 1/β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8x²−6x+1=0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x²−6x+8=0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x²−3x+8=0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8x²+6x+1=0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28. If the roots of x² − 2x − 8 = 0 are α, β, then α²+β²+αβ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20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28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29. The number of real roots of x² + |x| − 2 = 0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30. The number of real roots of |x²−4|=3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31. If the equation x² − 2x + a = 0 has roots both lying between 0 and 2, then: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0&lt;a&lt;1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a&gt;1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a&lt;0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a=1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32. If α and β are roots of x² − 7x + 10 = 0, then α/β + β/α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29/10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49/10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9/10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39/10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33. If the roots of x² − (k+2)x + 2k = 0 are equal,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−2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34. If α and β are roots of x² − 4x + 1 = 0, then α⁵+β⁵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724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728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720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716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35. If x² − 3x + 1 = 0, then x⁵ can be expressed as: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11x−5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11x+5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5x−11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9x−5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36. If the roots of x² + (m−2)x + m = 0 are real, then m lies in: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m≤−2 or m≥6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−2≤m≤6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m≥2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m≤6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37. If α and β are roots of x² − 5x + 5 = 0, then α/β + β/α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5/2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7/5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38. The equation x² − 2|x| − 3 = 0 has how many real roots?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39. If α, β are roots of x² − 2x − 1 = 0, then α³β + αβ³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40. If the roots of x² − 6x + k = 0 are both greater than 2, then k must satisfy: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k&gt;8 and k&lt;9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k≥8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k&lt;9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8&lt;k≤9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41. If the roots of x² + 4x + 1 = 0 are α, β, then α²/β + β²/α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−68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68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−20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20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42. The equation x² − 2(k−1)x + k² = 0 has real roots for: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k≤1/2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k≥1/2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all k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k&lt;1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43. If α, β are roots of x² − 8x + 15 = 0, then (α−1)(β−1)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4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44. If a quadratic equation has roots α and β such that α+β=4 and αβ=−5, the equation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x²−4x−5=0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x²+4x−5=0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x²−4x+5=0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x²+4x+5=0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45. If x² + px + 4 = 0 has roots whose difference is 2, then p²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20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16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46. If α and β are roots of x² − 2x − 3 = 0, then α⁴+β⁴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98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94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82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47. The quadratic equation with roots α² and β², where α,β are roots of x²−5x+6=0,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x²−13x+36=0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x²−25x+36=0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x²−13x+6=0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x²−11x+36=0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48. If x² − 4x + k = 0 has one root twice the other, then k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32/9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8/3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4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16/9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49. If the roots of x² + ax + b = 0 are both greater than 1, then which is necessary?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a&lt;−2 and b&gt;a+1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a&gt;2 and b&gt;a+1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a&lt;−2 and b&lt;a+1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a&gt;−2 and b&gt;0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6F0FA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1F4E79"/>
                <w:sz w:val="21"/>
              </w:rPr>
              <w:t>50. If α and β are roots of x²−x−1=0, then α⁶+β⁶ is: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A) 18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B) 17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C) 13</w:t>
            </w:r>
          </w:p>
          <w:p>
            <w:pPr>
              <w:ind w:left="216"/>
            </w:pPr>
            <w:r>
              <w:rPr>
                <w:color w:val="232323"/>
                <w:sz w:val="20"/>
              </w:rPr>
              <w:t>D) 11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SECTION II — ANSWER KEY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022"/>
      </w:tblGrid>
      <w:tr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Option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Option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Option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Option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Q.No</w:t>
            </w:r>
          </w:p>
        </w:tc>
        <w:tc>
          <w:tcPr>
            <w:tcW w:type="dxa" w:w="1022"/>
            <w:shd w:fill="1F4E79"/>
          </w:tcPr>
          <w:p>
            <w:r>
              <w:rPr>
                <w:b/>
                <w:color w:val="FFFFFF"/>
              </w:rPr>
              <w:t>Option</w:t>
            </w:r>
          </w:p>
        </w:tc>
      </w:tr>
      <w:tr>
        <w:tc>
          <w:tcPr>
            <w:tcW w:type="dxa" w:w="1022"/>
            <w:shd w:fill="F2F7FB"/>
          </w:tcPr>
          <w:p>
            <w:r>
              <w:t>1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  <w:shd w:fill="F2F7FB"/>
          </w:tcPr>
          <w:p>
            <w:r>
              <w:t>11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21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31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41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</w:tcPr>
          <w:p>
            <w:r>
              <w:t>2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C</w:t>
            </w:r>
          </w:p>
        </w:tc>
        <w:tc>
          <w:tcPr>
            <w:tcW w:type="dxa" w:w="1022"/>
          </w:tcPr>
          <w:p>
            <w:r>
              <w:t>12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22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32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42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</w:tr>
      <w:tr>
        <w:tc>
          <w:tcPr>
            <w:tcW w:type="dxa" w:w="1022"/>
            <w:shd w:fill="F2F7FB"/>
          </w:tcPr>
          <w:p>
            <w:r>
              <w:t>3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13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23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33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43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</w:tcPr>
          <w:p>
            <w:r>
              <w:t>4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</w:tcPr>
          <w:p>
            <w:r>
              <w:t>14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24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34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44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  <w:shd w:fill="F2F7FB"/>
          </w:tcPr>
          <w:p>
            <w:r>
              <w:t>5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  <w:shd w:fill="F2F7FB"/>
          </w:tcPr>
          <w:p>
            <w:r>
              <w:t>15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25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35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45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</w:tcPr>
          <w:p>
            <w:r>
              <w:t>6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</w:tcPr>
          <w:p>
            <w:r>
              <w:t>16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26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36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46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  <w:shd w:fill="F2F7FB"/>
          </w:tcPr>
          <w:p>
            <w:r>
              <w:t>7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17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  <w:shd w:fill="F2F7FB"/>
          </w:tcPr>
          <w:p>
            <w:r>
              <w:t>27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37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47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</w:tcPr>
          <w:p>
            <w:r>
              <w:t>8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</w:tcPr>
          <w:p>
            <w:r>
              <w:t>18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28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</w:tcPr>
          <w:p>
            <w:r>
              <w:t>38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48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  <w:shd w:fill="F2F7FB"/>
          </w:tcPr>
          <w:p>
            <w:r>
              <w:t>9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  <w:shd w:fill="F2F7FB"/>
          </w:tcPr>
          <w:p>
            <w:r>
              <w:t>19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B</w:t>
            </w:r>
          </w:p>
        </w:tc>
        <w:tc>
          <w:tcPr>
            <w:tcW w:type="dxa" w:w="1022"/>
            <w:shd w:fill="F2F7FB"/>
          </w:tcPr>
          <w:p>
            <w:r>
              <w:t>29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39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  <w:shd w:fill="F2F7FB"/>
          </w:tcPr>
          <w:p>
            <w:r>
              <w:t>49</w:t>
            </w:r>
          </w:p>
        </w:tc>
        <w:tc>
          <w:tcPr>
            <w:tcW w:type="dxa" w:w="1022"/>
            <w:shd w:fill="F2F7FB"/>
          </w:tcPr>
          <w:p>
            <w:r>
              <w:rPr>
                <w:b/>
                <w:color w:val="277D44"/>
              </w:rPr>
              <w:t>A</w:t>
            </w:r>
          </w:p>
        </w:tc>
      </w:tr>
      <w:tr>
        <w:tc>
          <w:tcPr>
            <w:tcW w:type="dxa" w:w="1022"/>
          </w:tcPr>
          <w:p>
            <w:r>
              <w:t>10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20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A</w:t>
            </w:r>
          </w:p>
        </w:tc>
        <w:tc>
          <w:tcPr>
            <w:tcW w:type="dxa" w:w="1022"/>
          </w:tcPr>
          <w:p>
            <w:r>
              <w:t>30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C</w:t>
            </w:r>
          </w:p>
        </w:tc>
        <w:tc>
          <w:tcPr>
            <w:tcW w:type="dxa" w:w="1022"/>
          </w:tcPr>
          <w:p>
            <w:r>
              <w:t>40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D</w:t>
            </w:r>
          </w:p>
        </w:tc>
        <w:tc>
          <w:tcPr>
            <w:tcW w:type="dxa" w:w="1022"/>
          </w:tcPr>
          <w:p>
            <w:r>
              <w:t>50</w:t>
            </w:r>
          </w:p>
        </w:tc>
        <w:tc>
          <w:tcPr>
            <w:tcW w:type="dxa" w:w="1022"/>
          </w:tcPr>
          <w:p>
            <w:r>
              <w:rPr>
                <w:b/>
                <w:color w:val="277D44"/>
              </w:rPr>
              <w:t>B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2CC"/>
            <w:tcMar>
              <w:top w:w="120" w:type="dxa"/>
              <w:start w:w="140" w:type="dxa"/>
              <w:bottom w:w="110" w:type="dxa"/>
              <w:end w:w="140" w:type="dxa"/>
            </w:tcMar>
          </w:tcPr>
          <w:p>
            <w:r>
              <w:rPr>
                <w:b/>
                <w:color w:val="E67E22"/>
              </w:rPr>
              <w:t xml:space="preserve">Quality-control note: </w:t>
            </w:r>
            <w:r>
              <w:t>A few source-style questions have intentionally been flagged in their solutions where the supplied options are mathematically inconsistent. This prevents an incorrect answer from being presented as correct.</w:t>
            </w:r>
          </w:p>
        </w:tc>
      </w:tr>
    </w:tbl>
    <w:p>
      <w:r>
        <w:br w:type="page"/>
      </w:r>
    </w:p>
    <w:p>
      <w:pPr>
        <w:pStyle w:val="Heading1"/>
      </w:pPr>
      <w:r>
        <w:t>SECTION III — DETAILED STEP-BY-STEP SOLUTIONS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Let roots be α and β. Their difference squared is (α−β)²=(α+β)²−4αβ=7²−4k. Since the difference is 1, 1=49−4k, so k=12.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Let roots be r and 2r. Their sum is 3r=5/2, so r=5/6. Product is 2r²=25/18, hence k=25/18. This does not match the supplied options; the original question/options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α+β=6 and αβ=4. Thus α²+β²=(α+β)²−2αβ=36−8=28.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reciprocal roots, αβ=1. Since the product of roots is q, q=1.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Q5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Equal roots require discriminant zero: [−2(k+1)]²−4k²=0. Hence 4(2k+1)=0, so k=−1/2. The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Q6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1/α+1/β=(α+β)/(αβ)=−3/(−5)=3/5. The supplied key/options are inconsistent here.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Q7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α+β=4, αβ=1. α³+β³=(α+β)³−3αβ(α+β)=64−12=52.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Q8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Discriminant ≥0: 4(a+1)²−4a²=8a+4≥0, hence a≥−1/2.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Q9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α+β=7/3, αβ=2/3. α/β+β/α=[(α+β)²−2αβ]/αβ=(49/9−4/3)/(2/3)=37/6.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Q10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Roots in ratio 1:3 and sum 8 give roots 2 and 6. Their product is 12.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Q11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If one root is 3, the other is 12/3=4. Sum is 7, so a=−7.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Q12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(α−β)²=(α+β)²−4αβ=25−12=13.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Q13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(x−1)(x−3)=x²−4x+3. Equal roots occur when the discriminant of x²−4x+(3−m) is zero: 16−4(3−m)=0, giving m=−1.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Q14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α²β+αβ²=αβ(α+β)=(-5/2)(3/2)=−15/4. The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Q15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Equal roots require b²−4ac=0.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Q16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Sum of roots=4 and product=1, giving x²−4x+1=0.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Q17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α+β=3, αβ=1. α²+β²=7 and α⁴+β⁴=7²−2=47.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Q18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both roots negative, sum must be negative and product positive: −2&lt;0 already, and k&gt;0. Thus k&gt;0.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Q19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Original roots have sum 3 and product 1. Adding 2 to each gives new sum 7 and product 1+2(3)+4=11. So p=−7, q=11 and p+q=4; the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Q20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(α+1)(β+1)=αβ+α+β+1=2−? Here α+β=4, αβ=2, so the value is 7.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Q21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Roots are 2 and 3. For x=2 the expression is undefined; for x=3 it equals 2. Hence among roots the finite value is 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Q22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Complete square: x²−6x+11=(x−3)²+2, so minimum is 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Q23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−x²+4x−1=−(x−2)²+3, so maximum is 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Q24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x²−6x+13=0, (α−β)²=(α+β)²−4αβ=36−52=−16.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Q25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α²β²=(αβ)²=(−1)²=1.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Q26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To have both roots &gt;1, set y=x−1. Then y²+(0)y+(k−1)=0; both y positive requires k−1&gt;0 and sum 0 is impossible for distinct positive roots. Thus the stated condition is not possible; the question is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Q27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Reciprocal roots have sum (α+β)/(αβ)=6/8=3/4 and product 1/8. Hence 8x²−6x+1=0.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Q28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α+β=2, αβ=−8. α²+β²=4+16=20; adding αβ gives 12.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Q29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Let t=|x|≥0. Then t²+t−2=0 gives t=1, so x=±1: two real roots.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Q30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|x²−4|=3 gives x²−4=±3, so x²=7 or 1. Hence four real roots.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Q31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With roots in (0,2), sum 2 is fixed and product a must be positive; the roots are 1±√(1−a), requiring 0&lt;a&lt;1.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Q32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α+β=7, αβ=10. The ratio sum is [(α+β)²−2αβ]/αβ=(49−20)/10=29/10.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Q33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Equal roots: (k+2)²−8k=0 → k²−4k+4=0 → k=2.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Q34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Using recurrence S_n=4S_{n−1}−S_{n−2}, with S_0=2,S_1=4 gives S_5=724.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Q35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From x²=3x−1: x³=8x−3, x⁴=21x−8, x⁵=55x−21. The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Q36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Discriminant: (m−2)²−4m=m²−8m+4≥0, so m≤4−2√3 or m≥4+2√3. The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Q37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α+β=5, αβ=5. Ratio sum=(25−10)/5=3.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Q38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Let t=|x|. Then t²−2t−3=0 gives t=3, so x=±3: two real roots.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Q39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αβ=−1 and α+β=2. α³β+αβ³=αβ(α²+β²)=−1[(α+β)²−2αβ]=−(4+2)=−6.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Q40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both roots &gt;2, write roots r,s. Sum=6 and product k. Both exceed 2 implies k&gt;8; discriminant ≥0 gives k≤9. Hence 8&lt;k≤9.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Q41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α+β=−4, αβ=1. α²/β+β²/α=(α³+β³)/(αβ). α³+β³=(−4)³−3(1)(−4)=−52, so value −52, not −68. Supplied options are inconsistent.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Q42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Discriminant: [−2(k−1)]²−4k²=4(1−2k)≥0, so k≤1/2.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Q43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α+β=8, αβ=15. (α−1)(β−1)=15−8+1=8.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Q44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roots α,β, equation is x²−(α+β)x+αβ=0=x²−4x−5.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Q45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Difference squared=(α+β)²−4αβ=p²−16. If difference is 2, p²−16=4, so p²=20.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Q46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α+β=2, αβ=−3. S2=4+6=10; S4=10²−2(9)=82. So the supplied option key should be 82.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Q47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α²+β²=(α+β)²−2αβ=25−12=13 and α²β²=36. Hence x²−13x+36=0.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Q48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Let roots be r and 2r. Sum 3r=4 gives r=4/3, so product 32/9.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8FB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Q49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If both roots &gt;1, their sum −a&gt;2, so a&lt;−2. Also f(1)=1+a+b&gt;0 for 1 to lie outside the interval between the roots, giving b&gt;−a−1, i.e. b&gt;a+1 is not equivalent; the exact condition is b&gt;−a−1. The supplied statement is not correctly formulated.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BF8FD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2E75B6"/>
              </w:rPr>
              <w:t xml:space="preserve">Q50 — </w:t>
            </w:r>
            <w:r>
              <w:rPr>
                <w:b/>
                <w:color w:val="7030A0"/>
              </w:rPr>
              <w:t>Solution</w:t>
            </w:r>
          </w:p>
          <w:p>
            <w:pPr>
              <w:spacing w:after="0"/>
            </w:pPr>
            <w:r>
              <w:rPr>
                <w:sz w:val="20"/>
              </w:rPr>
              <w:t>For α+β=1, αβ=−1, use S_n=S_{n−1}+S_{n−2}. S0=2,S1=1 gives S6=18.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SECTION IV — HIGH-YIELD FORMULA REVISION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Roots and coefficients: </w:t>
            </w:r>
            <w:r>
              <w:t>For ax²+bx+c=0: α+β=−b/a, αβ=c/a.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Discriminant: </w:t>
            </w:r>
            <w:r>
              <w:t>D=b²−4ac. D&gt;0: two distinct real roots; D=0: equal real roots; D&lt;0: no real roots.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Difference of roots: </w:t>
            </w:r>
            <w:r>
              <w:t>(α−β)²=(α+β)²−4αβ.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Reciprocal roots: </w:t>
            </w:r>
            <w:r>
              <w:t>If α,β are roots, the reciprocal-root equation is cx²+bx+a=0.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Quadratic transformation: </w:t>
            </w:r>
            <w:r>
              <w:t>If roots are shifted by t, replace x by x−t or transform the sum and product of roots.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Root powers: </w:t>
            </w:r>
            <w:r>
              <w:t>If S_n=α^n+β^n, then S_n=(α+β)S_{n−1}−αβS_{n−2}.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Sign/location of roots: </w:t>
            </w:r>
            <w:r>
              <w:t>Use α+β, αβ and f at key points to determine whether roots are positive, negative, or lie in an interval.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8"/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r>
              <w:rPr>
                <w:b/>
                <w:color w:val="1F4E79"/>
              </w:rPr>
              <w:t xml:space="preserve">Completing square: </w:t>
            </w:r>
            <w:r>
              <w:t>ax²+bx+c=a(x+b/2a)² + (4ac−b²)/4a.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CDS Mathematics Practice Worksheet • Chapter 2: Quadratic Equations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3232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