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67814"/>
          <w:sz w:val="32"/>
        </w:rPr>
        <w:t>CHAPTER 13</w:t>
      </w:r>
    </w:p>
    <w:p>
      <w:pPr>
        <w:jc w:val="center"/>
      </w:pPr>
      <w:r>
        <w:rPr>
          <w:b/>
          <w:color w:val="144178"/>
          <w:sz w:val="60"/>
        </w:rPr>
        <w:t>QUADRATIC EQUATIONS</w:t>
      </w:r>
    </w:p>
    <w:p>
      <w:pPr>
        <w:jc w:val="center"/>
      </w:pPr>
      <w:r>
        <w:rPr>
          <w:i/>
          <w:color w:val="00787D"/>
          <w:sz w:val="26"/>
        </w:rPr>
        <w:t>Detailed Mathematics Notes</w:t>
      </w:r>
    </w:p>
    <w:p>
      <w:pPr>
        <w:pStyle w:val="Heading1"/>
      </w:pPr>
      <w:r>
        <w:t>1. Introduction to Quadratic Equations</w:t>
      </w:r>
    </w:p>
    <w:p>
      <w:r>
        <w:rPr>
          <w:b w:val="0"/>
        </w:rPr>
        <w:t>A quadratic equation is an equation in which the highest power of the variable is 2.</w:t>
      </w:r>
    </w:p>
    <w:p>
      <w:pPr>
        <w:jc w:val="center"/>
      </w:pPr>
      <w:r>
        <w:rPr>
          <w:b/>
          <w:color w:val="784600"/>
          <w:sz w:val="28"/>
        </w:rPr>
        <w:t>ax² + bx + c = 0,   a ≠ 0</w:t>
      </w:r>
    </w:p>
    <w:p>
      <w:pPr>
        <w:pStyle w:val="ListBullet"/>
      </w:pPr>
      <w:r>
        <w:t>a = coefficient of x²</w:t>
      </w:r>
    </w:p>
    <w:p>
      <w:pPr>
        <w:pStyle w:val="ListBullet"/>
      </w:pPr>
      <w:r>
        <w:t>b = coefficient of x</w:t>
      </w:r>
    </w:p>
    <w:p>
      <w:pPr>
        <w:pStyle w:val="ListBullet"/>
      </w:pPr>
      <w:r>
        <w:t>c = constant term</w:t>
      </w:r>
    </w:p>
    <w:p>
      <w:pPr>
        <w:pStyle w:val="ListBullet"/>
      </w:pPr>
      <w:r>
        <w:t>x = variable</w:t>
      </w:r>
    </w:p>
    <w:p>
      <w:r>
        <w:rPr>
          <w:b w:val="0"/>
        </w:rPr>
        <w:t>Examples: x² + 5x + 6 = 0; 2x² − 7x + 3 = 0; 3x² − 4x − 5 = 0.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FF2CC"/>
          </w:tcPr>
          <w:p>
            <w:r>
              <w:rPr>
                <w:b/>
                <w:color w:val="144178"/>
                <w:sz w:val="26"/>
              </w:rPr>
              <w:t>CONCEPT ALERT</w:t>
              <w:br/>
            </w:r>
            <w:r>
              <w:rPr>
                <w:sz w:val="23"/>
              </w:rPr>
              <w:t>A quadratic equation cannot have a = 0. If a = 0, the equation becomes linear.</w:t>
            </w:r>
          </w:p>
        </w:tc>
      </w:tr>
    </w:tbl>
    <w:p>
      <w:pPr>
        <w:pStyle w:val="Heading1"/>
      </w:pPr>
      <w:r>
        <w:t>2. Standard Form</w:t>
      </w:r>
    </w:p>
    <w:p>
      <w:r>
        <w:rPr>
          <w:b w:val="0"/>
        </w:rPr>
        <w:t>Every quadratic equation should preferably be written as ax² + bx + c = 0.</w:t>
      </w:r>
    </w:p>
    <w:p>
      <w:r>
        <w:rPr>
          <w:b w:val="0"/>
        </w:rPr>
        <w:t>Example: 3x² + 7 = 5x  →  3x² − 5x + 7 = 0, so a = 3, b = −5, c = 7.</w:t>
      </w:r>
    </w:p>
    <w:p>
      <w:pPr>
        <w:pStyle w:val="Heading1"/>
      </w:pPr>
      <w:r>
        <w:t>3. Quadratic Equation vs Quadratic Polynomial</w:t>
      </w:r>
    </w:p>
    <w:p>
      <w:r>
        <w:rPr>
          <w:b w:val="0"/>
        </w:rPr>
        <w:t>A quadratic polynomial is ax² + bx + c, whereas a quadratic equation is ax² + bx + c = 0.</w:t>
      </w:r>
    </w:p>
    <w:p>
      <w:pPr>
        <w:pStyle w:val="Heading1"/>
      </w:pPr>
      <w:r>
        <w:t>4. Methods of Solving Quadratic Equations</w:t>
      </w:r>
    </w:p>
    <w:p>
      <w:pPr>
        <w:pStyle w:val="ListBullet"/>
      </w:pPr>
      <w:r>
        <w:t>Factorisation</w:t>
      </w:r>
    </w:p>
    <w:p>
      <w:pPr>
        <w:pStyle w:val="ListBullet"/>
      </w:pPr>
      <w:r>
        <w:t>Square-root method</w:t>
      </w:r>
    </w:p>
    <w:p>
      <w:pPr>
        <w:pStyle w:val="ListBullet"/>
      </w:pPr>
      <w:r>
        <w:t>Completing the square</w:t>
      </w:r>
    </w:p>
    <w:p>
      <w:pPr>
        <w:pStyle w:val="ListBullet"/>
      </w:pPr>
      <w:r>
        <w:t>Quadratic formula</w:t>
      </w:r>
    </w:p>
    <w:p>
      <w:pPr>
        <w:pStyle w:val="Heading1"/>
      </w:pPr>
      <w:r>
        <w:t>5. Solution by Factorisation</w:t>
      </w:r>
    </w:p>
    <w:p>
      <w:r>
        <w:rPr>
          <w:b w:val="0"/>
        </w:rPr>
        <w:t>Example: x² − 5x + 6 = 0</w:t>
      </w:r>
    </w:p>
    <w:p>
      <w:r>
        <w:rPr>
          <w:b w:val="0"/>
        </w:rPr>
        <w:t>We need two numbers whose product is 6 and sum is −5: −2 and −3.</w:t>
      </w:r>
    </w:p>
    <w:p>
      <w:pPr>
        <w:jc w:val="center"/>
      </w:pPr>
      <w:r>
        <w:rPr>
          <w:b/>
          <w:color w:val="784600"/>
          <w:sz w:val="28"/>
        </w:rPr>
        <w:t>x² − 5x + 6 = (x − 2)(x − 3)</w:t>
      </w:r>
    </w:p>
    <w:p>
      <w:pPr>
        <w:jc w:val="center"/>
      </w:pPr>
      <w:r>
        <w:rPr>
          <w:b/>
          <w:color w:val="784600"/>
          <w:sz w:val="28"/>
        </w:rPr>
        <w:t>(x − 2)(x − 3) = 0  ⇒  x = 2, 3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2F0D9"/>
          </w:tcPr>
          <w:p>
            <w:r>
              <w:rPr>
                <w:b/>
                <w:color w:val="144178"/>
                <w:sz w:val="26"/>
              </w:rPr>
              <w:t>KEY LEARNING</w:t>
              <w:br/>
            </w:r>
            <w:r>
              <w:rPr>
                <w:sz w:val="23"/>
              </w:rPr>
              <w:t>When a product is zero, at least one factor must be zero.</w:t>
            </w:r>
          </w:p>
        </w:tc>
      </w:tr>
    </w:tbl>
    <w:p>
      <w:pPr>
        <w:pStyle w:val="Heading1"/>
      </w:pPr>
      <w:r>
        <w:t>6. Factorisation When the Coefficient of x² Is Not 1</w:t>
      </w:r>
    </w:p>
    <w:p>
      <w:r>
        <w:rPr>
          <w:b w:val="0"/>
        </w:rPr>
        <w:t>Example: 2x² − 7x + 3 = 0</w:t>
      </w:r>
    </w:p>
    <w:p>
      <w:r>
        <w:rPr>
          <w:b w:val="0"/>
        </w:rPr>
        <w:t>Split the middle term: 2x² − x − 6x + 3 = 0.</w:t>
      </w:r>
    </w:p>
    <w:p>
      <w:pPr>
        <w:jc w:val="center"/>
      </w:pPr>
      <w:r>
        <w:rPr>
          <w:b/>
          <w:color w:val="784600"/>
          <w:sz w:val="28"/>
        </w:rPr>
        <w:t>x(2x − 1) − 3(2x − 1) = 0</w:t>
      </w:r>
    </w:p>
    <w:p>
      <w:pPr>
        <w:jc w:val="center"/>
      </w:pPr>
      <w:r>
        <w:rPr>
          <w:b/>
          <w:color w:val="784600"/>
          <w:sz w:val="28"/>
        </w:rPr>
        <w:t>(2x − 1)(x − 3) = 0</w:t>
      </w:r>
    </w:p>
    <w:p>
      <w:pPr>
        <w:jc w:val="center"/>
      </w:pPr>
      <w:r>
        <w:rPr>
          <w:b/>
          <w:color w:val="784600"/>
          <w:sz w:val="28"/>
        </w:rPr>
        <w:t>x = 1/2, 3</w:t>
      </w:r>
    </w:p>
    <w:p>
      <w:pPr>
        <w:pStyle w:val="Heading1"/>
      </w:pPr>
      <w:r>
        <w:t>7. Square-Root Method</w:t>
      </w:r>
    </w:p>
    <w:p>
      <w:r>
        <w:rPr>
          <w:b w:val="0"/>
        </w:rPr>
        <w:t>If x² = a, then x = ±√a.</w:t>
      </w:r>
    </w:p>
    <w:p>
      <w:pPr>
        <w:jc w:val="center"/>
      </w:pPr>
      <w:r>
        <w:rPr>
          <w:b/>
          <w:color w:val="784600"/>
          <w:sz w:val="28"/>
        </w:rPr>
        <w:t>x² = 25  ⇒  x = ±5</w:t>
      </w:r>
    </w:p>
    <w:p>
      <w:pPr>
        <w:pStyle w:val="Heading1"/>
      </w:pPr>
      <w:r>
        <w:t>8. Completing the Square</w:t>
      </w:r>
    </w:p>
    <w:p>
      <w:r>
        <w:rPr>
          <w:b w:val="0"/>
        </w:rPr>
        <w:t>Example: x² + 6x + 5 = 0</w:t>
      </w:r>
    </w:p>
    <w:p>
      <w:r>
        <w:rPr>
          <w:b w:val="0"/>
        </w:rPr>
        <w:t>Move the constant: x² + 6x = −5. Add (6/2)² = 9 to both sides.</w:t>
      </w:r>
    </w:p>
    <w:p>
      <w:pPr>
        <w:jc w:val="center"/>
      </w:pPr>
      <w:r>
        <w:rPr>
          <w:b/>
          <w:color w:val="784600"/>
          <w:sz w:val="28"/>
        </w:rPr>
        <w:t>(x + 3)² = 4</w:t>
      </w:r>
    </w:p>
    <w:p>
      <w:pPr>
        <w:jc w:val="center"/>
      </w:pPr>
      <w:r>
        <w:rPr>
          <w:b/>
          <w:color w:val="784600"/>
          <w:sz w:val="28"/>
        </w:rPr>
        <w:t>x + 3 = ±2  ⇒  x = −1, −5</w:t>
      </w:r>
    </w:p>
    <w:p>
      <w:pPr>
        <w:pStyle w:val="Heading1"/>
      </w:pPr>
      <w:r>
        <w:t>9. Quadratic Formula</w:t>
      </w:r>
    </w:p>
    <w:p>
      <w:pPr>
        <w:jc w:val="center"/>
      </w:pPr>
      <w:r>
        <w:rPr>
          <w:b/>
          <w:color w:val="784600"/>
          <w:sz w:val="28"/>
        </w:rPr>
        <w:t>x = [−b ± √(b² − 4ac)] / (2a)</w:t>
      </w:r>
    </w:p>
    <w:p>
      <w:r>
        <w:rPr>
          <w:b w:val="0"/>
        </w:rPr>
        <w:t>For ax² + bx + c = 0, this formula gives both roots directly.</w:t>
      </w:r>
    </w:p>
    <w:p>
      <w:pPr>
        <w:pStyle w:val="Heading1"/>
      </w:pPr>
      <w:r>
        <w:t>10. Example Using Quadratic Formula</w:t>
      </w:r>
    </w:p>
    <w:p>
      <w:r>
        <w:rPr>
          <w:b w:val="0"/>
        </w:rPr>
        <w:t>Solve 2x² − 7x + 3 = 0.</w:t>
      </w:r>
    </w:p>
    <w:p>
      <w:pPr>
        <w:jc w:val="center"/>
      </w:pPr>
      <w:r>
        <w:rPr>
          <w:b/>
          <w:color w:val="784600"/>
          <w:sz w:val="28"/>
        </w:rPr>
        <w:t>a = 2,  b = −7,  c = 3</w:t>
      </w:r>
    </w:p>
    <w:p>
      <w:pPr>
        <w:jc w:val="center"/>
      </w:pPr>
      <w:r>
        <w:rPr>
          <w:b/>
          <w:color w:val="784600"/>
          <w:sz w:val="28"/>
        </w:rPr>
        <w:t>x = [7 ± √(49 − 24)] / 4 = [7 ± 5] / 4</w:t>
      </w:r>
    </w:p>
    <w:p>
      <w:pPr>
        <w:jc w:val="center"/>
      </w:pPr>
      <w:r>
        <w:rPr>
          <w:b/>
          <w:color w:val="784600"/>
          <w:sz w:val="28"/>
        </w:rPr>
        <w:t>x = 3  or  x = 1/2</w:t>
      </w:r>
    </w:p>
    <w:p>
      <w:pPr>
        <w:pStyle w:val="Heading1"/>
      </w:pPr>
      <w:r>
        <w:t>11. Discriminant</w:t>
      </w:r>
    </w:p>
    <w:p>
      <w:pPr>
        <w:jc w:val="center"/>
      </w:pPr>
      <w:r>
        <w:rPr>
          <w:b/>
          <w:color w:val="784600"/>
          <w:sz w:val="28"/>
        </w:rPr>
        <w:t>D = b² − 4ac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1F4E78"/>
          </w:tcPr>
          <w:p>
            <w:r>
              <w:rPr>
                <w:b/>
                <w:color w:val="FFFFFF"/>
              </w:rPr>
              <w:t>Discriminant</w:t>
            </w:r>
          </w:p>
        </w:tc>
        <w:tc>
          <w:tcPr>
            <w:tcW w:type="dxa" w:w="5184"/>
            <w:shd w:fill="1F4E78"/>
          </w:tcPr>
          <w:p>
            <w:r>
              <w:rPr>
                <w:b/>
                <w:color w:val="FFFFFF"/>
              </w:rPr>
              <w:t>Nature of Roots</w:t>
            </w:r>
          </w:p>
        </w:tc>
      </w:tr>
      <w:tr>
        <w:tc>
          <w:tcPr>
            <w:tcW w:type="dxa" w:w="5184"/>
            <w:shd w:fill="EAF4FF"/>
          </w:tcPr>
          <w:p>
            <w:r>
              <w:t>D &gt; 0</w:t>
            </w:r>
          </w:p>
        </w:tc>
        <w:tc>
          <w:tcPr>
            <w:tcW w:type="dxa" w:w="5184"/>
            <w:shd w:fill="F7F7F7"/>
          </w:tcPr>
          <w:p>
            <w:r>
              <w:t>Two distinct real roots</w:t>
            </w:r>
          </w:p>
        </w:tc>
      </w:tr>
      <w:tr>
        <w:tc>
          <w:tcPr>
            <w:tcW w:type="dxa" w:w="5184"/>
            <w:shd w:fill="EAF4FF"/>
          </w:tcPr>
          <w:p>
            <w:r>
              <w:t>D = 0</w:t>
            </w:r>
          </w:p>
        </w:tc>
        <w:tc>
          <w:tcPr>
            <w:tcW w:type="dxa" w:w="5184"/>
            <w:shd w:fill="F7F7F7"/>
          </w:tcPr>
          <w:p>
            <w:r>
              <w:t>Two equal real roots</w:t>
            </w:r>
          </w:p>
        </w:tc>
      </w:tr>
      <w:tr>
        <w:tc>
          <w:tcPr>
            <w:tcW w:type="dxa" w:w="5184"/>
            <w:shd w:fill="EAF4FF"/>
          </w:tcPr>
          <w:p>
            <w:r>
              <w:t>D &lt; 0</w:t>
            </w:r>
          </w:p>
        </w:tc>
        <w:tc>
          <w:tcPr>
            <w:tcW w:type="dxa" w:w="5184"/>
            <w:shd w:fill="F7F7F7"/>
          </w:tcPr>
          <w:p>
            <w:r>
              <w:t>No real roots</w:t>
            </w:r>
          </w:p>
        </w:tc>
      </w:tr>
    </w:tbl>
    <w:p>
      <w:pPr>
        <w:pStyle w:val="Heading1"/>
      </w:pPr>
      <w:r>
        <w:t>12. Nature of Roots</w:t>
      </w:r>
    </w:p>
    <w:p>
      <w:r>
        <w:rPr>
          <w:b w:val="0"/>
        </w:rPr>
        <w:t>If a, b and c are rational: D = a perfect square gives rational roots; D positive but not a perfect square gives irrational roots.</w:t>
      </w:r>
    </w:p>
    <w:p>
      <w:pPr>
        <w:pStyle w:val="Heading1"/>
      </w:pPr>
      <w:r>
        <w:t>13. Equal Roots</w:t>
      </w:r>
    </w:p>
    <w:p>
      <w:r>
        <w:rPr>
          <w:b w:val="0"/>
        </w:rPr>
        <w:t>Equal roots occur when D = 0.</w:t>
      </w:r>
    </w:p>
    <w:p>
      <w:pPr>
        <w:jc w:val="center"/>
      </w:pPr>
      <w:r>
        <w:rPr>
          <w:b/>
          <w:color w:val="784600"/>
          <w:sz w:val="28"/>
        </w:rPr>
        <w:t>x = −b/(2a)</w:t>
      </w:r>
    </w:p>
    <w:p>
      <w:r>
        <w:rPr>
          <w:b w:val="0"/>
        </w:rPr>
        <w:t>Example: x² − 6x + 9 = 0 gives D = 36 − 36 = 0 and repeated root x = 3.</w:t>
      </w:r>
    </w:p>
    <w:p>
      <w:pPr>
        <w:pStyle w:val="Heading1"/>
      </w:pPr>
      <w:r>
        <w:t>14. Relation Between Roots and Coefficients</w:t>
      </w:r>
    </w:p>
    <w:p>
      <w:pPr>
        <w:jc w:val="center"/>
      </w:pPr>
      <w:r>
        <w:rPr>
          <w:b/>
          <w:color w:val="784600"/>
          <w:sz w:val="28"/>
        </w:rPr>
        <w:t>α + β = −b/a</w:t>
      </w:r>
    </w:p>
    <w:p>
      <w:pPr>
        <w:jc w:val="center"/>
      </w:pPr>
      <w:r>
        <w:rPr>
          <w:b/>
          <w:color w:val="784600"/>
          <w:sz w:val="28"/>
        </w:rPr>
        <w:t>αβ = c/a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2F0D9"/>
          </w:tcPr>
          <w:p>
            <w:r>
              <w:rPr>
                <w:b/>
                <w:color w:val="144178"/>
                <w:sz w:val="26"/>
              </w:rPr>
              <w:t>REMEMBER</w:t>
              <w:br/>
            </w:r>
            <w:r>
              <w:rPr>
                <w:sz w:val="23"/>
              </w:rPr>
              <w:t>For ax² + bx + c = 0, SUM = −b/a and PRODUCT = c/a.</w:t>
            </w:r>
          </w:p>
        </w:tc>
      </w:tr>
    </w:tbl>
    <w:p>
      <w:pPr>
        <w:pStyle w:val="Heading1"/>
      </w:pPr>
      <w:r>
        <w:t>15. Example: Sum and Product of Roots</w:t>
      </w:r>
    </w:p>
    <w:p>
      <w:r>
        <w:rPr>
          <w:b w:val="0"/>
        </w:rPr>
        <w:t>For 3x² − 8x + 5 = 0:</w:t>
      </w:r>
    </w:p>
    <w:p>
      <w:pPr>
        <w:jc w:val="center"/>
      </w:pPr>
      <w:r>
        <w:rPr>
          <w:b/>
          <w:color w:val="784600"/>
          <w:sz w:val="28"/>
        </w:rPr>
        <w:t>α + β = 8/3</w:t>
      </w:r>
    </w:p>
    <w:p>
      <w:pPr>
        <w:jc w:val="center"/>
      </w:pPr>
      <w:r>
        <w:rPr>
          <w:b/>
          <w:color w:val="784600"/>
          <w:sz w:val="28"/>
        </w:rPr>
        <w:t>αβ = 5/3</w:t>
      </w:r>
    </w:p>
    <w:p>
      <w:pPr>
        <w:pStyle w:val="Heading1"/>
      </w:pPr>
      <w:r>
        <w:t>16. Finding Expressions in Roots</w:t>
      </w:r>
    </w:p>
    <w:p>
      <w:pPr>
        <w:jc w:val="center"/>
      </w:pPr>
      <w:r>
        <w:rPr>
          <w:b/>
          <w:color w:val="784600"/>
          <w:sz w:val="28"/>
        </w:rPr>
        <w:t>α² + β² = (α + β)² − 2αβ</w:t>
      </w:r>
    </w:p>
    <w:p>
      <w:pPr>
        <w:jc w:val="center"/>
      </w:pPr>
      <w:r>
        <w:rPr>
          <w:b/>
          <w:color w:val="784600"/>
          <w:sz w:val="28"/>
        </w:rPr>
        <w:t>α³ + β³ = (α + β)³ − 3αβ(α + β)</w:t>
      </w:r>
    </w:p>
    <w:p>
      <w:pPr>
        <w:jc w:val="center"/>
      </w:pPr>
      <w:r>
        <w:rPr>
          <w:b/>
          <w:color w:val="784600"/>
          <w:sz w:val="28"/>
        </w:rPr>
        <w:t>1/α + 1/β = (α + β)/(αβ)</w:t>
      </w:r>
    </w:p>
    <w:p>
      <w:pPr>
        <w:jc w:val="center"/>
      </w:pPr>
      <w:r>
        <w:rPr>
          <w:b/>
          <w:color w:val="784600"/>
          <w:sz w:val="28"/>
        </w:rPr>
        <w:t>(α − β)² = (α + β)² − 4αβ</w:t>
      </w:r>
    </w:p>
    <w:p>
      <w:pPr>
        <w:pStyle w:val="Heading1"/>
      </w:pPr>
      <w:r>
        <w:t>17. Forming a Quadratic Equation When Roots Are Given</w:t>
      </w:r>
    </w:p>
    <w:p>
      <w:pPr>
        <w:jc w:val="center"/>
      </w:pPr>
      <w:r>
        <w:rPr>
          <w:b/>
          <w:color w:val="784600"/>
          <w:sz w:val="28"/>
        </w:rPr>
        <w:t>x² − (α + β)x + αβ = 0</w:t>
      </w:r>
    </w:p>
    <w:p>
      <w:r>
        <w:rPr>
          <w:b w:val="0"/>
        </w:rPr>
        <w:t>Example: roots 2 and 5 → sum 7, product 10 → x² − 7x + 10 = 0.</w:t>
      </w:r>
    </w:p>
    <w:p>
      <w:pPr>
        <w:pStyle w:val="Heading1"/>
      </w:pPr>
      <w:r>
        <w:t>18. Equation with Roots 3 and −4</w:t>
      </w:r>
    </w:p>
    <w:p>
      <w:pPr>
        <w:jc w:val="center"/>
      </w:pPr>
      <w:r>
        <w:rPr>
          <w:b/>
          <w:color w:val="784600"/>
          <w:sz w:val="28"/>
        </w:rPr>
        <w:t>Sum = −1,  Product = −12</w:t>
      </w:r>
    </w:p>
    <w:p>
      <w:pPr>
        <w:jc w:val="center"/>
      </w:pPr>
      <w:r>
        <w:rPr>
          <w:b/>
          <w:color w:val="784600"/>
          <w:sz w:val="28"/>
        </w:rPr>
        <w:t>x² + x − 12 = 0</w:t>
      </w:r>
    </w:p>
    <w:p>
      <w:pPr>
        <w:pStyle w:val="Heading1"/>
      </w:pPr>
      <w:r>
        <w:t>19. Roots Increased by k</w:t>
      </w:r>
    </w:p>
    <w:p>
      <w:r>
        <w:rPr>
          <w:b w:val="0"/>
        </w:rPr>
        <w:t>If original roots are α and β, new roots are α + k and β + k.</w:t>
      </w:r>
    </w:p>
    <w:p>
      <w:pPr>
        <w:jc w:val="center"/>
      </w:pPr>
      <w:r>
        <w:rPr>
          <w:b/>
          <w:color w:val="784600"/>
          <w:sz w:val="28"/>
        </w:rPr>
        <w:t>New sum = α + β + 2k</w:t>
      </w:r>
    </w:p>
    <w:p>
      <w:pPr>
        <w:jc w:val="center"/>
      </w:pPr>
      <w:r>
        <w:rPr>
          <w:b/>
          <w:color w:val="784600"/>
          <w:sz w:val="28"/>
        </w:rPr>
        <w:t>New product = αβ + k(α + β) + k²</w:t>
      </w:r>
    </w:p>
    <w:p>
      <w:pPr>
        <w:pStyle w:val="Heading1"/>
      </w:pPr>
      <w:r>
        <w:t>20. Reciprocal Roots</w:t>
      </w:r>
    </w:p>
    <w:p>
      <w:pPr>
        <w:jc w:val="center"/>
      </w:pPr>
      <w:r>
        <w:rPr>
          <w:b/>
          <w:color w:val="784600"/>
          <w:sz w:val="28"/>
        </w:rPr>
        <w:t>New sum = (α + β)/(αβ)</w:t>
      </w:r>
    </w:p>
    <w:p>
      <w:pPr>
        <w:jc w:val="center"/>
      </w:pPr>
      <w:r>
        <w:rPr>
          <w:b/>
          <w:color w:val="784600"/>
          <w:sz w:val="28"/>
        </w:rPr>
        <w:t>New product = 1/(αβ)</w:t>
      </w:r>
    </w:p>
    <w:p>
      <w:pPr>
        <w:pStyle w:val="Heading1"/>
      </w:pPr>
      <w:r>
        <w:t>21. Negative of Roots</w:t>
      </w:r>
    </w:p>
    <w:p>
      <w:r>
        <w:rPr>
          <w:b w:val="0"/>
        </w:rPr>
        <w:t>If roots are α, β, then roots −α, −β have sum −(α + β) and product αβ.</w:t>
      </w:r>
    </w:p>
    <w:p>
      <w:pPr>
        <w:pStyle w:val="Heading1"/>
      </w:pPr>
      <w:r>
        <w:t>22. Sign of Roots</w:t>
      </w:r>
    </w:p>
    <w:p>
      <w:pPr>
        <w:pStyle w:val="ListBullet"/>
      </w:pPr>
      <w:r>
        <w:t>Both positive: D ≥ 0, α + β &gt; 0 and αβ &gt; 0.</w:t>
      </w:r>
    </w:p>
    <w:p>
      <w:pPr>
        <w:pStyle w:val="ListBullet"/>
      </w:pPr>
      <w:r>
        <w:t>Both negative: D ≥ 0, α + β &lt; 0 and αβ &gt; 0.</w:t>
      </w:r>
    </w:p>
    <w:p>
      <w:pPr>
        <w:pStyle w:val="ListBullet"/>
      </w:pPr>
      <w:r>
        <w:t>Opposite signs: αβ &lt; 0, so c/a &lt; 0.</w:t>
      </w:r>
    </w:p>
    <w:p>
      <w:pPr>
        <w:pStyle w:val="Heading1"/>
      </w:pPr>
      <w:r>
        <w:t>23. Conditions for Positive Roots</w:t>
      </w:r>
    </w:p>
    <w:p>
      <w:pPr>
        <w:jc w:val="center"/>
      </w:pPr>
      <w:r>
        <w:rPr>
          <w:b/>
          <w:color w:val="784600"/>
          <w:sz w:val="28"/>
        </w:rPr>
        <w:t>D ≥ 0,   −b/a &gt; 0,   c/a &gt; 0</w:t>
      </w:r>
    </w:p>
    <w:p>
      <w:r>
        <w:rPr>
          <w:b w:val="0"/>
        </w:rPr>
        <w:t>For a &gt; 0, this implies b &lt; 0 and c &gt; 0, together with D ≥ 0.</w:t>
      </w:r>
    </w:p>
    <w:p>
      <w:pPr>
        <w:pStyle w:val="Heading1"/>
      </w:pPr>
      <w:r>
        <w:t>24. Conditions for Negative Roots</w:t>
      </w:r>
    </w:p>
    <w:p>
      <w:pPr>
        <w:jc w:val="center"/>
      </w:pPr>
      <w:r>
        <w:rPr>
          <w:b/>
          <w:color w:val="784600"/>
          <w:sz w:val="28"/>
        </w:rPr>
        <w:t>D ≥ 0,   −b/a &lt; 0,   c/a &gt; 0</w:t>
      </w:r>
    </w:p>
    <w:p>
      <w:r>
        <w:rPr>
          <w:b w:val="0"/>
        </w:rPr>
        <w:t>For a &gt; 0, this implies b &gt; 0 and c &gt; 0, together with D ≥ 0.</w:t>
      </w:r>
    </w:p>
    <w:p>
      <w:pPr>
        <w:pStyle w:val="Heading1"/>
      </w:pPr>
      <w:r>
        <w:t>25. Maximum and Minimum Value of a Quadratic</w:t>
      </w:r>
    </w:p>
    <w:p>
      <w:pPr>
        <w:jc w:val="center"/>
      </w:pPr>
      <w:r>
        <w:rPr>
          <w:b/>
          <w:color w:val="784600"/>
          <w:sz w:val="28"/>
        </w:rPr>
        <w:t>x = −b/(2a)</w:t>
      </w:r>
    </w:p>
    <w:p>
      <w:pPr>
        <w:jc w:val="center"/>
      </w:pPr>
      <w:r>
        <w:rPr>
          <w:b/>
          <w:color w:val="784600"/>
          <w:sz w:val="28"/>
        </w:rPr>
        <w:t>Extreme value = (4ac − b²)/(4a)</w:t>
      </w:r>
    </w:p>
    <w:p>
      <w:pPr>
        <w:pStyle w:val="ListBullet"/>
      </w:pPr>
      <w:r>
        <w:t>If a &gt; 0, the parabola opens upward and has a minimum.</w:t>
      </w:r>
    </w:p>
    <w:p>
      <w:pPr>
        <w:pStyle w:val="ListBullet"/>
      </w:pPr>
      <w:r>
        <w:t>If a &lt; 0, the parabola opens downward and has a maximum.</w:t>
      </w:r>
    </w:p>
    <w:p>
      <w:pPr>
        <w:pStyle w:val="Heading1"/>
      </w:pPr>
      <w:r>
        <w:t>26. Vertex Form</w:t>
      </w:r>
    </w:p>
    <w:p>
      <w:pPr>
        <w:jc w:val="center"/>
      </w:pPr>
      <w:r>
        <w:rPr>
          <w:b/>
          <w:color w:val="784600"/>
          <w:sz w:val="28"/>
        </w:rPr>
        <w:t>y = a(x − h)² + k</w:t>
      </w:r>
    </w:p>
    <w:p>
      <w:r>
        <w:rPr>
          <w:b w:val="0"/>
        </w:rPr>
        <w:t>The vertex is (h, k). Example: y = (x − 3)² + 5 has vertex (3, 5).</w:t>
      </w:r>
    </w:p>
    <w:p>
      <w:pPr>
        <w:pStyle w:val="Heading1"/>
      </w:pPr>
      <w:r>
        <w:t>27. Axis of Symmetry</w:t>
      </w:r>
    </w:p>
    <w:p>
      <w:pPr>
        <w:jc w:val="center"/>
      </w:pPr>
      <w:r>
        <w:rPr>
          <w:b/>
          <w:color w:val="784600"/>
          <w:sz w:val="28"/>
        </w:rPr>
        <w:t>x = −b/(2a)</w:t>
      </w:r>
    </w:p>
    <w:p>
      <w:r>
        <w:rPr>
          <w:b w:val="0"/>
        </w:rPr>
        <w:t>This is the x-coordinate of the vertex.</w:t>
      </w:r>
    </w:p>
    <w:p>
      <w:pPr>
        <w:pStyle w:val="Heading1"/>
      </w:pPr>
      <w:r>
        <w:t>28. Graph of a Quadratic</w:t>
      </w:r>
    </w:p>
    <w:p>
      <w:r>
        <w:rPr>
          <w:b w:val="0"/>
        </w:rPr>
        <w:t>The graph of a quadratic equation is a parabola.</w:t>
      </w:r>
    </w:p>
    <w:p>
      <w:pPr>
        <w:pStyle w:val="ListBullet"/>
      </w:pPr>
      <w:r>
        <w:t>a &gt; 0 → opens upward</w:t>
      </w:r>
    </w:p>
    <w:p>
      <w:pPr>
        <w:pStyle w:val="ListBullet"/>
      </w:pPr>
      <w:r>
        <w:t>a &lt; 0 → opens downward</w:t>
      </w:r>
    </w:p>
    <w:p>
      <w:pPr>
        <w:pStyle w:val="ListBullet"/>
      </w:pPr>
      <w:r>
        <w:t>Real roots correspond to x-intercepts</w:t>
      </w:r>
    </w:p>
    <w:p>
      <w:pPr>
        <w:pStyle w:val="Heading1"/>
      </w:pPr>
      <w:r>
        <w:t>29. Relationship Between Discriminant and Graph</w:t>
      </w:r>
    </w:p>
    <w:p>
      <w:pPr>
        <w:pStyle w:val="ListBullet"/>
      </w:pPr>
      <w:r>
        <w:t>D &gt; 0 → cuts x-axis at two points.</w:t>
      </w:r>
    </w:p>
    <w:p>
      <w:pPr>
        <w:pStyle w:val="ListBullet"/>
      </w:pPr>
      <w:r>
        <w:t>D = 0 → touches x-axis at one point.</w:t>
      </w:r>
    </w:p>
    <w:p>
      <w:pPr>
        <w:pStyle w:val="ListBullet"/>
      </w:pPr>
      <w:r>
        <w:t>D &lt; 0 → does not meet x-axis.</w:t>
      </w:r>
    </w:p>
    <w:p>
      <w:pPr>
        <w:pStyle w:val="Heading1"/>
      </w:pPr>
      <w:r>
        <w:t>30. Important Special Quadratic Equations</w:t>
      </w:r>
    </w:p>
    <w:p>
      <w:pPr>
        <w:jc w:val="center"/>
      </w:pPr>
      <w:r>
        <w:rPr>
          <w:b/>
          <w:color w:val="784600"/>
          <w:sz w:val="28"/>
        </w:rPr>
        <w:t>x² − a² = 0  ⇒  x = ±a</w:t>
      </w:r>
    </w:p>
    <w:p>
      <w:pPr>
        <w:jc w:val="center"/>
      </w:pPr>
      <w:r>
        <w:rPr>
          <w:b/>
          <w:color w:val="784600"/>
          <w:sz w:val="28"/>
        </w:rPr>
        <w:t>x² + 2ax + a² = 0  ⇒  (x + a)² = 0  ⇒  x = −a</w:t>
      </w:r>
    </w:p>
    <w:p>
      <w:pPr>
        <w:pStyle w:val="Heading1"/>
      </w:pPr>
      <w:r>
        <w:t>31. Quadratic Equations in Disguise</w:t>
      </w:r>
    </w:p>
    <w:p>
      <w:r>
        <w:rPr>
          <w:b w:val="0"/>
        </w:rPr>
        <w:t>Example: x⁴ − 5x² + 4 = 0. Put y = x². Then y² − 5y + 4 = 0, giving y = 1 or 4. Hence x = ±1, ±2.</w:t>
      </w:r>
    </w:p>
    <w:p>
      <w:pPr>
        <w:pStyle w:val="Heading1"/>
      </w:pPr>
      <w:r>
        <w:t>32. Biquadratic Equations</w:t>
      </w:r>
    </w:p>
    <w:p>
      <w:pPr>
        <w:jc w:val="center"/>
      </w:pPr>
      <w:r>
        <w:rPr>
          <w:b/>
          <w:color w:val="784600"/>
          <w:sz w:val="28"/>
        </w:rPr>
        <w:t>ax⁴ + bx² + c = 0</w:t>
      </w:r>
    </w:p>
    <w:p>
      <w:r>
        <w:rPr>
          <w:b w:val="0"/>
        </w:rPr>
        <w:t>Use y = x² to reduce the equation to a quadratic in y, then return to x.</w:t>
      </w:r>
    </w:p>
    <w:p>
      <w:pPr>
        <w:pStyle w:val="Heading1"/>
      </w:pPr>
      <w:r>
        <w:t>33. Important Algebraic Application</w:t>
      </w:r>
    </w:p>
    <w:p>
      <w:pPr>
        <w:jc w:val="center"/>
      </w:pPr>
      <w:r>
        <w:rPr>
          <w:b/>
          <w:color w:val="784600"/>
          <w:sz w:val="28"/>
        </w:rPr>
        <w:t>If x + 1/x = k, then x² + 1/x² = k² − 2</w:t>
      </w:r>
    </w:p>
    <w:p>
      <w:pPr>
        <w:jc w:val="center"/>
      </w:pPr>
      <w:r>
        <w:rPr>
          <w:b/>
          <w:color w:val="784600"/>
          <w:sz w:val="28"/>
        </w:rPr>
        <w:t>x³ + 1/x³ = k³ − 3k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CE4D6"/>
          </w:tcPr>
          <w:p>
            <w:r>
              <w:rPr>
                <w:b/>
                <w:color w:val="144178"/>
                <w:sz w:val="26"/>
              </w:rPr>
              <w:t>SOLVED EXAMPLE</w:t>
              <w:br/>
            </w:r>
            <w:r>
              <w:rPr>
                <w:sz w:val="23"/>
              </w:rPr>
              <w:t>If x + 1/x = 5, then x² + 1/x² = 25 − 2 = 23.</w:t>
            </w:r>
          </w:p>
        </w:tc>
      </w:tr>
    </w:tbl>
    <w:p>
      <w:pPr>
        <w:pStyle w:val="Heading1"/>
      </w:pPr>
      <w:r>
        <w:t>34. Difference Between Roots and Discriminant</w:t>
      </w:r>
    </w:p>
    <w:p>
      <w:pPr>
        <w:jc w:val="center"/>
      </w:pPr>
      <w:r>
        <w:rPr>
          <w:b/>
          <w:color w:val="784600"/>
          <w:sz w:val="28"/>
        </w:rPr>
        <w:t>(α − β)² = D/a²</w:t>
      </w:r>
    </w:p>
    <w:p>
      <w:r>
        <w:rPr>
          <w:b w:val="0"/>
        </w:rPr>
        <w:t>This follows from (α − β)² = (α + β)² − 4αβ and directly connects the separation of roots with the discriminant.</w:t>
      </w:r>
    </w:p>
    <w:p>
      <w:pPr>
        <w:pStyle w:val="Heading1"/>
      </w:pPr>
      <w:r>
        <w:t>35. Solved Example — Root Expression</w:t>
      </w:r>
    </w:p>
    <w:p>
      <w:r>
        <w:rPr>
          <w:b w:val="0"/>
        </w:rPr>
        <w:t>For x² − 8x + 12 = 0, find α² + β².</w:t>
      </w:r>
    </w:p>
    <w:p>
      <w:pPr>
        <w:jc w:val="center"/>
      </w:pPr>
      <w:r>
        <w:rPr>
          <w:b/>
          <w:color w:val="784600"/>
          <w:sz w:val="28"/>
        </w:rPr>
        <w:t>α + β = 8,  αβ = 12</w:t>
      </w:r>
    </w:p>
    <w:p>
      <w:pPr>
        <w:jc w:val="center"/>
      </w:pPr>
      <w:r>
        <w:rPr>
          <w:b/>
          <w:color w:val="784600"/>
          <w:sz w:val="28"/>
        </w:rPr>
        <w:t>α² + β² = 8² − 2(12) = 64 − 24 = 40</w:t>
      </w:r>
    </w:p>
    <w:p>
      <w:pPr>
        <w:jc w:val="center"/>
      </w:pPr>
      <w:r>
        <w:rPr>
          <w:b/>
          <w:color w:val="784600"/>
          <w:sz w:val="28"/>
        </w:rPr>
        <w:t>Answer = 40</w:t>
      </w:r>
    </w:p>
    <w:p>
      <w:pPr>
        <w:pStyle w:val="Heading1"/>
      </w:pPr>
      <w:r>
        <w:t>36. Solved Example — Reciprocal Roots</w:t>
      </w:r>
    </w:p>
    <w:p>
      <w:r>
        <w:rPr>
          <w:b w:val="0"/>
        </w:rPr>
        <w:t>For 2x² − 5x + 2 = 0, find 1/α + 1/β.</w:t>
      </w:r>
    </w:p>
    <w:p>
      <w:pPr>
        <w:jc w:val="center"/>
      </w:pPr>
      <w:r>
        <w:rPr>
          <w:b/>
          <w:color w:val="784600"/>
          <w:sz w:val="28"/>
        </w:rPr>
        <w:t>α + β = 5/2,  αβ = 1</w:t>
      </w:r>
    </w:p>
    <w:p>
      <w:pPr>
        <w:jc w:val="center"/>
      </w:pPr>
      <w:r>
        <w:rPr>
          <w:b/>
          <w:color w:val="784600"/>
          <w:sz w:val="28"/>
        </w:rPr>
        <w:t>1/α + 1/β = (α + β)/(αβ) = 5/2</w:t>
      </w:r>
    </w:p>
    <w:p>
      <w:pPr>
        <w:pStyle w:val="Heading1"/>
      </w:pPr>
      <w:r>
        <w:t>37. Solved Example — Parameter</w:t>
      </w:r>
    </w:p>
    <w:p>
      <w:r>
        <w:rPr>
          <w:b w:val="0"/>
        </w:rPr>
        <w:t>For what value of k will x² − 6x + k = 0 have equal roots?</w:t>
      </w:r>
    </w:p>
    <w:p>
      <w:pPr>
        <w:jc w:val="center"/>
      </w:pPr>
      <w:r>
        <w:rPr>
          <w:b/>
          <w:color w:val="784600"/>
          <w:sz w:val="28"/>
        </w:rPr>
        <w:t>D = 0</w:t>
      </w:r>
    </w:p>
    <w:p>
      <w:pPr>
        <w:jc w:val="center"/>
      </w:pPr>
      <w:r>
        <w:rPr>
          <w:b/>
          <w:color w:val="784600"/>
          <w:sz w:val="28"/>
        </w:rPr>
        <w:t>36 − 4k = 0  ⇒  k = 9</w:t>
      </w:r>
    </w:p>
    <w:p>
      <w:pPr>
        <w:pStyle w:val="Heading1"/>
      </w:pPr>
      <w:r>
        <w:t>38. Solved Example — Quadratic Inequality</w:t>
      </w:r>
    </w:p>
    <w:p>
      <w:r>
        <w:rPr>
          <w:b w:val="0"/>
        </w:rPr>
        <w:t>Solve x² − 5x + 6 &lt; 0.</w:t>
      </w:r>
    </w:p>
    <w:p>
      <w:pPr>
        <w:jc w:val="center"/>
      </w:pPr>
      <w:r>
        <w:rPr>
          <w:b/>
          <w:color w:val="784600"/>
          <w:sz w:val="28"/>
        </w:rPr>
        <w:t>(x − 2)(x − 3) &lt; 0</w:t>
      </w:r>
    </w:p>
    <w:p>
      <w:pPr>
        <w:jc w:val="center"/>
      </w:pPr>
      <w:r>
        <w:rPr>
          <w:b/>
          <w:color w:val="784600"/>
          <w:sz w:val="28"/>
        </w:rPr>
        <w:t>Therefore, 2 &lt; x &lt; 3</w:t>
      </w:r>
    </w:p>
    <w:p>
      <w:pPr>
        <w:pStyle w:val="Heading1"/>
      </w:pPr>
      <w:r>
        <w:t>39. Quadratic Inequality Sign Rules</w:t>
      </w:r>
    </w:p>
    <w:p>
      <w:pPr>
        <w:jc w:val="center"/>
      </w:pPr>
      <w:r>
        <w:rPr>
          <w:b/>
          <w:color w:val="784600"/>
          <w:sz w:val="28"/>
        </w:rPr>
        <w:t>(x − a)(x − b) &gt; 0,  a &lt; b  ⇒  x &lt; a or x &gt; b</w:t>
      </w:r>
    </w:p>
    <w:p>
      <w:pPr>
        <w:jc w:val="center"/>
      </w:pPr>
      <w:r>
        <w:rPr>
          <w:b/>
          <w:color w:val="784600"/>
          <w:sz w:val="28"/>
        </w:rPr>
        <w:t>(x − a)(x − b) &lt; 0,  a &lt; b  ⇒  a &lt; x &lt; b</w:t>
      </w:r>
    </w:p>
    <w:p>
      <w:pPr>
        <w:pStyle w:val="Heading1"/>
      </w:pPr>
      <w:r>
        <w:t>40. COMPLETE FORMULA SHEET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  <w:shd w:fill="1F4E78"/>
          </w:tcPr>
          <w:p>
            <w:r>
              <w:rPr>
                <w:b/>
                <w:color w:val="FFFFFF"/>
              </w:rPr>
              <w:t>Concept</w:t>
            </w:r>
          </w:p>
        </w:tc>
        <w:tc>
          <w:tcPr>
            <w:tcW w:type="dxa" w:w="5184"/>
            <w:shd w:fill="1F4E78"/>
          </w:tcPr>
          <w:p>
            <w:r>
              <w:rPr>
                <w:b/>
                <w:color w:val="FFFFFF"/>
              </w:rPr>
              <w:t>Formula</w:t>
            </w:r>
          </w:p>
        </w:tc>
      </w:tr>
      <w:tr>
        <w:tc>
          <w:tcPr>
            <w:tcW w:type="dxa" w:w="5184"/>
            <w:shd w:fill="EAF4FF"/>
          </w:tcPr>
          <w:p>
            <w:r>
              <w:t>Quadratic equation</w:t>
            </w:r>
          </w:p>
        </w:tc>
        <w:tc>
          <w:tcPr>
            <w:tcW w:type="dxa" w:w="5184"/>
            <w:shd w:fill="FFF2CC"/>
          </w:tcPr>
          <w:p>
            <w:r>
              <w:t>ax² + bx + c = 0</w:t>
            </w:r>
          </w:p>
        </w:tc>
      </w:tr>
      <w:tr>
        <w:tc>
          <w:tcPr>
            <w:tcW w:type="dxa" w:w="5184"/>
            <w:shd w:fill="EAF4FF"/>
          </w:tcPr>
          <w:p>
            <w:r>
              <w:t>Roots</w:t>
            </w:r>
          </w:p>
        </w:tc>
        <w:tc>
          <w:tcPr>
            <w:tcW w:type="dxa" w:w="5184"/>
            <w:shd w:fill="FFF2CC"/>
          </w:tcPr>
          <w:p>
            <w:r>
              <w:t>x = [−b ± √(b² − 4ac)]/(2a)</w:t>
            </w:r>
          </w:p>
        </w:tc>
      </w:tr>
      <w:tr>
        <w:tc>
          <w:tcPr>
            <w:tcW w:type="dxa" w:w="5184"/>
            <w:shd w:fill="EAF4FF"/>
          </w:tcPr>
          <w:p>
            <w:r>
              <w:t>Discriminant</w:t>
            </w:r>
          </w:p>
        </w:tc>
        <w:tc>
          <w:tcPr>
            <w:tcW w:type="dxa" w:w="5184"/>
            <w:shd w:fill="FFF2CC"/>
          </w:tcPr>
          <w:p>
            <w:r>
              <w:t>D = b² − 4ac</w:t>
            </w:r>
          </w:p>
        </w:tc>
      </w:tr>
      <w:tr>
        <w:tc>
          <w:tcPr>
            <w:tcW w:type="dxa" w:w="5184"/>
            <w:shd w:fill="EAF4FF"/>
          </w:tcPr>
          <w:p>
            <w:r>
              <w:t>Sum of roots</w:t>
            </w:r>
          </w:p>
        </w:tc>
        <w:tc>
          <w:tcPr>
            <w:tcW w:type="dxa" w:w="5184"/>
            <w:shd w:fill="FFF2CC"/>
          </w:tcPr>
          <w:p>
            <w:r>
              <w:t>α + β = −b/a</w:t>
            </w:r>
          </w:p>
        </w:tc>
      </w:tr>
      <w:tr>
        <w:tc>
          <w:tcPr>
            <w:tcW w:type="dxa" w:w="5184"/>
            <w:shd w:fill="EAF4FF"/>
          </w:tcPr>
          <w:p>
            <w:r>
              <w:t>Product of roots</w:t>
            </w:r>
          </w:p>
        </w:tc>
        <w:tc>
          <w:tcPr>
            <w:tcW w:type="dxa" w:w="5184"/>
            <w:shd w:fill="FFF2CC"/>
          </w:tcPr>
          <w:p>
            <w:r>
              <w:t>αβ = c/a</w:t>
            </w:r>
          </w:p>
        </w:tc>
      </w:tr>
      <w:tr>
        <w:tc>
          <w:tcPr>
            <w:tcW w:type="dxa" w:w="5184"/>
            <w:shd w:fill="EAF4FF"/>
          </w:tcPr>
          <w:p>
            <w:r>
              <w:t>Difference of roots</w:t>
            </w:r>
          </w:p>
        </w:tc>
        <w:tc>
          <w:tcPr>
            <w:tcW w:type="dxa" w:w="5184"/>
            <w:shd w:fill="FFF2CC"/>
          </w:tcPr>
          <w:p>
            <w:r>
              <w:t>(α − β)² = D/a²</w:t>
            </w:r>
          </w:p>
        </w:tc>
      </w:tr>
      <w:tr>
        <w:tc>
          <w:tcPr>
            <w:tcW w:type="dxa" w:w="5184"/>
            <w:shd w:fill="EAF4FF"/>
          </w:tcPr>
          <w:p>
            <w:r>
              <w:t>Axis of symmetry</w:t>
            </w:r>
          </w:p>
        </w:tc>
        <w:tc>
          <w:tcPr>
            <w:tcW w:type="dxa" w:w="5184"/>
            <w:shd w:fill="FFF2CC"/>
          </w:tcPr>
          <w:p>
            <w:r>
              <w:t>x = −b/(2a)</w:t>
            </w:r>
          </w:p>
        </w:tc>
      </w:tr>
      <w:tr>
        <w:tc>
          <w:tcPr>
            <w:tcW w:type="dxa" w:w="5184"/>
            <w:shd w:fill="EAF4FF"/>
          </w:tcPr>
          <w:p>
            <w:r>
              <w:t>Vertex value</w:t>
            </w:r>
          </w:p>
        </w:tc>
        <w:tc>
          <w:tcPr>
            <w:tcW w:type="dxa" w:w="5184"/>
            <w:shd w:fill="FFF2CC"/>
          </w:tcPr>
          <w:p>
            <w:r>
              <w:t>(4ac − b²)/(4a)</w:t>
            </w:r>
          </w:p>
        </w:tc>
      </w:tr>
      <w:tr>
        <w:tc>
          <w:tcPr>
            <w:tcW w:type="dxa" w:w="5184"/>
            <w:shd w:fill="EAF4FF"/>
          </w:tcPr>
          <w:p>
            <w:r>
              <w:t>Equation from roots</w:t>
            </w:r>
          </w:p>
        </w:tc>
        <w:tc>
          <w:tcPr>
            <w:tcW w:type="dxa" w:w="5184"/>
            <w:shd w:fill="FFF2CC"/>
          </w:tcPr>
          <w:p>
            <w:r>
              <w:t>x² − (α + β)x + αβ = 0</w:t>
            </w:r>
          </w:p>
        </w:tc>
      </w:tr>
    </w:tbl>
    <w:p>
      <w:pPr>
        <w:pStyle w:val="Heading1"/>
      </w:pPr>
      <w:r>
        <w:t>41. QUICK REVISION</w:t>
      </w:r>
    </w:p>
    <w:p>
      <w:pPr>
        <w:pStyle w:val="ListBullet"/>
      </w:pPr>
      <w:r>
        <w:t>General form: ax² + bx + c = 0, a ≠ 0.</w:t>
      </w:r>
    </w:p>
    <w:p>
      <w:pPr>
        <w:pStyle w:val="ListBullet"/>
      </w:pPr>
      <w:r>
        <w:t>Quadratic formula: x = [−b ± √(b² − 4ac)]/(2a).</w:t>
      </w:r>
    </w:p>
    <w:p>
      <w:pPr>
        <w:pStyle w:val="ListBullet"/>
      </w:pPr>
      <w:r>
        <w:t>Discriminant: D = b² − 4ac.</w:t>
      </w:r>
    </w:p>
    <w:p>
      <w:pPr>
        <w:pStyle w:val="ListBullet"/>
      </w:pPr>
      <w:r>
        <w:t>D &gt; 0: two distinct real roots; D = 0: equal roots; D &lt; 0: no real roots.</w:t>
      </w:r>
    </w:p>
    <w:p>
      <w:pPr>
        <w:pStyle w:val="ListBullet"/>
      </w:pPr>
      <w:r>
        <w:t>Sum of roots = −b/a; product of roots = c/a.</w:t>
      </w:r>
    </w:p>
    <w:p>
      <w:pPr>
        <w:pStyle w:val="ListBullet"/>
      </w:pPr>
      <w:r>
        <w:t>Axis of symmetry = −b/(2a).</w:t>
      </w:r>
    </w:p>
    <w:p>
      <w:pPr>
        <w:pStyle w:val="ListBullet"/>
      </w:pPr>
      <w:r>
        <w:t>a &gt; 0 gives a minimum; a &lt; 0 gives a maximum.</w:t>
      </w:r>
    </w:p>
    <w:p>
      <w:pPr>
        <w:pStyle w:val="ListBullet"/>
      </w:pPr>
      <w:r>
        <w:t>Use y = x² for many biquadratic equations.</w:t>
      </w:r>
    </w:p>
    <w:p>
      <w:pPr>
        <w:pStyle w:val="ListBullet"/>
      </w:pPr>
      <w:r>
        <w:t>For quadratic inequalities, determine the critical roots and use interval signs.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E2F0D9"/>
          </w:tcPr>
          <w:p>
            <w:r>
              <w:rPr>
                <w:b/>
                <w:color w:val="144178"/>
                <w:sz w:val="26"/>
              </w:rPr>
              <w:t>FINAL REVISION BOX</w:t>
              <w:br/>
            </w:r>
            <w:r>
              <w:rPr>
                <w:sz w:val="23"/>
              </w:rPr>
              <w:t>The most important relationships are: D = b² − 4ac; α + β = −b/a; αβ = c/a; x = −b/(2a); and x = [−b ± √D]/(2a).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8"/>
      </w:rPr>
      <w:t>Quadratic Equations • Detailed Notes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color w:val="646464"/>
        <w:sz w:val="18"/>
      </w:rPr>
      <w:t>MATHEMATICS • CHAPTER 13 • QUADRATIC EQUATIONS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23232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45A96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787D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44178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