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67814"/>
          <w:sz w:val="32"/>
        </w:rPr>
        <w:t>CHAPTER 14</w:t>
      </w:r>
    </w:p>
    <w:p>
      <w:pPr>
        <w:jc w:val="center"/>
      </w:pPr>
      <w:r>
        <w:rPr>
          <w:b/>
          <w:color w:val="144178"/>
          <w:sz w:val="60"/>
        </w:rPr>
        <w:t>INEQUALITIES</w:t>
      </w:r>
    </w:p>
    <w:p>
      <w:pPr>
        <w:jc w:val="center"/>
      </w:pPr>
      <w:r>
        <w:rPr>
          <w:i/>
          <w:color w:val="00787D"/>
          <w:sz w:val="26"/>
        </w:rPr>
        <w:t>Detailed Mathematics Notes</w:t>
      </w:r>
    </w:p>
    <w:p>
      <w:pPr>
        <w:pStyle w:val="Heading1"/>
      </w:pPr>
      <w:r>
        <w:t>1. Introduction to Inequalities</w:t>
      </w:r>
    </w:p>
    <w:p>
      <w:r>
        <w:rPr>
          <w:b w:val="0"/>
        </w:rPr>
        <w:t>An inequality compares two quantities that are not necessarily equal. The common symbols are &gt;, &lt;, ≥, ≤ and ≠.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1F4E78"/>
          </w:tcPr>
          <w:p>
            <w:r>
              <w:rPr>
                <w:b/>
                <w:color w:val="FFFFFF"/>
              </w:rPr>
              <w:t>Symbol</w:t>
            </w:r>
          </w:p>
        </w:tc>
        <w:tc>
          <w:tcPr>
            <w:tcW w:type="dxa" w:w="3456"/>
            <w:shd w:fill="1F4E78"/>
          </w:tcPr>
          <w:p>
            <w:r>
              <w:rPr>
                <w:b/>
                <w:color w:val="FFFFFF"/>
              </w:rPr>
              <w:t>Meaning</w:t>
            </w:r>
          </w:p>
        </w:tc>
        <w:tc>
          <w:tcPr>
            <w:tcW w:type="dxa" w:w="3456"/>
            <w:shd w:fill="1F4E78"/>
          </w:tcPr>
          <w:p>
            <w:r>
              <w:rPr>
                <w:b/>
                <w:color w:val="FFFFFF"/>
              </w:rPr>
              <w:t>Example</w:t>
            </w:r>
          </w:p>
        </w:tc>
      </w:tr>
      <w:tr>
        <w:tc>
          <w:tcPr>
            <w:tcW w:type="dxa" w:w="3456"/>
            <w:shd w:fill="EAF4FF"/>
          </w:tcPr>
          <w:p>
            <w:r>
              <w:t>&gt;</w:t>
            </w:r>
          </w:p>
        </w:tc>
        <w:tc>
          <w:tcPr>
            <w:tcW w:type="dxa" w:w="3456"/>
            <w:shd w:fill="F7F7F7"/>
          </w:tcPr>
          <w:p>
            <w:r>
              <w:t>Greater than</w:t>
            </w:r>
          </w:p>
        </w:tc>
        <w:tc>
          <w:tcPr>
            <w:tcW w:type="dxa" w:w="3456"/>
            <w:shd w:fill="F7F7F7"/>
          </w:tcPr>
          <w:p>
            <w:r>
              <w:t>7 &gt; 4</w:t>
            </w:r>
          </w:p>
        </w:tc>
      </w:tr>
      <w:tr>
        <w:tc>
          <w:tcPr>
            <w:tcW w:type="dxa" w:w="3456"/>
            <w:shd w:fill="EAF4FF"/>
          </w:tcPr>
          <w:p>
            <w:r>
              <w:t>&lt;</w:t>
            </w:r>
          </w:p>
        </w:tc>
        <w:tc>
          <w:tcPr>
            <w:tcW w:type="dxa" w:w="3456"/>
            <w:shd w:fill="F7F7F7"/>
          </w:tcPr>
          <w:p>
            <w:r>
              <w:t>Less than</w:t>
            </w:r>
          </w:p>
        </w:tc>
        <w:tc>
          <w:tcPr>
            <w:tcW w:type="dxa" w:w="3456"/>
            <w:shd w:fill="F7F7F7"/>
          </w:tcPr>
          <w:p>
            <w:r>
              <w:t>3 &lt; 8</w:t>
            </w:r>
          </w:p>
        </w:tc>
      </w:tr>
      <w:tr>
        <w:tc>
          <w:tcPr>
            <w:tcW w:type="dxa" w:w="3456"/>
            <w:shd w:fill="EAF4FF"/>
          </w:tcPr>
          <w:p>
            <w:r>
              <w:t>≥</w:t>
            </w:r>
          </w:p>
        </w:tc>
        <w:tc>
          <w:tcPr>
            <w:tcW w:type="dxa" w:w="3456"/>
            <w:shd w:fill="F7F7F7"/>
          </w:tcPr>
          <w:p>
            <w:r>
              <w:t>Greater than or equal to</w:t>
            </w:r>
          </w:p>
        </w:tc>
        <w:tc>
          <w:tcPr>
            <w:tcW w:type="dxa" w:w="3456"/>
            <w:shd w:fill="F7F7F7"/>
          </w:tcPr>
          <w:p>
            <w:r>
              <w:t>x ≥ 5</w:t>
            </w:r>
          </w:p>
        </w:tc>
      </w:tr>
      <w:tr>
        <w:tc>
          <w:tcPr>
            <w:tcW w:type="dxa" w:w="3456"/>
            <w:shd w:fill="EAF4FF"/>
          </w:tcPr>
          <w:p>
            <w:r>
              <w:t>≤</w:t>
            </w:r>
          </w:p>
        </w:tc>
        <w:tc>
          <w:tcPr>
            <w:tcW w:type="dxa" w:w="3456"/>
            <w:shd w:fill="F7F7F7"/>
          </w:tcPr>
          <w:p>
            <w:r>
              <w:t>Less than or equal to</w:t>
            </w:r>
          </w:p>
        </w:tc>
        <w:tc>
          <w:tcPr>
            <w:tcW w:type="dxa" w:w="3456"/>
            <w:shd w:fill="F7F7F7"/>
          </w:tcPr>
          <w:p>
            <w:r>
              <w:t>x ≤ 10</w:t>
            </w:r>
          </w:p>
        </w:tc>
      </w:tr>
      <w:tr>
        <w:tc>
          <w:tcPr>
            <w:tcW w:type="dxa" w:w="3456"/>
            <w:shd w:fill="EAF4FF"/>
          </w:tcPr>
          <w:p>
            <w:r>
              <w:t>≠</w:t>
            </w:r>
          </w:p>
        </w:tc>
        <w:tc>
          <w:tcPr>
            <w:tcW w:type="dxa" w:w="3456"/>
            <w:shd w:fill="F7F7F7"/>
          </w:tcPr>
          <w:p>
            <w:r>
              <w:t>Not equal to</w:t>
            </w:r>
          </w:p>
        </w:tc>
        <w:tc>
          <w:tcPr>
            <w:tcW w:type="dxa" w:w="3456"/>
            <w:shd w:fill="F7F7F7"/>
          </w:tcPr>
          <w:p>
            <w:r>
              <w:t>x ≠ 3</w:t>
            </w:r>
          </w:p>
        </w:tc>
      </w:tr>
    </w:tbl>
    <w:p>
      <w:pPr>
        <w:pStyle w:val="Heading1"/>
      </w:pPr>
      <w:r>
        <w:t>2. Basic Properties of Inequalities</w:t>
      </w:r>
    </w:p>
    <w:p>
      <w:pPr>
        <w:pStyle w:val="ListBullet"/>
      </w:pPr>
      <w:r>
        <w:t>If a&gt;b, then a+c&gt;b+c and a−c&gt;b−c.</w:t>
      </w:r>
    </w:p>
    <w:p>
      <w:pPr>
        <w:pStyle w:val="ListBullet"/>
      </w:pPr>
      <w:r>
        <w:t>If a&gt;b and c&gt;0, then ac&gt;bc.</w:t>
      </w:r>
    </w:p>
    <w:p>
      <w:pPr>
        <w:pStyle w:val="ListBullet"/>
      </w:pPr>
      <w:r>
        <w:t>If a&gt;b and c&lt;0, then ac&lt;bc. The sign reverses when multiplying or dividing by a negative number.</w:t>
      </w:r>
    </w:p>
    <w:p>
      <w:pPr>
        <w:pStyle w:val="Heading1"/>
      </w:pPr>
      <w:r>
        <w:t>3. Solving Linear Inequalities</w:t>
      </w:r>
    </w:p>
    <w:p>
      <w:pPr>
        <w:pStyle w:val="ListBullet"/>
      </w:pPr>
      <w:r>
        <w:t>Example: 3x+5&gt;14 → 3x&gt;9 → x&gt;3.</w:t>
      </w:r>
    </w:p>
    <w:p>
      <w:pPr>
        <w:pStyle w:val="ListBullet"/>
      </w:pPr>
      <w:r>
        <w:t>Example: −2x+7≥15 → −2x≥8 → x≤−4.</w:t>
      </w:r>
    </w:p>
    <w:p>
      <w:pPr>
        <w:pStyle w:val="Heading1"/>
      </w:pPr>
      <w:r>
        <w:t>4. Compound Inequalities</w:t>
      </w:r>
    </w:p>
    <w:p>
      <w:pPr>
        <w:pStyle w:val="ListBullet"/>
      </w:pPr>
      <w:r>
        <w:t>Example: 2&lt;x+3≤8. Subtract 3 throughout: −1&lt;x≤5.</w:t>
      </w:r>
    </w:p>
    <w:p>
      <w:pPr>
        <w:pStyle w:val="Heading1"/>
      </w:pPr>
      <w:r>
        <w:t>5. Interval Notation</w:t>
      </w:r>
    </w:p>
    <w:p>
      <w:pPr>
        <w:pStyle w:val="ListBullet"/>
      </w:pPr>
      <w:r>
        <w:t>x&gt;a → (a,∞); x≥a → [a,∞); x&lt;a → (−∞,a); x≤a → (−∞,a].</w:t>
      </w:r>
    </w:p>
    <w:p>
      <w:pPr>
        <w:pStyle w:val="ListBullet"/>
      </w:pPr>
      <w:r>
        <w:t>a&lt;x&lt;b → (a,b); a≤x≤b → [a,b]. Round brackets exclude endpoints; square brackets include them.</w:t>
      </w:r>
    </w:p>
    <w:p>
      <w:pPr>
        <w:pStyle w:val="Heading1"/>
      </w:pPr>
      <w:r>
        <w:t>6. Number-Line Representation</w:t>
      </w:r>
    </w:p>
    <w:p>
      <w:pPr>
        <w:pStyle w:val="ListBullet"/>
      </w:pPr>
      <w:r>
        <w:t>For x&gt;3 use an open circle at 3 and shade right. For x≥3 use a closed circle at 3 and shade right.</w:t>
      </w:r>
    </w:p>
    <w:p>
      <w:pPr>
        <w:pStyle w:val="Heading1"/>
      </w:pPr>
      <w:r>
        <w:t>7. Linear Inequalities in Two Variables</w:t>
      </w:r>
    </w:p>
    <w:p>
      <w:pPr>
        <w:pStyle w:val="ListBullet"/>
      </w:pPr>
      <w:r>
        <w:t>x+y&gt;5 has boundary x+y=5, but the boundary is excluded. x+y≥5 includes the boundary.</w:t>
      </w:r>
    </w:p>
    <w:p>
      <w:pPr>
        <w:pStyle w:val="Heading1"/>
      </w:pPr>
      <w:r>
        <w:t>8. Important Sign Rule</w:t>
      </w:r>
    </w:p>
    <w:p>
      <w:pPr>
        <w:pStyle w:val="ListBullet"/>
      </w:pPr>
      <w:r>
        <w:t>For ax&gt;b: if a&gt;0, x&gt;b/a; if a&lt;0, x&lt;b/a.</w:t>
      </w:r>
    </w:p>
    <w:p>
      <w:pPr>
        <w:pStyle w:val="Heading1"/>
      </w:pPr>
      <w:r>
        <w:t>9. Absolute Value Inequalities</w:t>
      </w:r>
    </w:p>
    <w:p>
      <w:r>
        <w:rPr>
          <w:b w:val="0"/>
        </w:rPr>
        <w:t>Absolute value represents distance from zero.</w:t>
      </w:r>
    </w:p>
    <w:p>
      <w:pPr>
        <w:jc w:val="center"/>
      </w:pPr>
      <w:r>
        <w:rPr>
          <w:b/>
          <w:color w:val="784600"/>
          <w:sz w:val="28"/>
        </w:rPr>
        <w:t>|x|&lt;a  ⇒  −a&lt;x&lt;a</w:t>
      </w:r>
    </w:p>
    <w:p>
      <w:pPr>
        <w:jc w:val="center"/>
      </w:pPr>
      <w:r>
        <w:rPr>
          <w:b/>
          <w:color w:val="784600"/>
          <w:sz w:val="28"/>
        </w:rPr>
        <w:t>|x|≤a  ⇒  −a≤x≤a</w:t>
      </w:r>
    </w:p>
    <w:p>
      <w:pPr>
        <w:jc w:val="center"/>
      </w:pPr>
      <w:r>
        <w:rPr>
          <w:b/>
          <w:color w:val="784600"/>
          <w:sz w:val="28"/>
        </w:rPr>
        <w:t>|x|&gt;a  ⇒  x&lt;−a or x&gt;a</w:t>
      </w:r>
    </w:p>
    <w:p>
      <w:pPr>
        <w:jc w:val="center"/>
      </w:pPr>
      <w:r>
        <w:rPr>
          <w:b/>
          <w:color w:val="784600"/>
          <w:sz w:val="28"/>
        </w:rPr>
        <w:t>|x|≥a  ⇒  x≤−a or x≥a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2CC"/>
          </w:tcPr>
          <w:p>
            <w:r>
              <w:rPr>
                <w:b/>
                <w:color w:val="144178"/>
                <w:sz w:val="26"/>
              </w:rPr>
              <w:t>QUICK MEMORY RULE</w:t>
              <w:br/>
            </w:r>
            <w:r>
              <w:t>|x|&lt;a means BETWEEN.  |x|&gt;a means OUTSIDE.</w:t>
            </w:r>
          </w:p>
        </w:tc>
      </w:tr>
    </w:tbl>
    <w:p>
      <w:pPr>
        <w:pStyle w:val="Heading1"/>
      </w:pPr>
      <w:r>
        <w:t>10. Absolute Value with a Shift</w:t>
      </w:r>
    </w:p>
    <w:p>
      <w:r>
        <w:rPr>
          <w:b w:val="0"/>
        </w:rPr>
        <w:t>|x−3|≤5 means the distance of x from 3 is at most 5.</w:t>
      </w:r>
    </w:p>
    <w:p>
      <w:pPr>
        <w:jc w:val="center"/>
      </w:pPr>
      <w:r>
        <w:rPr>
          <w:b/>
          <w:color w:val="784600"/>
          <w:sz w:val="28"/>
        </w:rPr>
        <w:t>−5≤x−3≤5  ⇒  −2≤x≤8</w:t>
      </w:r>
    </w:p>
    <w:p>
      <w:pPr>
        <w:pStyle w:val="Heading1"/>
      </w:pPr>
      <w:r>
        <w:t>11. Example</w:t>
      </w:r>
    </w:p>
    <w:p>
      <w:r>
        <w:rPr>
          <w:b w:val="0"/>
        </w:rPr>
        <w:t>Solve |2x−1|&lt;7.</w:t>
      </w:r>
    </w:p>
    <w:p>
      <w:pPr>
        <w:jc w:val="center"/>
      </w:pPr>
      <w:r>
        <w:rPr>
          <w:b/>
          <w:color w:val="784600"/>
          <w:sz w:val="28"/>
        </w:rPr>
        <w:t>−7&lt;2x−1&lt;7</w:t>
      </w:r>
    </w:p>
    <w:p>
      <w:pPr>
        <w:jc w:val="center"/>
      </w:pPr>
      <w:r>
        <w:rPr>
          <w:b/>
          <w:color w:val="784600"/>
          <w:sz w:val="28"/>
        </w:rPr>
        <w:t>−6&lt;2x&lt;8  ⇒  −3&lt;x&lt;4</w:t>
      </w:r>
    </w:p>
    <w:p>
      <w:pPr>
        <w:pStyle w:val="Heading1"/>
      </w:pPr>
      <w:r>
        <w:t>12. Quadratic Inequalities</w:t>
      </w:r>
    </w:p>
    <w:p>
      <w:r>
        <w:rPr>
          <w:b w:val="0"/>
        </w:rPr>
        <w:t>A quadratic inequality has forms ax²+bx+c&gt;0, &lt;0, ≥0 or ≤0.</w:t>
      </w:r>
    </w:p>
    <w:p>
      <w:r>
        <w:rPr>
          <w:b w:val="0"/>
        </w:rPr>
        <w:t>Method: factor or find roots, mark critical points, determine signs in each interval, then select the required intervals.</w:t>
      </w:r>
    </w:p>
    <w:p>
      <w:pPr>
        <w:pStyle w:val="Heading1"/>
      </w:pPr>
      <w:r>
        <w:t>13. Example: Quadratic Inequality</w:t>
      </w:r>
    </w:p>
    <w:p>
      <w:r>
        <w:rPr>
          <w:b w:val="0"/>
        </w:rPr>
        <w:t>Solve x²−5x+6&gt;0.</w:t>
      </w:r>
    </w:p>
    <w:p>
      <w:pPr>
        <w:jc w:val="center"/>
      </w:pPr>
      <w:r>
        <w:rPr>
          <w:b/>
          <w:color w:val="784600"/>
          <w:sz w:val="28"/>
        </w:rPr>
        <w:t>(x−2)(x−3)&gt;0</w:t>
      </w:r>
    </w:p>
    <w:p>
      <w:r>
        <w:rPr>
          <w:b w:val="0"/>
        </w:rPr>
        <w:t>The product is positive outside the roots.</w:t>
      </w:r>
    </w:p>
    <w:p>
      <w:pPr>
        <w:jc w:val="center"/>
      </w:pPr>
      <w:r>
        <w:rPr>
          <w:b/>
          <w:color w:val="784600"/>
          <w:sz w:val="28"/>
        </w:rPr>
        <w:t>x&lt;2  or  x&gt;3</w:t>
      </w:r>
    </w:p>
    <w:p>
      <w:pPr>
        <w:pStyle w:val="Heading1"/>
      </w:pPr>
      <w:r>
        <w:t>14. Important Quadratic Sign Pattern</w:t>
      </w:r>
    </w:p>
    <w:p>
      <w:pPr>
        <w:jc w:val="center"/>
      </w:pPr>
      <w:r>
        <w:rPr>
          <w:b/>
          <w:color w:val="784600"/>
          <w:sz w:val="28"/>
        </w:rPr>
        <w:t>(x−a)(x−b)&gt;0, a&lt;b  ⇒  x&lt;a or x&gt;b</w:t>
      </w:r>
    </w:p>
    <w:p>
      <w:pPr>
        <w:jc w:val="center"/>
      </w:pPr>
      <w:r>
        <w:rPr>
          <w:b/>
          <w:color w:val="784600"/>
          <w:sz w:val="28"/>
        </w:rPr>
        <w:t>(x−a)(x−b)&lt;0, a&lt;b  ⇒  a&lt;x&lt;b</w:t>
      </w:r>
    </w:p>
    <w:p>
      <w:pPr>
        <w:pStyle w:val="Heading1"/>
      </w:pPr>
      <w:r>
        <w:t>15. Negative Leading Coefficient</w:t>
      </w:r>
    </w:p>
    <w:p>
      <w:r>
        <w:rPr>
          <w:b w:val="0"/>
        </w:rPr>
        <w:t>For −x²+5x−6&gt;0, write −(x−2)(x−3)&gt;0. The negative sign reverses the sign pattern.</w:t>
      </w:r>
    </w:p>
    <w:p>
      <w:pPr>
        <w:jc w:val="center"/>
      </w:pPr>
      <w:r>
        <w:rPr>
          <w:b/>
          <w:color w:val="784600"/>
          <w:sz w:val="28"/>
        </w:rPr>
        <w:t>2&lt;x&lt;3</w:t>
      </w:r>
    </w:p>
    <w:p>
      <w:pPr>
        <w:pStyle w:val="Heading1"/>
      </w:pPr>
      <w:r>
        <w:t>16. Quadratic Inequality with Equal Roots</w:t>
      </w:r>
    </w:p>
    <w:p>
      <w:r>
        <w:rPr>
          <w:b w:val="0"/>
        </w:rPr>
        <w:t>x²−6x+9≥0 → (x−3)²≥0. A square is always non-negative.</w:t>
      </w:r>
    </w:p>
    <w:p>
      <w:pPr>
        <w:jc w:val="center"/>
      </w:pPr>
      <w:r>
        <w:rPr>
          <w:b/>
          <w:color w:val="784600"/>
          <w:sz w:val="28"/>
        </w:rPr>
        <w:t>Solution: x∈R</w:t>
      </w:r>
    </w:p>
    <w:p>
      <w:pPr>
        <w:pStyle w:val="Heading1"/>
      </w:pPr>
      <w:r>
        <w:t>17. Quadratic Expression Always Positive</w:t>
      </w:r>
    </w:p>
    <w:p>
      <w:r>
        <w:rPr>
          <w:b w:val="0"/>
        </w:rPr>
        <w:t>If a&gt;0 and D&lt;0, then ax²+bx+c&gt;0 for every real x.</w:t>
      </w:r>
    </w:p>
    <w:p>
      <w:r>
        <w:rPr>
          <w:b w:val="0"/>
        </w:rPr>
        <w:t>Example: x²+2x+5 has D=−16 and therefore is always positive.</w:t>
      </w:r>
    </w:p>
    <w:p>
      <w:pPr>
        <w:pStyle w:val="Heading1"/>
      </w:pPr>
      <w:r>
        <w:t>18. Quadratic Expression Always Negative</w:t>
      </w:r>
    </w:p>
    <w:p>
      <w:r>
        <w:rPr>
          <w:b w:val="0"/>
        </w:rPr>
        <w:t>If a&lt;0 and D&lt;0, then the quadratic expression is always negative.</w:t>
      </w:r>
    </w:p>
    <w:p>
      <w:r>
        <w:rPr>
          <w:b w:val="0"/>
        </w:rPr>
        <w:t>Example: −x²+2x−5 has D=−16 and is always negative.</w:t>
      </w:r>
    </w:p>
    <w:p>
      <w:pPr>
        <w:pStyle w:val="Heading1"/>
      </w:pPr>
      <w:r>
        <w:t>19. Rational Inequalities</w:t>
      </w:r>
    </w:p>
    <w:p>
      <w:r>
        <w:rPr>
          <w:b w:val="0"/>
        </w:rPr>
        <w:t>Rational inequalities contain fractions involving the variable. Critical points come from numerator zeros and denominator zeros.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CE4D6"/>
          </w:tcPr>
          <w:p>
            <w:r>
              <w:rPr>
                <w:b/>
                <w:color w:val="144178"/>
                <w:sz w:val="26"/>
              </w:rPr>
              <w:t>IMPORTANT</w:t>
              <w:br/>
            </w:r>
            <w:r>
              <w:t>A denominator can never be zero, so denominator-zero points are always excluded from the solution.</w:t>
            </w:r>
          </w:p>
        </w:tc>
      </w:tr>
    </w:tbl>
    <w:p>
      <w:pPr>
        <w:pStyle w:val="Heading1"/>
      </w:pPr>
      <w:r>
        <w:t>20. Solving a Rational Inequality</w:t>
      </w:r>
    </w:p>
    <w:p>
      <w:r>
        <w:rPr>
          <w:b w:val="0"/>
        </w:rPr>
        <w:t>Solve (x−2)/(x+3)&gt;0.</w:t>
      </w:r>
    </w:p>
    <w:p>
      <w:r>
        <w:rPr>
          <w:b w:val="0"/>
        </w:rPr>
        <w:t>Critical points: x=−3 and x=2.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1F4E78"/>
          </w:tcPr>
          <w:p>
            <w:r>
              <w:rPr>
                <w:b/>
                <w:color w:val="FFFFFF"/>
              </w:rPr>
              <w:t>Interval</w:t>
            </w:r>
          </w:p>
        </w:tc>
        <w:tc>
          <w:tcPr>
            <w:tcW w:type="dxa" w:w="2592"/>
            <w:shd w:fill="1F4E78"/>
          </w:tcPr>
          <w:p>
            <w:r>
              <w:rPr>
                <w:b/>
                <w:color w:val="FFFFFF"/>
              </w:rPr>
              <w:t>Numerator</w:t>
            </w:r>
          </w:p>
        </w:tc>
        <w:tc>
          <w:tcPr>
            <w:tcW w:type="dxa" w:w="2592"/>
            <w:shd w:fill="1F4E78"/>
          </w:tcPr>
          <w:p>
            <w:r>
              <w:rPr>
                <w:b/>
                <w:color w:val="FFFFFF"/>
              </w:rPr>
              <w:t>Denominator</w:t>
            </w:r>
          </w:p>
        </w:tc>
        <w:tc>
          <w:tcPr>
            <w:tcW w:type="dxa" w:w="2592"/>
            <w:shd w:fill="1F4E78"/>
          </w:tcPr>
          <w:p>
            <w:r>
              <w:rPr>
                <w:b/>
                <w:color w:val="FFFFFF"/>
              </w:rPr>
              <w:t>Fraction</w:t>
            </w:r>
          </w:p>
        </w:tc>
      </w:tr>
      <w:tr>
        <w:tc>
          <w:tcPr>
            <w:tcW w:type="dxa" w:w="2592"/>
            <w:shd w:fill="F7F7F7"/>
          </w:tcPr>
          <w:p>
            <w:r>
              <w:t>x&lt;−3</w:t>
            </w:r>
          </w:p>
        </w:tc>
        <w:tc>
          <w:tcPr>
            <w:tcW w:type="dxa" w:w="2592"/>
            <w:shd w:fill="F7F7F7"/>
          </w:tcPr>
          <w:p>
            <w:r>
              <w:t>−</w:t>
            </w:r>
          </w:p>
        </w:tc>
        <w:tc>
          <w:tcPr>
            <w:tcW w:type="dxa" w:w="2592"/>
            <w:shd w:fill="F7F7F7"/>
          </w:tcPr>
          <w:p>
            <w:r>
              <w:t>−</w:t>
            </w:r>
          </w:p>
        </w:tc>
        <w:tc>
          <w:tcPr>
            <w:tcW w:type="dxa" w:w="2592"/>
            <w:shd w:fill="EAF4FF"/>
          </w:tcPr>
          <w:p>
            <w:r>
              <w:t>+</w:t>
            </w:r>
          </w:p>
        </w:tc>
      </w:tr>
      <w:tr>
        <w:tc>
          <w:tcPr>
            <w:tcW w:type="dxa" w:w="2592"/>
            <w:shd w:fill="F7F7F7"/>
          </w:tcPr>
          <w:p>
            <w:r>
              <w:t>−3&lt;x&lt;2</w:t>
            </w:r>
          </w:p>
        </w:tc>
        <w:tc>
          <w:tcPr>
            <w:tcW w:type="dxa" w:w="2592"/>
            <w:shd w:fill="F7F7F7"/>
          </w:tcPr>
          <w:p>
            <w:r>
              <w:t>−</w:t>
            </w:r>
          </w:p>
        </w:tc>
        <w:tc>
          <w:tcPr>
            <w:tcW w:type="dxa" w:w="2592"/>
            <w:shd w:fill="F7F7F7"/>
          </w:tcPr>
          <w:p>
            <w:r>
              <w:t>+</w:t>
            </w:r>
          </w:p>
        </w:tc>
        <w:tc>
          <w:tcPr>
            <w:tcW w:type="dxa" w:w="2592"/>
            <w:shd w:fill="EAF4FF"/>
          </w:tcPr>
          <w:p>
            <w:r>
              <w:t>−</w:t>
            </w:r>
          </w:p>
        </w:tc>
      </w:tr>
      <w:tr>
        <w:tc>
          <w:tcPr>
            <w:tcW w:type="dxa" w:w="2592"/>
            <w:shd w:fill="F7F7F7"/>
          </w:tcPr>
          <w:p>
            <w:r>
              <w:t>x&gt;2</w:t>
            </w:r>
          </w:p>
        </w:tc>
        <w:tc>
          <w:tcPr>
            <w:tcW w:type="dxa" w:w="2592"/>
            <w:shd w:fill="F7F7F7"/>
          </w:tcPr>
          <w:p>
            <w:r>
              <w:t>+</w:t>
            </w:r>
          </w:p>
        </w:tc>
        <w:tc>
          <w:tcPr>
            <w:tcW w:type="dxa" w:w="2592"/>
            <w:shd w:fill="F7F7F7"/>
          </w:tcPr>
          <w:p>
            <w:r>
              <w:t>+</w:t>
            </w:r>
          </w:p>
        </w:tc>
        <w:tc>
          <w:tcPr>
            <w:tcW w:type="dxa" w:w="2592"/>
            <w:shd w:fill="EAF4FF"/>
          </w:tcPr>
          <w:p>
            <w:r>
              <w:t>+</w:t>
            </w:r>
          </w:p>
        </w:tc>
      </w:tr>
    </w:tbl>
    <w:p>
      <w:pPr>
        <w:jc w:val="center"/>
      </w:pPr>
      <w:r>
        <w:rPr>
          <w:b/>
          <w:color w:val="784600"/>
          <w:sz w:val="28"/>
        </w:rPr>
        <w:t>Solution: x&lt;−3 or x&gt;2</w:t>
      </w:r>
    </w:p>
    <w:p>
      <w:pPr>
        <w:pStyle w:val="Heading1"/>
      </w:pPr>
      <w:r>
        <w:t>21. Polynomial Inequalities</w:t>
      </w:r>
    </w:p>
    <w:p>
      <w:r>
        <w:rPr>
          <w:b w:val="0"/>
        </w:rPr>
        <w:t>Example: (x−1)(x+2)(x−4)≤0. Critical points are −2, 1 and 4. Create intervals and use sign analysis. Include roots because the inequality contains ≤.</w:t>
      </w:r>
    </w:p>
    <w:p>
      <w:pPr>
        <w:pStyle w:val="Heading1"/>
      </w:pPr>
      <w:r>
        <w:t>22. Sign-Change Principle</w:t>
      </w:r>
    </w:p>
    <w:p>
      <w:r>
        <w:rPr>
          <w:b w:val="0"/>
        </w:rPr>
        <w:t>For a polynomial with distinct real roots, the sign changes at a root with odd multiplicity and does not change at a root with even multiplicity.</w:t>
      </w:r>
    </w:p>
    <w:p>
      <w:pPr>
        <w:jc w:val="center"/>
      </w:pPr>
      <w:r>
        <w:rPr>
          <w:b/>
          <w:color w:val="784600"/>
          <w:sz w:val="28"/>
        </w:rPr>
        <w:t>(x−2)²(x+1): no sign change at x=2; sign change at x=−1.</w:t>
      </w:r>
    </w:p>
    <w:p>
      <w:pPr>
        <w:pStyle w:val="Heading1"/>
      </w:pPr>
      <w:r>
        <w:t>23. Inequalities Involving Products</w:t>
      </w:r>
    </w:p>
    <w:p>
      <w:pPr>
        <w:jc w:val="center"/>
      </w:pPr>
      <w:r>
        <w:rPr>
          <w:b/>
          <w:color w:val="784600"/>
          <w:sz w:val="28"/>
        </w:rPr>
        <w:t>(x−2)(x−5)≤0  ⇒  2≤x≤5</w:t>
      </w:r>
    </w:p>
    <w:p>
      <w:pPr>
        <w:pStyle w:val="Heading1"/>
      </w:pPr>
      <w:r>
        <w:t>24. Three-Factor Inequality</w:t>
      </w:r>
    </w:p>
    <w:p>
      <w:pPr>
        <w:jc w:val="center"/>
      </w:pPr>
      <w:r>
        <w:rPr>
          <w:b/>
          <w:color w:val="784600"/>
          <w:sz w:val="28"/>
        </w:rPr>
        <w:t>(x−1)(x−3)(x−5)&gt;0</w:t>
      </w:r>
    </w:p>
    <w:p>
      <w:r>
        <w:rPr>
          <w:b w:val="0"/>
        </w:rPr>
        <w:t>The sign alternates across each simple root. Therefore:</w:t>
      </w:r>
    </w:p>
    <w:p>
      <w:pPr>
        <w:jc w:val="center"/>
      </w:pPr>
      <w:r>
        <w:rPr>
          <w:b/>
          <w:color w:val="784600"/>
          <w:sz w:val="28"/>
        </w:rPr>
        <w:t>1&lt;x&lt;3  or  x&gt;5</w:t>
      </w:r>
    </w:p>
    <w:p>
      <w:pPr>
        <w:pStyle w:val="Heading1"/>
      </w:pPr>
      <w:r>
        <w:t>25. AM-GM Inequality</w:t>
      </w:r>
    </w:p>
    <w:p>
      <w:pPr>
        <w:jc w:val="center"/>
      </w:pPr>
      <w:r>
        <w:rPr>
          <w:b/>
          <w:color w:val="784600"/>
          <w:sz w:val="28"/>
        </w:rPr>
        <w:t>(a+b)/2 ≥ √(ab),  a,b&gt;0</w:t>
      </w:r>
    </w:p>
    <w:p>
      <w:pPr>
        <w:jc w:val="center"/>
      </w:pPr>
      <w:r>
        <w:rPr>
          <w:b/>
          <w:color w:val="784600"/>
          <w:sz w:val="28"/>
        </w:rPr>
        <w:t>a+b ≥ 2√(ab)</w:t>
      </w:r>
    </w:p>
    <w:p>
      <w:r>
        <w:rPr>
          <w:b w:val="0"/>
        </w:rPr>
        <w:t>Equality occurs when a=b.</w:t>
      </w:r>
    </w:p>
    <w:p>
      <w:pPr>
        <w:pStyle w:val="Heading1"/>
      </w:pPr>
      <w:r>
        <w:t>26. Example of AM-GM</w:t>
      </w:r>
    </w:p>
    <w:p>
      <w:r>
        <w:rPr>
          <w:b w:val="0"/>
        </w:rPr>
        <w:t>Find the minimum of x+9/x, x&gt;0.</w:t>
      </w:r>
    </w:p>
    <w:p>
      <w:pPr>
        <w:jc w:val="center"/>
      </w:pPr>
      <w:r>
        <w:rPr>
          <w:b/>
          <w:color w:val="784600"/>
          <w:sz w:val="28"/>
        </w:rPr>
        <w:t>x+9/x ≥ 2√(9)=6</w:t>
      </w:r>
    </w:p>
    <w:p>
      <w:pPr>
        <w:jc w:val="center"/>
      </w:pPr>
      <w:r>
        <w:rPr>
          <w:b/>
          <w:color w:val="784600"/>
          <w:sz w:val="28"/>
        </w:rPr>
        <w:t>Minimum value = 6, attained at x=3.</w:t>
      </w:r>
    </w:p>
    <w:p>
      <w:pPr>
        <w:pStyle w:val="Heading1"/>
      </w:pPr>
      <w:r>
        <w:t>27. Important AM-GM Conditions</w:t>
      </w:r>
    </w:p>
    <w:p>
      <w:r>
        <w:rPr>
          <w:b w:val="0"/>
        </w:rPr>
        <w:t>AM-GM must be applied to positive quantities. Equality occurs only when the quantities are equal.</w:t>
      </w:r>
    </w:p>
    <w:p>
      <w:pPr>
        <w:pStyle w:val="Heading1"/>
      </w:pPr>
      <w:r>
        <w:t>28. Cauchy-Type Inequality</w:t>
      </w:r>
    </w:p>
    <w:p>
      <w:pPr>
        <w:jc w:val="center"/>
      </w:pPr>
      <w:r>
        <w:rPr>
          <w:b/>
          <w:color w:val="784600"/>
          <w:sz w:val="28"/>
        </w:rPr>
        <w:t>(a²+b²)(x²+y²) ≥ (ax+by)²</w:t>
      </w:r>
    </w:p>
    <w:p>
      <w:r>
        <w:rPr>
          <w:b w:val="0"/>
        </w:rPr>
        <w:t>This is useful in algebraic maximum and minimum problems.</w:t>
      </w:r>
    </w:p>
    <w:p>
      <w:pPr>
        <w:pStyle w:val="Heading1"/>
      </w:pPr>
      <w:r>
        <w:t>29. Triangle Inequality</w:t>
      </w:r>
    </w:p>
    <w:p>
      <w:pPr>
        <w:jc w:val="center"/>
      </w:pPr>
      <w:r>
        <w:rPr>
          <w:b/>
          <w:color w:val="784600"/>
          <w:sz w:val="28"/>
        </w:rPr>
        <w:t>|a+b|≤|a|+|b|</w:t>
      </w:r>
    </w:p>
    <w:p>
      <w:pPr>
        <w:jc w:val="center"/>
      </w:pPr>
      <w:r>
        <w:rPr>
          <w:b/>
          <w:color w:val="784600"/>
          <w:sz w:val="28"/>
        </w:rPr>
        <w:t>||a|−|b||≤|a−b|</w:t>
      </w:r>
    </w:p>
    <w:p>
      <w:r>
        <w:rPr>
          <w:b w:val="0"/>
        </w:rPr>
        <w:t>Example: if |x|≤3 and |y|≤5, then |x+y|≤8.</w:t>
      </w:r>
    </w:p>
    <w:p>
      <w:pPr>
        <w:pStyle w:val="Heading1"/>
      </w:pPr>
      <w:r>
        <w:t>30. Inequality Between Means</w:t>
      </w:r>
    </w:p>
    <w:p>
      <w:pPr>
        <w:jc w:val="center"/>
      </w:pPr>
      <w:r>
        <w:rPr>
          <w:b/>
          <w:color w:val="784600"/>
          <w:sz w:val="28"/>
        </w:rPr>
        <w:t>AM ≥ GM ≥ HM</w:t>
      </w:r>
    </w:p>
    <w:p>
      <w:r>
        <w:rPr>
          <w:b w:val="0"/>
        </w:rPr>
        <w:t>For positive numbers, arithmetic mean is at least geometric mean, which is at least harmonic mean.</w:t>
      </w:r>
    </w:p>
    <w:p>
      <w:pPr>
        <w:pStyle w:val="Heading1"/>
      </w:pPr>
      <w:r>
        <w:t>31. Important Inequality for Two Positive Numbers</w:t>
      </w:r>
    </w:p>
    <w:p>
      <w:pPr>
        <w:jc w:val="center"/>
      </w:pPr>
      <w:r>
        <w:rPr>
          <w:b/>
          <w:color w:val="784600"/>
          <w:sz w:val="28"/>
        </w:rPr>
        <w:t>(a+b)²≥4ab</w:t>
      </w:r>
    </w:p>
    <w:p>
      <w:r>
        <w:rPr>
          <w:b w:val="0"/>
        </w:rPr>
        <w:t>This follows directly from (a−b)²≥0.</w:t>
      </w:r>
    </w:p>
    <w:p>
      <w:pPr>
        <w:pStyle w:val="Heading1"/>
      </w:pPr>
      <w:r>
        <w:t>32. Finding Maximum or Minimum Using Inequalities</w:t>
      </w:r>
    </w:p>
    <w:p>
      <w:r>
        <w:rPr>
          <w:b w:val="0"/>
        </w:rPr>
        <w:t>For x&gt;0, x+1/x≥2 by AM-GM. Therefore the minimum is 2 at x=1.</w:t>
      </w:r>
    </w:p>
    <w:p>
      <w:pPr>
        <w:pStyle w:val="Heading1"/>
      </w:pPr>
      <w:r>
        <w:t>33. Comparing Two Expressions</w:t>
      </w:r>
    </w:p>
    <w:p>
      <w:r>
        <w:rPr>
          <w:b w:val="0"/>
        </w:rPr>
        <w:t>When denominators are positive, compare a/b and c/d by cross multiplication: compare ad and bc.</w:t>
      </w:r>
    </w:p>
    <w:p>
      <w:pPr>
        <w:pStyle w:val="Heading1"/>
      </w:pPr>
      <w:r>
        <w:t>34. Inequality with Parameters</w:t>
      </w:r>
    </w:p>
    <w:p>
      <w:pPr>
        <w:jc w:val="center"/>
      </w:pPr>
      <w:r>
        <w:rPr>
          <w:b/>
          <w:color w:val="784600"/>
          <w:sz w:val="28"/>
        </w:rPr>
        <w:t>x²−2kx+k²=(x−k)²≥0</w:t>
      </w:r>
    </w:p>
    <w:p>
      <w:r>
        <w:rPr>
          <w:b w:val="0"/>
        </w:rPr>
        <w:t>This is true for every real x and k.</w:t>
      </w:r>
    </w:p>
    <w:p>
      <w:pPr>
        <w:pStyle w:val="Heading1"/>
      </w:pPr>
      <w:r>
        <w:t>35. Finding the Range of an Expression</w:t>
      </w:r>
    </w:p>
    <w:p>
      <w:r>
        <w:rPr>
          <w:b w:val="0"/>
        </w:rPr>
        <w:t>If −2≤x≤3, then 2x+1 ranges from −3 to 7.</w:t>
      </w:r>
    </w:p>
    <w:p>
      <w:pPr>
        <w:jc w:val="center"/>
      </w:pPr>
      <w:r>
        <w:rPr>
          <w:b/>
          <w:color w:val="784600"/>
          <w:sz w:val="28"/>
        </w:rPr>
        <w:t>−3≤2x+1≤7</w:t>
      </w:r>
    </w:p>
    <w:p>
      <w:pPr>
        <w:pStyle w:val="Heading1"/>
      </w:pPr>
      <w:r>
        <w:t>36. Range of a Quadratic</w:t>
      </w:r>
    </w:p>
    <w:p>
      <w:r>
        <w:rPr>
          <w:b w:val="0"/>
        </w:rPr>
        <w:t>y=x²−4x+7=(x−2)²+3. Since (x−2)²≥0:</w:t>
      </w:r>
    </w:p>
    <w:p>
      <w:pPr>
        <w:jc w:val="center"/>
      </w:pPr>
      <w:r>
        <w:rPr>
          <w:b/>
          <w:color w:val="784600"/>
          <w:sz w:val="28"/>
        </w:rPr>
        <w:t>y≥3  ⇒  Range = [3,∞)</w:t>
      </w:r>
    </w:p>
    <w:p>
      <w:pPr>
        <w:pStyle w:val="Heading1"/>
      </w:pPr>
      <w:r>
        <w:t>37. Solved Example — Linear</w:t>
      </w:r>
    </w:p>
    <w:p>
      <w:pPr>
        <w:jc w:val="center"/>
      </w:pPr>
      <w:r>
        <w:rPr>
          <w:b/>
          <w:color w:val="784600"/>
          <w:sz w:val="28"/>
        </w:rPr>
        <w:t>2x−3&lt;5x+9</w:t>
      </w:r>
    </w:p>
    <w:p>
      <w:pPr>
        <w:jc w:val="center"/>
      </w:pPr>
      <w:r>
        <w:rPr>
          <w:b/>
          <w:color w:val="784600"/>
          <w:sz w:val="28"/>
        </w:rPr>
        <w:t>−3&lt;3x+9  ⇒  −12&lt;3x  ⇒  x&gt;−4</w:t>
      </w:r>
    </w:p>
    <w:p>
      <w:pPr>
        <w:pStyle w:val="Heading1"/>
      </w:pPr>
      <w:r>
        <w:t>38. Solved Example — Negative Division</w:t>
      </w:r>
    </w:p>
    <w:p>
      <w:pPr>
        <w:jc w:val="center"/>
      </w:pPr>
      <w:r>
        <w:rPr>
          <w:b/>
          <w:color w:val="784600"/>
          <w:sz w:val="28"/>
        </w:rPr>
        <w:t>5−3x≥14  ⇒  −3x≥9  ⇒  x≤−3</w:t>
      </w:r>
    </w:p>
    <w:p>
      <w:pPr>
        <w:pStyle w:val="Heading1"/>
      </w:pPr>
      <w:r>
        <w:t>39. Solved Example — Absolute Value</w:t>
      </w:r>
    </w:p>
    <w:p>
      <w:pPr>
        <w:jc w:val="center"/>
      </w:pPr>
      <w:r>
        <w:rPr>
          <w:b/>
          <w:color w:val="784600"/>
          <w:sz w:val="28"/>
        </w:rPr>
        <w:t>|x−4|&lt;6  ⇒  −6&lt;x−4&lt;6  ⇒  −2&lt;x&lt;10</w:t>
      </w:r>
    </w:p>
    <w:p>
      <w:pPr>
        <w:pStyle w:val="Heading1"/>
      </w:pPr>
      <w:r>
        <w:t>40. Solved Example — Quadratic</w:t>
      </w:r>
    </w:p>
    <w:p>
      <w:pPr>
        <w:jc w:val="center"/>
      </w:pPr>
      <w:r>
        <w:rPr>
          <w:b/>
          <w:color w:val="784600"/>
          <w:sz w:val="28"/>
        </w:rPr>
        <w:t>x²−7x+12≤0</w:t>
      </w:r>
    </w:p>
    <w:p>
      <w:pPr>
        <w:jc w:val="center"/>
      </w:pPr>
      <w:r>
        <w:rPr>
          <w:b/>
          <w:color w:val="784600"/>
          <w:sz w:val="28"/>
        </w:rPr>
        <w:t>(x−3)(x−4)≤0  ⇒  3≤x≤4</w:t>
      </w:r>
    </w:p>
    <w:p>
      <w:pPr>
        <w:pStyle w:val="Heading1"/>
      </w:pPr>
      <w:r>
        <w:t>41. Solved Example — Rational</w:t>
      </w:r>
    </w:p>
    <w:p>
      <w:pPr>
        <w:jc w:val="center"/>
      </w:pPr>
      <w:r>
        <w:rPr>
          <w:b/>
          <w:color w:val="784600"/>
          <w:sz w:val="28"/>
        </w:rPr>
        <w:t>(x−1)/(x+2)≤0</w:t>
      </w:r>
    </w:p>
    <w:p>
      <w:r>
        <w:rPr>
          <w:b w:val="0"/>
        </w:rPr>
        <w:t>Critical points are −2 and 1. Exclude −2 because the denominator is zero.</w:t>
      </w:r>
    </w:p>
    <w:p>
      <w:pPr>
        <w:jc w:val="center"/>
      </w:pPr>
      <w:r>
        <w:rPr>
          <w:b/>
          <w:color w:val="784600"/>
          <w:sz w:val="28"/>
        </w:rPr>
        <w:t>Solution: −2&lt;x≤1</w:t>
      </w:r>
    </w:p>
    <w:p>
      <w:pPr>
        <w:pStyle w:val="Heading1"/>
      </w:pPr>
      <w:r>
        <w:t>42. Solved Example — Minimum Value</w:t>
      </w:r>
    </w:p>
    <w:p>
      <w:pPr>
        <w:jc w:val="center"/>
      </w:pPr>
      <w:r>
        <w:rPr>
          <w:b/>
          <w:color w:val="784600"/>
          <w:sz w:val="28"/>
        </w:rPr>
        <w:t>x+16/x ≥ 2√16 = 8,  x&gt;0</w:t>
      </w:r>
    </w:p>
    <w:p>
      <w:pPr>
        <w:jc w:val="center"/>
      </w:pPr>
      <w:r>
        <w:rPr>
          <w:b/>
          <w:color w:val="784600"/>
          <w:sz w:val="28"/>
        </w:rPr>
        <w:t>Minimum = 8 at x=4</w:t>
      </w:r>
    </w:p>
    <w:p>
      <w:pPr>
        <w:pStyle w:val="Heading1"/>
      </w:pPr>
      <w:r>
        <w:t>43. Common Question Patterns</w:t>
      </w:r>
    </w:p>
    <w:p>
      <w:pPr>
        <w:pStyle w:val="ListBullet"/>
      </w:pPr>
      <w:r>
        <w:t>Linear inequalities</w:t>
      </w:r>
    </w:p>
    <w:p>
      <w:pPr>
        <w:pStyle w:val="ListBullet"/>
      </w:pPr>
      <w:r>
        <w:t>Compound inequalities</w:t>
      </w:r>
    </w:p>
    <w:p>
      <w:pPr>
        <w:pStyle w:val="ListBullet"/>
      </w:pPr>
      <w:r>
        <w:t>Absolute-value inequalities</w:t>
      </w:r>
    </w:p>
    <w:p>
      <w:pPr>
        <w:pStyle w:val="ListBullet"/>
      </w:pPr>
      <w:r>
        <w:t>Quadratic inequalities</w:t>
      </w:r>
    </w:p>
    <w:p>
      <w:pPr>
        <w:pStyle w:val="ListBullet"/>
      </w:pPr>
      <w:r>
        <w:t>Rational inequalities</w:t>
      </w:r>
    </w:p>
    <w:p>
      <w:pPr>
        <w:pStyle w:val="ListBullet"/>
      </w:pPr>
      <w:r>
        <w:t>Polynomial sign analysis</w:t>
      </w:r>
    </w:p>
    <w:p>
      <w:pPr>
        <w:pStyle w:val="ListBullet"/>
      </w:pPr>
      <w:r>
        <w:t>Range of an expression</w:t>
      </w:r>
    </w:p>
    <w:p>
      <w:pPr>
        <w:pStyle w:val="ListBullet"/>
      </w:pPr>
      <w:r>
        <w:t>Maximum/minimum values</w:t>
      </w:r>
    </w:p>
    <w:p>
      <w:pPr>
        <w:pStyle w:val="ListBullet"/>
      </w:pPr>
      <w:r>
        <w:t>AM-GM applications</w:t>
      </w:r>
    </w:p>
    <w:p>
      <w:pPr>
        <w:pStyle w:val="ListBullet"/>
      </w:pPr>
      <w:r>
        <w:t>Parameter-based inequalities</w:t>
      </w:r>
    </w:p>
    <w:p>
      <w:pPr>
        <w:pStyle w:val="ListBullet"/>
      </w:pPr>
      <w:r>
        <w:t>Inequalities involving roots</w:t>
      </w:r>
    </w:p>
    <w:p>
      <w:pPr>
        <w:pStyle w:val="ListBullet"/>
      </w:pPr>
      <w:r>
        <w:t>Fraction inequalities</w:t>
      </w:r>
    </w:p>
    <w:p>
      <w:pPr>
        <w:pStyle w:val="ListBullet"/>
      </w:pPr>
      <w:r>
        <w:t>Interval notation</w:t>
      </w:r>
    </w:p>
    <w:p>
      <w:pPr>
        <w:pStyle w:val="ListBullet"/>
      </w:pPr>
      <w:r>
        <w:t>Number-line interpretation</w:t>
      </w:r>
    </w:p>
    <w:p>
      <w:pPr>
        <w:pStyle w:val="ListBullet"/>
      </w:pPr>
      <w:r>
        <w:t>Multiple inequalities simultaneously</w:t>
      </w:r>
    </w:p>
    <w:p>
      <w:pPr>
        <w:pStyle w:val="Heading1"/>
      </w:pPr>
      <w:r>
        <w:t>44. QUICK REVISION</w:t>
      </w:r>
    </w:p>
    <w:p>
      <w:pPr>
        <w:pStyle w:val="ListBullet"/>
      </w:pPr>
      <w:r>
        <w:t>If multiplying/dividing by a negative number, reverse the inequality sign.</w:t>
      </w:r>
    </w:p>
    <w:p>
      <w:pPr>
        <w:pStyle w:val="ListBullet"/>
      </w:pPr>
      <w:r>
        <w:t>|x|&lt;a means −a&lt;x&lt;a.</w:t>
      </w:r>
    </w:p>
    <w:p>
      <w:pPr>
        <w:pStyle w:val="ListBullet"/>
      </w:pPr>
      <w:r>
        <w:t>|x|&gt;a means x&lt;−a or x&gt;a.</w:t>
      </w:r>
    </w:p>
    <w:p>
      <w:pPr>
        <w:pStyle w:val="ListBullet"/>
      </w:pPr>
      <w:r>
        <w:t>For quadratic inequalities, find roots and use sign analysis.</w:t>
      </w:r>
    </w:p>
    <w:p>
      <w:pPr>
        <w:pStyle w:val="ListBullet"/>
      </w:pPr>
      <w:r>
        <w:t>For rational inequalities, denominator-zero points are always excluded.</w:t>
      </w:r>
    </w:p>
    <w:p>
      <w:pPr>
        <w:pStyle w:val="ListBullet"/>
      </w:pPr>
      <w:r>
        <w:t>AM-GM: (a+b)/2≥√ab for positive a,b.</w:t>
      </w:r>
    </w:p>
    <w:p>
      <w:pPr>
        <w:pStyle w:val="ListBullet"/>
      </w:pPr>
      <w:r>
        <w:t>Triangle inequality: |a+b|≤|a|+|b|.</w:t>
      </w:r>
    </w:p>
    <w:p>
      <w:pPr>
        <w:pStyle w:val="ListBullet"/>
      </w:pPr>
      <w:r>
        <w:t>For a quadratic range, complete the square and identify the vertex.</w:t>
      </w:r>
    </w:p>
    <w:p>
      <w:pPr>
        <w:pStyle w:val="Heading1"/>
      </w:pPr>
      <w:r>
        <w:t>45. FORMULA SHEET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1F4E78"/>
          </w:tcPr>
          <w:p>
            <w:r>
              <w:rPr>
                <w:b/>
                <w:color w:val="FFFFFF"/>
              </w:rPr>
              <w:t>Concept</w:t>
            </w:r>
          </w:p>
        </w:tc>
        <w:tc>
          <w:tcPr>
            <w:tcW w:type="dxa" w:w="5184"/>
            <w:shd w:fill="1F4E78"/>
          </w:tcPr>
          <w:p>
            <w:r>
              <w:rPr>
                <w:b/>
                <w:color w:val="FFFFFF"/>
              </w:rPr>
              <w:t>Formula</w:t>
            </w:r>
          </w:p>
        </w:tc>
      </w:tr>
      <w:tr>
        <w:tc>
          <w:tcPr>
            <w:tcW w:type="dxa" w:w="5184"/>
            <w:shd w:fill="EAF4FF"/>
          </w:tcPr>
          <w:p>
            <w:r>
              <w:t>Positive multiplication</w:t>
            </w:r>
          </w:p>
        </w:tc>
        <w:tc>
          <w:tcPr>
            <w:tcW w:type="dxa" w:w="5184"/>
            <w:shd w:fill="FFF2CC"/>
          </w:tcPr>
          <w:p>
            <w:r>
              <w:t>a&gt;b, c&gt;0 ⇒ ac&gt;bc</w:t>
            </w:r>
          </w:p>
        </w:tc>
      </w:tr>
      <w:tr>
        <w:tc>
          <w:tcPr>
            <w:tcW w:type="dxa" w:w="5184"/>
            <w:shd w:fill="EAF4FF"/>
          </w:tcPr>
          <w:p>
            <w:r>
              <w:t>Negative multiplication</w:t>
            </w:r>
          </w:p>
        </w:tc>
        <w:tc>
          <w:tcPr>
            <w:tcW w:type="dxa" w:w="5184"/>
            <w:shd w:fill="FFF2CC"/>
          </w:tcPr>
          <w:p>
            <w:r>
              <w:t>a&gt;b, c&lt;0 ⇒ ac&lt;bc</w:t>
            </w:r>
          </w:p>
        </w:tc>
      </w:tr>
      <w:tr>
        <w:tc>
          <w:tcPr>
            <w:tcW w:type="dxa" w:w="5184"/>
            <w:shd w:fill="EAF4FF"/>
          </w:tcPr>
          <w:p>
            <w:r>
              <w:t>Absolute value</w:t>
            </w:r>
          </w:p>
        </w:tc>
        <w:tc>
          <w:tcPr>
            <w:tcW w:type="dxa" w:w="5184"/>
            <w:shd w:fill="FFF2CC"/>
          </w:tcPr>
          <w:p>
            <w:r>
              <w:t>|x|&lt;a ⇒ −a&lt;x&lt;a</w:t>
            </w:r>
          </w:p>
        </w:tc>
      </w:tr>
      <w:tr>
        <w:tc>
          <w:tcPr>
            <w:tcW w:type="dxa" w:w="5184"/>
            <w:shd w:fill="EAF4FF"/>
          </w:tcPr>
          <w:p>
            <w:r>
              <w:t>Outside absolute value</w:t>
            </w:r>
          </w:p>
        </w:tc>
        <w:tc>
          <w:tcPr>
            <w:tcW w:type="dxa" w:w="5184"/>
            <w:shd w:fill="FFF2CC"/>
          </w:tcPr>
          <w:p>
            <w:r>
              <w:t>|x|&gt;a ⇒ x&lt;−a or x&gt;a</w:t>
            </w:r>
          </w:p>
        </w:tc>
      </w:tr>
      <w:tr>
        <w:tc>
          <w:tcPr>
            <w:tcW w:type="dxa" w:w="5184"/>
            <w:shd w:fill="EAF4FF"/>
          </w:tcPr>
          <w:p>
            <w:r>
              <w:t>AM-GM</w:t>
            </w:r>
          </w:p>
        </w:tc>
        <w:tc>
          <w:tcPr>
            <w:tcW w:type="dxa" w:w="5184"/>
            <w:shd w:fill="FFF2CC"/>
          </w:tcPr>
          <w:p>
            <w:r>
              <w:t>(a+b)/2≥√ab</w:t>
            </w:r>
          </w:p>
        </w:tc>
      </w:tr>
      <w:tr>
        <w:tc>
          <w:tcPr>
            <w:tcW w:type="dxa" w:w="5184"/>
            <w:shd w:fill="EAF4FF"/>
          </w:tcPr>
          <w:p>
            <w:r>
              <w:t>Equivalent AM-GM</w:t>
            </w:r>
          </w:p>
        </w:tc>
        <w:tc>
          <w:tcPr>
            <w:tcW w:type="dxa" w:w="5184"/>
            <w:shd w:fill="FFF2CC"/>
          </w:tcPr>
          <w:p>
            <w:r>
              <w:t>a+b≥2√ab</w:t>
            </w:r>
          </w:p>
        </w:tc>
      </w:tr>
      <w:tr>
        <w:tc>
          <w:tcPr>
            <w:tcW w:type="dxa" w:w="5184"/>
            <w:shd w:fill="EAF4FF"/>
          </w:tcPr>
          <w:p>
            <w:r>
              <w:t>Triangle inequality</w:t>
            </w:r>
          </w:p>
        </w:tc>
        <w:tc>
          <w:tcPr>
            <w:tcW w:type="dxa" w:w="5184"/>
            <w:shd w:fill="FFF2CC"/>
          </w:tcPr>
          <w:p>
            <w:r>
              <w:t>|a+b|≤|a|+|b|</w:t>
            </w:r>
          </w:p>
        </w:tc>
      </w:tr>
      <w:tr>
        <w:tc>
          <w:tcPr>
            <w:tcW w:type="dxa" w:w="5184"/>
            <w:shd w:fill="EAF4FF"/>
          </w:tcPr>
          <w:p>
            <w:r>
              <w:t>Reverse triangle inequality</w:t>
            </w:r>
          </w:p>
        </w:tc>
        <w:tc>
          <w:tcPr>
            <w:tcW w:type="dxa" w:w="5184"/>
            <w:shd w:fill="FFF2CC"/>
          </w:tcPr>
          <w:p>
            <w:r>
              <w:t>||a|−|b||≤|a−b|</w:t>
            </w:r>
          </w:p>
        </w:tc>
      </w:tr>
      <w:tr>
        <w:tc>
          <w:tcPr>
            <w:tcW w:type="dxa" w:w="5184"/>
            <w:shd w:fill="EAF4FF"/>
          </w:tcPr>
          <w:p>
            <w:r>
              <w:t>Quadratic roots</w:t>
            </w:r>
          </w:p>
        </w:tc>
        <w:tc>
          <w:tcPr>
            <w:tcW w:type="dxa" w:w="5184"/>
            <w:shd w:fill="FFF2CC"/>
          </w:tcPr>
          <w:p>
            <w:r>
              <w:t>x=[−b±√(b²−4ac)]/(2a)</w:t>
            </w:r>
          </w:p>
        </w:tc>
      </w:tr>
      <w:tr>
        <w:tc>
          <w:tcPr>
            <w:tcW w:type="dxa" w:w="5184"/>
            <w:shd w:fill="EAF4FF"/>
          </w:tcPr>
          <w:p>
            <w:r>
              <w:t>Discriminant</w:t>
            </w:r>
          </w:p>
        </w:tc>
        <w:tc>
          <w:tcPr>
            <w:tcW w:type="dxa" w:w="5184"/>
            <w:shd w:fill="FFF2CC"/>
          </w:tcPr>
          <w:p>
            <w:r>
              <w:t>D=b²−4ac</w:t>
            </w:r>
          </w:p>
        </w:tc>
      </w:tr>
      <w:tr>
        <w:tc>
          <w:tcPr>
            <w:tcW w:type="dxa" w:w="5184"/>
            <w:shd w:fill="EAF4FF"/>
          </w:tcPr>
          <w:p>
            <w:r>
              <w:t>Vertex x-coordinate</w:t>
            </w:r>
          </w:p>
        </w:tc>
        <w:tc>
          <w:tcPr>
            <w:tcW w:type="dxa" w:w="5184"/>
            <w:shd w:fill="FFF2CC"/>
          </w:tcPr>
          <w:p>
            <w:r>
              <w:t>−b/(2a)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2F0D9"/>
          </w:tcPr>
          <w:p>
            <w:r>
              <w:rPr>
                <w:b/>
                <w:color w:val="144178"/>
                <w:sz w:val="26"/>
              </w:rPr>
              <w:t>FINAL TAKEAWAY</w:t>
              <w:br/>
            </w:r>
            <w:r>
              <w:t>The most important skill in inequalities is sign analysis. Always identify critical values, check whether endpoints are included, and remember that multiplying or dividing by a negative number reverses the inequality sign.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8"/>
      </w:rPr>
      <w:t>Inequalities • Detailed Notes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646464"/>
        <w:sz w:val="18"/>
      </w:rPr>
      <w:t>MATHEMATICS • CHAPTER 14 • INEQUALITIES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3232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45A9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787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