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44"/>
        </w:rPr>
        <w:t>CDS MATHEMATICS PRACTICE WORKSHEET</w:t>
      </w:r>
    </w:p>
    <w:p>
      <w:pPr>
        <w:jc w:val="center"/>
      </w:pPr>
      <w:r>
        <w:rPr>
          <w:b/>
          <w:color w:val="ED7D31"/>
          <w:sz w:val="36"/>
        </w:rPr>
        <w:t>LOCI</w:t>
      </w:r>
    </w:p>
    <w:p>
      <w:pPr>
        <w:jc w:val="center"/>
      </w:pPr>
      <w:r>
        <w:rPr>
          <w:i/>
          <w:sz w:val="20"/>
        </w:rPr>
        <w:t>Advanced Level  |  50 MCQs  |  Detailed Step-by-Step Solutions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b/>
                <w:color w:val="1F4E79"/>
                <w:sz w:val="18"/>
              </w:rPr>
              <w:t>HIGH-YIELD CONCEPTS</w:t>
              <w:br/>
              <w:t>Fixed distance from a fixed point → Circle</w:t>
              <w:br/>
              <w:t>Equal distances from two fixed points → Perpendicular bisector</w:t>
              <w:br/>
              <w:t>Equal distance from two intersecting lines → Angle bisectors</w:t>
              <w:br/>
              <w:t>Fixed distance from a line → Parallel line(s)</w:t>
              <w:br/>
              <w:t>Equal distance from a point and a line → Parabola</w:t>
              <w:br/>
              <w:t>Constant sum of distances from two fixed points → Ellipse</w:t>
              <w:br/>
              <w:t>Constant difference of distances from two fixed points → Hyperbola</w:t>
              <w:br/>
              <w:t>Circle: x²+y²=r² when centre is origin</w:t>
              <w:br/>
              <w:t>Standard circle: (x−h)²+(y−k)²=r²</w:t>
            </w:r>
          </w:p>
        </w:tc>
      </w:tr>
    </w:tbl>
    <w:p/>
    <w:p>
      <w:pPr>
        <w:spacing w:before="160" w:after="80"/>
      </w:pPr>
      <w:r>
        <w:rPr>
          <w:b/>
          <w:color w:val="ED7D31"/>
          <w:sz w:val="30"/>
        </w:rPr>
        <w:t>SECTION I — MULTIPLE CHOICE QUESTIONS</w:t>
      </w:r>
    </w:p>
    <w:p>
      <w:r>
        <w:rPr>
          <w:b/>
          <w:color w:val="1F4E79"/>
        </w:rPr>
        <w:t xml:space="preserve">1. Basic Locus: </w:t>
      </w:r>
      <w:r>
        <w:t>The locus of a point which remains at a fixed distance from a fixed point is:</w:t>
      </w:r>
    </w:p>
    <w:p>
      <w:pPr>
        <w:spacing w:after="20"/>
        <w:ind w:left="288"/>
      </w:pPr>
      <w:r>
        <w:t>A) A straight line</w:t>
      </w:r>
    </w:p>
    <w:p>
      <w:pPr>
        <w:spacing w:after="20"/>
        <w:ind w:left="288"/>
      </w:pPr>
      <w:r>
        <w:t>B) A circle</w:t>
      </w:r>
    </w:p>
    <w:p>
      <w:pPr>
        <w:spacing w:after="20"/>
        <w:ind w:left="288"/>
      </w:pPr>
      <w:r>
        <w:t>C) A parabola</w:t>
      </w:r>
    </w:p>
    <w:p>
      <w:pPr>
        <w:spacing w:after="20"/>
        <w:ind w:left="288"/>
      </w:pPr>
      <w:r>
        <w:t>D) An ellipse</w:t>
      </w:r>
    </w:p>
    <w:p>
      <w:r>
        <w:rPr>
          <w:b/>
          <w:color w:val="1F4E79"/>
        </w:rPr>
        <w:t xml:space="preserve">2. Basic Locus: </w:t>
      </w:r>
      <w:r>
        <w:t>The fixed point that determines a circle as a locus is called its:</w:t>
      </w:r>
    </w:p>
    <w:p>
      <w:pPr>
        <w:spacing w:after="20"/>
        <w:ind w:left="288"/>
      </w:pPr>
      <w:r>
        <w:t>A) Radius</w:t>
      </w:r>
    </w:p>
    <w:p>
      <w:pPr>
        <w:spacing w:after="20"/>
        <w:ind w:left="288"/>
      </w:pPr>
      <w:r>
        <w:t>B) Centre</w:t>
      </w:r>
    </w:p>
    <w:p>
      <w:pPr>
        <w:spacing w:after="20"/>
        <w:ind w:left="288"/>
      </w:pPr>
      <w:r>
        <w:t>C) Chord</w:t>
      </w:r>
    </w:p>
    <w:p>
      <w:pPr>
        <w:spacing w:after="20"/>
        <w:ind w:left="288"/>
      </w:pPr>
      <w:r>
        <w:t>D) Diameter</w:t>
      </w:r>
    </w:p>
    <w:p>
      <w:r>
        <w:rPr>
          <w:b/>
          <w:color w:val="1F4E79"/>
        </w:rPr>
        <w:t xml:space="preserve">3. Basic Locus: </w:t>
      </w:r>
      <w:r>
        <w:t>The locus of points equidistant from two fixed points is:</w:t>
      </w:r>
    </w:p>
    <w:p>
      <w:pPr>
        <w:spacing w:after="20"/>
        <w:ind w:left="288"/>
      </w:pPr>
      <w:r>
        <w:t>A) The line joining them</w:t>
      </w:r>
    </w:p>
    <w:p>
      <w:pPr>
        <w:spacing w:after="20"/>
        <w:ind w:left="288"/>
      </w:pPr>
      <w:r>
        <w:t>B) Their angle bisector</w:t>
      </w:r>
    </w:p>
    <w:p>
      <w:pPr>
        <w:spacing w:after="20"/>
        <w:ind w:left="288"/>
      </w:pPr>
      <w:r>
        <w:t>C) The perpendicular bisector of the segment joining them</w:t>
      </w:r>
    </w:p>
    <w:p>
      <w:pPr>
        <w:spacing w:after="20"/>
        <w:ind w:left="288"/>
      </w:pPr>
      <w:r>
        <w:t>D) A circle</w:t>
      </w:r>
    </w:p>
    <w:p>
      <w:r>
        <w:rPr>
          <w:b/>
          <w:color w:val="1F4E79"/>
        </w:rPr>
        <w:t xml:space="preserve">4. Basic Locus: </w:t>
      </w:r>
      <w:r>
        <w:t>The locus of a point equidistant from two intersecting lines is:</w:t>
      </w:r>
    </w:p>
    <w:p>
      <w:pPr>
        <w:spacing w:after="20"/>
        <w:ind w:left="288"/>
      </w:pPr>
      <w:r>
        <w:t>A) Either parallel line</w:t>
      </w:r>
    </w:p>
    <w:p>
      <w:pPr>
        <w:spacing w:after="20"/>
        <w:ind w:left="288"/>
      </w:pPr>
      <w:r>
        <w:t>B) One of the lines</w:t>
      </w:r>
    </w:p>
    <w:p>
      <w:pPr>
        <w:spacing w:after="20"/>
        <w:ind w:left="288"/>
      </w:pPr>
      <w:r>
        <w:t>C) The angle bisectors of the two lines</w:t>
      </w:r>
    </w:p>
    <w:p>
      <w:pPr>
        <w:spacing w:after="20"/>
        <w:ind w:left="288"/>
      </w:pPr>
      <w:r>
        <w:t>D) A circle</w:t>
      </w:r>
    </w:p>
    <w:p>
      <w:r>
        <w:rPr>
          <w:b/>
          <w:color w:val="1F4E79"/>
        </w:rPr>
        <w:t xml:space="preserve">5. Basic Locus: </w:t>
      </w:r>
      <w:r>
        <w:t>The locus of a point at a fixed distance from a given straight line consists of:</w:t>
      </w:r>
    </w:p>
    <w:p>
      <w:pPr>
        <w:spacing w:after="20"/>
        <w:ind w:left="288"/>
      </w:pPr>
      <w:r>
        <w:t>A) One circle</w:t>
      </w:r>
    </w:p>
    <w:p>
      <w:pPr>
        <w:spacing w:after="20"/>
        <w:ind w:left="288"/>
      </w:pPr>
      <w:r>
        <w:t>B) Two lines parallel to the given line</w:t>
      </w:r>
    </w:p>
    <w:p>
      <w:pPr>
        <w:spacing w:after="20"/>
        <w:ind w:left="288"/>
      </w:pPr>
      <w:r>
        <w:t>C) Two perpendicular lines</w:t>
      </w:r>
    </w:p>
    <w:p>
      <w:pPr>
        <w:spacing w:after="20"/>
        <w:ind w:left="288"/>
      </w:pPr>
      <w:r>
        <w:t>D) One point</w:t>
      </w:r>
    </w:p>
    <w:p>
      <w:r>
        <w:rPr>
          <w:b/>
          <w:color w:val="1F4E79"/>
        </w:rPr>
        <w:t xml:space="preserve">6. Basic Locus: </w:t>
      </w:r>
      <w:r>
        <w:t>The locus of the centre of a circle passing through two fixed points A and B is:</w:t>
      </w:r>
    </w:p>
    <w:p>
      <w:pPr>
        <w:spacing w:after="20"/>
        <w:ind w:left="288"/>
      </w:pPr>
      <w:r>
        <w:t>A) AB</w:t>
      </w:r>
    </w:p>
    <w:p>
      <w:pPr>
        <w:spacing w:after="20"/>
        <w:ind w:left="288"/>
      </w:pPr>
      <w:r>
        <w:t>B) The perpendicular bisector of AB</w:t>
      </w:r>
    </w:p>
    <w:p>
      <w:pPr>
        <w:spacing w:after="20"/>
        <w:ind w:left="288"/>
      </w:pPr>
      <w:r>
        <w:t>C) A circle with diameter AB</w:t>
      </w:r>
    </w:p>
    <w:p>
      <w:pPr>
        <w:spacing w:after="20"/>
        <w:ind w:left="288"/>
      </w:pPr>
      <w:r>
        <w:t>D) Any line parallel to AB</w:t>
      </w:r>
    </w:p>
    <w:p>
      <w:r>
        <w:rPr>
          <w:b/>
          <w:color w:val="1F4E79"/>
        </w:rPr>
        <w:t xml:space="preserve">7. Basic Locus: </w:t>
      </w:r>
      <w:r>
        <w:t>If a point P moves so that PA is constant, where A is fixed, the locus is:</w:t>
      </w:r>
    </w:p>
    <w:p>
      <w:pPr>
        <w:spacing w:after="20"/>
        <w:ind w:left="288"/>
      </w:pPr>
      <w:r>
        <w:t>A) A circle centred at A</w:t>
      </w:r>
    </w:p>
    <w:p>
      <w:pPr>
        <w:spacing w:after="20"/>
        <w:ind w:left="288"/>
      </w:pPr>
      <w:r>
        <w:t>B) A line through A</w:t>
      </w:r>
    </w:p>
    <w:p>
      <w:pPr>
        <w:spacing w:after="20"/>
        <w:ind w:left="288"/>
      </w:pPr>
      <w:r>
        <w:t>C) A parabola with focus A</w:t>
      </w:r>
    </w:p>
    <w:p>
      <w:pPr>
        <w:spacing w:after="20"/>
        <w:ind w:left="288"/>
      </w:pPr>
      <w:r>
        <w:t>D) A point only</w:t>
      </w:r>
    </w:p>
    <w:p>
      <w:r>
        <w:rPr>
          <w:b/>
          <w:color w:val="1F4E79"/>
        </w:rPr>
        <w:t xml:space="preserve">8. Basic Locus: </w:t>
      </w:r>
      <w:r>
        <w:t>If P is always equidistant from A and B, then PA−PB is:</w:t>
      </w:r>
    </w:p>
    <w:p>
      <w:pPr>
        <w:spacing w:after="20"/>
        <w:ind w:left="288"/>
      </w:pPr>
      <w:r>
        <w:t>A) 1</w:t>
      </w:r>
    </w:p>
    <w:p>
      <w:pPr>
        <w:spacing w:after="20"/>
        <w:ind w:left="288"/>
      </w:pPr>
      <w:r>
        <w:t>B) AB</w:t>
      </w:r>
    </w:p>
    <w:p>
      <w:pPr>
        <w:spacing w:after="20"/>
        <w:ind w:left="288"/>
      </w:pPr>
      <w:r>
        <w:t>C) 0</w:t>
      </w:r>
    </w:p>
    <w:p>
      <w:pPr>
        <w:spacing w:after="20"/>
        <w:ind w:left="288"/>
      </w:pPr>
      <w:r>
        <w:t>D) Variable</w:t>
      </w:r>
    </w:p>
    <w:p>
      <w:r>
        <w:rPr>
          <w:b/>
          <w:color w:val="1F4E79"/>
        </w:rPr>
        <w:t xml:space="preserve">9. Construction: </w:t>
      </w:r>
      <w:r>
        <w:t>To construct the perpendicular bisector of AB, the arcs from A and B should be drawn with:</w:t>
      </w:r>
    </w:p>
    <w:p>
      <w:pPr>
        <w:spacing w:after="20"/>
        <w:ind w:left="288"/>
      </w:pPr>
      <w:r>
        <w:t>A) Unequal radii</w:t>
      </w:r>
    </w:p>
    <w:p>
      <w:pPr>
        <w:spacing w:after="20"/>
        <w:ind w:left="288"/>
      </w:pPr>
      <w:r>
        <w:t>B) Equal radii greater than half AB</w:t>
      </w:r>
    </w:p>
    <w:p>
      <w:pPr>
        <w:spacing w:after="20"/>
        <w:ind w:left="288"/>
      </w:pPr>
      <w:r>
        <w:t>C) Radius exactly AB/4</w:t>
      </w:r>
    </w:p>
    <w:p>
      <w:pPr>
        <w:spacing w:after="20"/>
        <w:ind w:left="288"/>
      </w:pPr>
      <w:r>
        <w:t>D) Any radius smaller than AB/2</w:t>
      </w:r>
    </w:p>
    <w:p>
      <w:r>
        <w:rPr>
          <w:b/>
          <w:color w:val="1F4E79"/>
        </w:rPr>
        <w:t xml:space="preserve">10. Construction: </w:t>
      </w:r>
      <w:r>
        <w:t>The perpendicular bisector of a line segment:</w:t>
      </w:r>
    </w:p>
    <w:p>
      <w:pPr>
        <w:spacing w:after="20"/>
        <w:ind w:left="288"/>
      </w:pPr>
      <w:r>
        <w:t>A) Passes through one endpoint only</w:t>
      </w:r>
    </w:p>
    <w:p>
      <w:pPr>
        <w:spacing w:after="20"/>
        <w:ind w:left="288"/>
      </w:pPr>
      <w:r>
        <w:t>B) Is parallel to the segment</w:t>
      </w:r>
    </w:p>
    <w:p>
      <w:pPr>
        <w:spacing w:after="20"/>
        <w:ind w:left="288"/>
      </w:pPr>
      <w:r>
        <w:t>C) Bisects the segment at right angles</w:t>
      </w:r>
    </w:p>
    <w:p>
      <w:pPr>
        <w:spacing w:after="20"/>
        <w:ind w:left="288"/>
      </w:pPr>
      <w:r>
        <w:t>D) Is always its extension</w:t>
      </w:r>
    </w:p>
    <w:p>
      <w:r>
        <w:rPr>
          <w:b/>
          <w:color w:val="1F4E79"/>
        </w:rPr>
        <w:t xml:space="preserve">11. Construction: </w:t>
      </w:r>
      <w:r>
        <w:t>If AB=10 cm, the perpendicular bisector meets AB at a point M. Then AM is:</w:t>
      </w:r>
    </w:p>
    <w:p>
      <w:pPr>
        <w:spacing w:after="20"/>
        <w:ind w:left="288"/>
      </w:pPr>
      <w:r>
        <w:t>A) 2 cm</w:t>
      </w:r>
    </w:p>
    <w:p>
      <w:pPr>
        <w:spacing w:after="20"/>
        <w:ind w:left="288"/>
      </w:pPr>
      <w:r>
        <w:t>B) 5 cm</w:t>
      </w:r>
    </w:p>
    <w:p>
      <w:pPr>
        <w:spacing w:after="20"/>
        <w:ind w:left="288"/>
      </w:pPr>
      <w:r>
        <w:t>C) 10 cm</w:t>
      </w:r>
    </w:p>
    <w:p>
      <w:pPr>
        <w:spacing w:after="20"/>
        <w:ind w:left="288"/>
      </w:pPr>
      <w:r>
        <w:t>D) 20 cm</w:t>
      </w:r>
    </w:p>
    <w:p>
      <w:r>
        <w:rPr>
          <w:b/>
          <w:color w:val="1F4E79"/>
        </w:rPr>
        <w:t xml:space="preserve">12. Locus and Circle: </w:t>
      </w:r>
      <w:r>
        <w:t>A circle has centre O and radius 7 cm. The locus of a point P satisfying OP=7 cm is:</w:t>
      </w:r>
    </w:p>
    <w:p>
      <w:pPr>
        <w:spacing w:after="20"/>
        <w:ind w:left="288"/>
      </w:pPr>
      <w:r>
        <w:t>A) The circle itself</w:t>
      </w:r>
    </w:p>
    <w:p>
      <w:pPr>
        <w:spacing w:after="20"/>
        <w:ind w:left="288"/>
      </w:pPr>
      <w:r>
        <w:t>B) Its diameter</w:t>
      </w:r>
    </w:p>
    <w:p>
      <w:pPr>
        <w:spacing w:after="20"/>
        <w:ind w:left="288"/>
      </w:pPr>
      <w:r>
        <w:t>C) The centre only</w:t>
      </w:r>
    </w:p>
    <w:p>
      <w:pPr>
        <w:spacing w:after="20"/>
        <w:ind w:left="288"/>
      </w:pPr>
      <w:r>
        <w:t>D) The exterior region</w:t>
      </w:r>
    </w:p>
    <w:p>
      <w:r>
        <w:rPr>
          <w:b/>
          <w:color w:val="1F4E79"/>
        </w:rPr>
        <w:t xml:space="preserve">13. Locus and Circle: </w:t>
      </w:r>
      <w:r>
        <w:t>The locus of points within 5 cm of a fixed point O is:</w:t>
      </w:r>
    </w:p>
    <w:p>
      <w:pPr>
        <w:spacing w:after="20"/>
        <w:ind w:left="288"/>
      </w:pPr>
      <w:r>
        <w:t>A) Only the circumference</w:t>
      </w:r>
    </w:p>
    <w:p>
      <w:pPr>
        <w:spacing w:after="20"/>
        <w:ind w:left="288"/>
      </w:pPr>
      <w:r>
        <w:t>B) The interior of the circle only</w:t>
      </w:r>
    </w:p>
    <w:p>
      <w:pPr>
        <w:spacing w:after="20"/>
        <w:ind w:left="288"/>
      </w:pPr>
      <w:r>
        <w:t>C) The circular region including its boundary</w:t>
      </w:r>
    </w:p>
    <w:p>
      <w:pPr>
        <w:spacing w:after="20"/>
        <w:ind w:left="288"/>
      </w:pPr>
      <w:r>
        <w:t>D) A straight line</w:t>
      </w:r>
    </w:p>
    <w:p>
      <w:r>
        <w:rPr>
          <w:b/>
          <w:color w:val="1F4E79"/>
        </w:rPr>
        <w:t xml:space="preserve">14. Locus and Circle: </w:t>
      </w:r>
      <w:r>
        <w:t>The locus of points exactly 5 cm from a fixed line is:</w:t>
      </w:r>
    </w:p>
    <w:p>
      <w:pPr>
        <w:spacing w:after="20"/>
        <w:ind w:left="288"/>
      </w:pPr>
      <w:r>
        <w:t>A) One parallel line</w:t>
      </w:r>
    </w:p>
    <w:p>
      <w:pPr>
        <w:spacing w:after="20"/>
        <w:ind w:left="288"/>
      </w:pPr>
      <w:r>
        <w:t>B) Two parallel lines</w:t>
      </w:r>
    </w:p>
    <w:p>
      <w:pPr>
        <w:spacing w:after="20"/>
        <w:ind w:left="288"/>
      </w:pPr>
      <w:r>
        <w:t>C) One circle</w:t>
      </w:r>
    </w:p>
    <w:p>
      <w:pPr>
        <w:spacing w:after="20"/>
        <w:ind w:left="288"/>
      </w:pPr>
      <w:r>
        <w:t>D) Two circles</w:t>
      </w:r>
    </w:p>
    <w:p>
      <w:r>
        <w:rPr>
          <w:b/>
          <w:color w:val="1F4E79"/>
        </w:rPr>
        <w:t xml:space="preserve">15. Locus and Circle: </w:t>
      </w:r>
      <w:r>
        <w:t>The locus of points whose distance from a fixed point is less than 4 cm is:</w:t>
      </w:r>
    </w:p>
    <w:p>
      <w:pPr>
        <w:spacing w:after="20"/>
        <w:ind w:left="288"/>
      </w:pPr>
      <w:r>
        <w:t>A) Circumference only</w:t>
      </w:r>
    </w:p>
    <w:p>
      <w:pPr>
        <w:spacing w:after="20"/>
        <w:ind w:left="288"/>
      </w:pPr>
      <w:r>
        <w:t>B) Interior of a circle of radius 4 cm</w:t>
      </w:r>
    </w:p>
    <w:p>
      <w:pPr>
        <w:spacing w:after="20"/>
        <w:ind w:left="288"/>
      </w:pPr>
      <w:r>
        <w:t>C) Exterior of a circle</w:t>
      </w:r>
    </w:p>
    <w:p>
      <w:pPr>
        <w:spacing w:after="20"/>
        <w:ind w:left="288"/>
      </w:pPr>
      <w:r>
        <w:t>D) A diameter</w:t>
      </w:r>
    </w:p>
    <w:p>
      <w:r>
        <w:rPr>
          <w:b/>
          <w:color w:val="1F4E79"/>
        </w:rPr>
        <w:t xml:space="preserve">16. Locus and Two Points: </w:t>
      </w:r>
      <w:r>
        <w:t>A point P satisfies PA+PB=AB, where A and B are fixed. For P in the plane, the possible locus is:</w:t>
      </w:r>
    </w:p>
    <w:p>
      <w:pPr>
        <w:spacing w:after="20"/>
        <w:ind w:left="288"/>
      </w:pPr>
      <w:r>
        <w:t>A) The whole circle with AB as diameter</w:t>
      </w:r>
    </w:p>
    <w:p>
      <w:pPr>
        <w:spacing w:after="20"/>
        <w:ind w:left="288"/>
      </w:pPr>
      <w:r>
        <w:t>B) The line segment AB</w:t>
      </w:r>
    </w:p>
    <w:p>
      <w:pPr>
        <w:spacing w:after="20"/>
        <w:ind w:left="288"/>
      </w:pPr>
      <w:r>
        <w:t>C) The perpendicular bisector of AB</w:t>
      </w:r>
    </w:p>
    <w:p>
      <w:pPr>
        <w:spacing w:after="20"/>
        <w:ind w:left="288"/>
      </w:pPr>
      <w:r>
        <w:t>D) A parabola</w:t>
      </w:r>
    </w:p>
    <w:p>
      <w:r>
        <w:rPr>
          <w:b/>
          <w:color w:val="1F4E79"/>
        </w:rPr>
        <w:t xml:space="preserve">17. Locus and Two Points: </w:t>
      </w:r>
      <w:r>
        <w:t>A point P satisfies PA+PB equal to a constant greater than AB. Its locus is:</w:t>
      </w:r>
    </w:p>
    <w:p>
      <w:pPr>
        <w:spacing w:after="20"/>
        <w:ind w:left="288"/>
      </w:pPr>
      <w:r>
        <w:t>A) A circle</w:t>
      </w:r>
    </w:p>
    <w:p>
      <w:pPr>
        <w:spacing w:after="20"/>
        <w:ind w:left="288"/>
      </w:pPr>
      <w:r>
        <w:t>B) An ellipse</w:t>
      </w:r>
    </w:p>
    <w:p>
      <w:pPr>
        <w:spacing w:after="20"/>
        <w:ind w:left="288"/>
      </w:pPr>
      <w:r>
        <w:t>C) A parabola</w:t>
      </w:r>
    </w:p>
    <w:p>
      <w:pPr>
        <w:spacing w:after="20"/>
        <w:ind w:left="288"/>
      </w:pPr>
      <w:r>
        <w:t>D) A straight line</w:t>
      </w:r>
    </w:p>
    <w:p>
      <w:r>
        <w:rPr>
          <w:b/>
          <w:color w:val="1F4E79"/>
        </w:rPr>
        <w:t xml:space="preserve">18. Locus and Two Points: </w:t>
      </w:r>
      <w:r>
        <w:t>A point P satisfies |PA−PB| equal to a constant less than AB. Its locus is:</w:t>
      </w:r>
    </w:p>
    <w:p>
      <w:pPr>
        <w:spacing w:after="20"/>
        <w:ind w:left="288"/>
      </w:pPr>
      <w:r>
        <w:t>A) An ellipse</w:t>
      </w:r>
    </w:p>
    <w:p>
      <w:pPr>
        <w:spacing w:after="20"/>
        <w:ind w:left="288"/>
      </w:pPr>
      <w:r>
        <w:t>B) A hyperbola</w:t>
      </w:r>
    </w:p>
    <w:p>
      <w:pPr>
        <w:spacing w:after="20"/>
        <w:ind w:left="288"/>
      </w:pPr>
      <w:r>
        <w:t>C) A circle</w:t>
      </w:r>
    </w:p>
    <w:p>
      <w:pPr>
        <w:spacing w:after="20"/>
        <w:ind w:left="288"/>
      </w:pPr>
      <w:r>
        <w:t>D) A line</w:t>
      </w:r>
    </w:p>
    <w:p>
      <w:r>
        <w:rPr>
          <w:b/>
          <w:color w:val="1F4E79"/>
        </w:rPr>
        <w:t xml:space="preserve">19. Locus and Fixed Line/Point: </w:t>
      </w:r>
      <w:r>
        <w:t>The locus of a point equidistant from a fixed point and a fixed line is a:</w:t>
      </w:r>
    </w:p>
    <w:p>
      <w:pPr>
        <w:spacing w:after="20"/>
        <w:ind w:left="288"/>
      </w:pPr>
      <w:r>
        <w:t>A) Circle</w:t>
      </w:r>
    </w:p>
    <w:p>
      <w:pPr>
        <w:spacing w:after="20"/>
        <w:ind w:left="288"/>
      </w:pPr>
      <w:r>
        <w:t>B) Ellipse</w:t>
      </w:r>
    </w:p>
    <w:p>
      <w:pPr>
        <w:spacing w:after="20"/>
        <w:ind w:left="288"/>
      </w:pPr>
      <w:r>
        <w:t>C) Parabola</w:t>
      </w:r>
    </w:p>
    <w:p>
      <w:pPr>
        <w:spacing w:after="20"/>
        <w:ind w:left="288"/>
      </w:pPr>
      <w:r>
        <w:t>D) Hyperbola</w:t>
      </w:r>
    </w:p>
    <w:p>
      <w:r>
        <w:rPr>
          <w:b/>
          <w:color w:val="1F4E79"/>
        </w:rPr>
        <w:t xml:space="preserve">20. Locus and Fixed Line/Point: </w:t>
      </w:r>
      <w:r>
        <w:t>In the definition of a parabola, the fixed point is called the:</w:t>
      </w:r>
    </w:p>
    <w:p>
      <w:pPr>
        <w:spacing w:after="20"/>
        <w:ind w:left="288"/>
      </w:pPr>
      <w:r>
        <w:t>A) Vertex</w:t>
      </w:r>
    </w:p>
    <w:p>
      <w:pPr>
        <w:spacing w:after="20"/>
        <w:ind w:left="288"/>
      </w:pPr>
      <w:r>
        <w:t>B) Focus</w:t>
      </w:r>
    </w:p>
    <w:p>
      <w:pPr>
        <w:spacing w:after="20"/>
        <w:ind w:left="288"/>
      </w:pPr>
      <w:r>
        <w:t>C) Directrix</w:t>
      </w:r>
    </w:p>
    <w:p>
      <w:pPr>
        <w:spacing w:after="20"/>
        <w:ind w:left="288"/>
      </w:pPr>
      <w:r>
        <w:t>D) Centre</w:t>
      </w:r>
    </w:p>
    <w:p>
      <w:r>
        <w:rPr>
          <w:b/>
          <w:color w:val="1F4E79"/>
        </w:rPr>
        <w:t xml:space="preserve">21. Locus and Fixed Line/Point: </w:t>
      </w:r>
      <w:r>
        <w:t>In the definition of a parabola, the fixed line is called the:</w:t>
      </w:r>
    </w:p>
    <w:p>
      <w:pPr>
        <w:spacing w:after="20"/>
        <w:ind w:left="288"/>
      </w:pPr>
      <w:r>
        <w:t>A) Axis</w:t>
      </w:r>
    </w:p>
    <w:p>
      <w:pPr>
        <w:spacing w:after="20"/>
        <w:ind w:left="288"/>
      </w:pPr>
      <w:r>
        <w:t>B) Chord</w:t>
      </w:r>
    </w:p>
    <w:p>
      <w:pPr>
        <w:spacing w:after="20"/>
        <w:ind w:left="288"/>
      </w:pPr>
      <w:r>
        <w:t>C) Directrix</w:t>
      </w:r>
    </w:p>
    <w:p>
      <w:pPr>
        <w:spacing w:after="20"/>
        <w:ind w:left="288"/>
      </w:pPr>
      <w:r>
        <w:t>D) Tangent</w:t>
      </w:r>
    </w:p>
    <w:p>
      <w:r>
        <w:rPr>
          <w:b/>
          <w:color w:val="1F4E79"/>
        </w:rPr>
        <w:t xml:space="preserve">22. Locus and Fixed Line/Point: </w:t>
      </w:r>
      <w:r>
        <w:t>The locus of a point for which the ratio of its distances from a fixed point and a fixed line is constant and equal to 1 is:</w:t>
      </w:r>
    </w:p>
    <w:p>
      <w:pPr>
        <w:spacing w:after="20"/>
        <w:ind w:left="288"/>
      </w:pPr>
      <w:r>
        <w:t>A) Ellipse</w:t>
      </w:r>
    </w:p>
    <w:p>
      <w:pPr>
        <w:spacing w:after="20"/>
        <w:ind w:left="288"/>
      </w:pPr>
      <w:r>
        <w:t>B) Parabola</w:t>
      </w:r>
    </w:p>
    <w:p>
      <w:pPr>
        <w:spacing w:after="20"/>
        <w:ind w:left="288"/>
      </w:pPr>
      <w:r>
        <w:t>C) Hyperbola</w:t>
      </w:r>
    </w:p>
    <w:p>
      <w:pPr>
        <w:spacing w:after="20"/>
        <w:ind w:left="288"/>
      </w:pPr>
      <w:r>
        <w:t>D) Circle</w:t>
      </w:r>
    </w:p>
    <w:p>
      <w:r>
        <w:rPr>
          <w:b/>
          <w:color w:val="1F4E79"/>
        </w:rPr>
        <w:t xml:space="preserve">23. Locus and Angle: </w:t>
      </w:r>
      <w:r>
        <w:t>The locus of points from which a fixed segment AB subtends a right angle is:</w:t>
      </w:r>
    </w:p>
    <w:p>
      <w:pPr>
        <w:spacing w:after="20"/>
        <w:ind w:left="288"/>
      </w:pPr>
      <w:r>
        <w:t>A) The line AB</w:t>
      </w:r>
    </w:p>
    <w:p>
      <w:pPr>
        <w:spacing w:after="20"/>
        <w:ind w:left="288"/>
      </w:pPr>
      <w:r>
        <w:t>B) The circle with AB as diameter, excluding A and B</w:t>
      </w:r>
    </w:p>
    <w:p>
      <w:pPr>
        <w:spacing w:after="20"/>
        <w:ind w:left="288"/>
      </w:pPr>
      <w:r>
        <w:t>C) The perpendicular bisector only</w:t>
      </w:r>
    </w:p>
    <w:p>
      <w:pPr>
        <w:spacing w:after="20"/>
        <w:ind w:left="288"/>
      </w:pPr>
      <w:r>
        <w:t>D) Any circle</w:t>
      </w:r>
    </w:p>
    <w:p>
      <w:r>
        <w:rPr>
          <w:b/>
          <w:color w:val="1F4E79"/>
        </w:rPr>
        <w:t xml:space="preserve">24. Locus and Angle: </w:t>
      </w:r>
      <w:r>
        <w:t>If ∠APB is 90° for fixed A and B, then P lies on:</w:t>
      </w:r>
    </w:p>
    <w:p>
      <w:pPr>
        <w:spacing w:after="20"/>
        <w:ind w:left="288"/>
      </w:pPr>
      <w:r>
        <w:t>A) A circle with AB as diameter</w:t>
      </w:r>
    </w:p>
    <w:p>
      <w:pPr>
        <w:spacing w:after="20"/>
        <w:ind w:left="288"/>
      </w:pPr>
      <w:r>
        <w:t>B) A circle with AP as diameter</w:t>
      </w:r>
    </w:p>
    <w:p>
      <w:pPr>
        <w:spacing w:after="20"/>
        <w:ind w:left="288"/>
      </w:pPr>
      <w:r>
        <w:t>C) The line AB</w:t>
      </w:r>
    </w:p>
    <w:p>
      <w:pPr>
        <w:spacing w:after="20"/>
        <w:ind w:left="288"/>
      </w:pPr>
      <w:r>
        <w:t>D) The angle bisector of AB</w:t>
      </w:r>
    </w:p>
    <w:p>
      <w:r>
        <w:rPr>
          <w:b/>
          <w:color w:val="1F4E79"/>
        </w:rPr>
        <w:t xml:space="preserve">25. Locus and Angle: </w:t>
      </w:r>
      <w:r>
        <w:t>The locus of points P from which AB subtends a fixed angle α (not 0° or 180°) consists generally of:</w:t>
      </w:r>
    </w:p>
    <w:p>
      <w:pPr>
        <w:spacing w:after="20"/>
        <w:ind w:left="288"/>
      </w:pPr>
      <w:r>
        <w:t>A) A straight line only</w:t>
      </w:r>
    </w:p>
    <w:p>
      <w:pPr>
        <w:spacing w:after="20"/>
        <w:ind w:left="288"/>
      </w:pPr>
      <w:r>
        <w:t>B) Arcs of circles through A and B</w:t>
      </w:r>
    </w:p>
    <w:p>
      <w:pPr>
        <w:spacing w:after="20"/>
        <w:ind w:left="288"/>
      </w:pPr>
      <w:r>
        <w:t>C) A parabola only</w:t>
      </w:r>
    </w:p>
    <w:p>
      <w:pPr>
        <w:spacing w:after="20"/>
        <w:ind w:left="288"/>
      </w:pPr>
      <w:r>
        <w:t>D) A rectangle</w:t>
      </w:r>
    </w:p>
    <w:p>
      <w:r>
        <w:rPr>
          <w:b/>
          <w:color w:val="1F4E79"/>
        </w:rPr>
        <w:t xml:space="preserve">26. Locus and Triangle: </w:t>
      </w:r>
      <w:r>
        <w:t>In a triangle ABC, the locus of points equidistant from sides AB and AC is:</w:t>
      </w:r>
    </w:p>
    <w:p>
      <w:pPr>
        <w:spacing w:after="20"/>
        <w:ind w:left="288"/>
      </w:pPr>
      <w:r>
        <w:t>A) Median from A</w:t>
      </w:r>
    </w:p>
    <w:p>
      <w:pPr>
        <w:spacing w:after="20"/>
        <w:ind w:left="288"/>
      </w:pPr>
      <w:r>
        <w:t>B) Angle bisector of ∠A</w:t>
      </w:r>
    </w:p>
    <w:p>
      <w:pPr>
        <w:spacing w:after="20"/>
        <w:ind w:left="288"/>
      </w:pPr>
      <w:r>
        <w:t>C) Altitude from A</w:t>
      </w:r>
    </w:p>
    <w:p>
      <w:pPr>
        <w:spacing w:after="20"/>
        <w:ind w:left="288"/>
      </w:pPr>
      <w:r>
        <w:t>D) Perpendicular bisector of BC</w:t>
      </w:r>
    </w:p>
    <w:p>
      <w:r>
        <w:rPr>
          <w:b/>
          <w:color w:val="1F4E79"/>
        </w:rPr>
        <w:t xml:space="preserve">27. Locus and Triangle: </w:t>
      </w:r>
      <w:r>
        <w:t>The locus of points equidistant from sides AB and BC is the:</w:t>
      </w:r>
    </w:p>
    <w:p>
      <w:pPr>
        <w:spacing w:after="20"/>
        <w:ind w:left="288"/>
      </w:pPr>
      <w:r>
        <w:t>A) Angle bisector of ∠B</w:t>
      </w:r>
    </w:p>
    <w:p>
      <w:pPr>
        <w:spacing w:after="20"/>
        <w:ind w:left="288"/>
      </w:pPr>
      <w:r>
        <w:t>B) Median from B</w:t>
      </w:r>
    </w:p>
    <w:p>
      <w:pPr>
        <w:spacing w:after="20"/>
        <w:ind w:left="288"/>
      </w:pPr>
      <w:r>
        <w:t>C) Perpendicular bisector of AC</w:t>
      </w:r>
    </w:p>
    <w:p>
      <w:pPr>
        <w:spacing w:after="20"/>
        <w:ind w:left="288"/>
      </w:pPr>
      <w:r>
        <w:t>D) Altitude from B</w:t>
      </w:r>
    </w:p>
    <w:p>
      <w:r>
        <w:rPr>
          <w:b/>
          <w:color w:val="1F4E79"/>
        </w:rPr>
        <w:t xml:space="preserve">28. Locus and Triangle: </w:t>
      </w:r>
      <w:r>
        <w:t>The locus of points equidistant from all three sides of a triangle is:</w:t>
      </w:r>
    </w:p>
    <w:p>
      <w:pPr>
        <w:spacing w:after="20"/>
        <w:ind w:left="288"/>
      </w:pPr>
      <w:r>
        <w:t>A) Circumcircle</w:t>
      </w:r>
    </w:p>
    <w:p>
      <w:pPr>
        <w:spacing w:after="20"/>
        <w:ind w:left="288"/>
      </w:pPr>
      <w:r>
        <w:t>B) Incenter only</w:t>
      </w:r>
    </w:p>
    <w:p>
      <w:pPr>
        <w:spacing w:after="20"/>
        <w:ind w:left="288"/>
      </w:pPr>
      <w:r>
        <w:t>C) A single point, the incenter</w:t>
      </w:r>
    </w:p>
    <w:p>
      <w:pPr>
        <w:spacing w:after="20"/>
        <w:ind w:left="288"/>
      </w:pPr>
      <w:r>
        <w:t>D) Centroid</w:t>
      </w:r>
    </w:p>
    <w:p>
      <w:r>
        <w:rPr>
          <w:b/>
          <w:color w:val="1F4E79"/>
        </w:rPr>
        <w:t xml:space="preserve">29. Locus and Triangle: </w:t>
      </w:r>
      <w:r>
        <w:t>The locus of points equidistant from two vertices A and B of a triangle is:</w:t>
      </w:r>
    </w:p>
    <w:p>
      <w:pPr>
        <w:spacing w:after="20"/>
        <w:ind w:left="288"/>
      </w:pPr>
      <w:r>
        <w:t>A) Median from C</w:t>
      </w:r>
    </w:p>
    <w:p>
      <w:pPr>
        <w:spacing w:after="20"/>
        <w:ind w:left="288"/>
      </w:pPr>
      <w:r>
        <w:t>B) Perpendicular bisector of AB</w:t>
      </w:r>
    </w:p>
    <w:p>
      <w:pPr>
        <w:spacing w:after="20"/>
        <w:ind w:left="288"/>
      </w:pPr>
      <w:r>
        <w:t>C) Angle bisector of C</w:t>
      </w:r>
    </w:p>
    <w:p>
      <w:pPr>
        <w:spacing w:after="20"/>
        <w:ind w:left="288"/>
      </w:pPr>
      <w:r>
        <w:t>D) Circumcircle</w:t>
      </w:r>
    </w:p>
    <w:p>
      <w:r>
        <w:rPr>
          <w:b/>
          <w:color w:val="1F4E79"/>
        </w:rPr>
        <w:t xml:space="preserve">30. Locus and Triangle: </w:t>
      </w:r>
      <w:r>
        <w:t>The point equidistant from the three vertices of a triangle is the:</w:t>
      </w:r>
    </w:p>
    <w:p>
      <w:pPr>
        <w:spacing w:after="20"/>
        <w:ind w:left="288"/>
      </w:pPr>
      <w:r>
        <w:t>A) Incenter</w:t>
      </w:r>
    </w:p>
    <w:p>
      <w:pPr>
        <w:spacing w:after="20"/>
        <w:ind w:left="288"/>
      </w:pPr>
      <w:r>
        <w:t>B) Centroid</w:t>
      </w:r>
    </w:p>
    <w:p>
      <w:pPr>
        <w:spacing w:after="20"/>
        <w:ind w:left="288"/>
      </w:pPr>
      <w:r>
        <w:t>C) Circumcenter</w:t>
      </w:r>
    </w:p>
    <w:p>
      <w:pPr>
        <w:spacing w:after="20"/>
        <w:ind w:left="288"/>
      </w:pPr>
      <w:r>
        <w:t>D) Orthocenter</w:t>
      </w:r>
    </w:p>
    <w:p>
      <w:r>
        <w:rPr>
          <w:b/>
          <w:color w:val="1F4E79"/>
        </w:rPr>
        <w:t xml:space="preserve">31. Locus and Triangle: </w:t>
      </w:r>
      <w:r>
        <w:t>The point equidistant from the three sides of a triangle is the:</w:t>
      </w:r>
    </w:p>
    <w:p>
      <w:pPr>
        <w:spacing w:after="20"/>
        <w:ind w:left="288"/>
      </w:pPr>
      <w:r>
        <w:t>A) Circumcenter</w:t>
      </w:r>
    </w:p>
    <w:p>
      <w:pPr>
        <w:spacing w:after="20"/>
        <w:ind w:left="288"/>
      </w:pPr>
      <w:r>
        <w:t>B) Incenter</w:t>
      </w:r>
    </w:p>
    <w:p>
      <w:pPr>
        <w:spacing w:after="20"/>
        <w:ind w:left="288"/>
      </w:pPr>
      <w:r>
        <w:t>C) Centroid</w:t>
      </w:r>
    </w:p>
    <w:p>
      <w:pPr>
        <w:spacing w:after="20"/>
        <w:ind w:left="288"/>
      </w:pPr>
      <w:r>
        <w:t>D) Orthocenter</w:t>
      </w:r>
    </w:p>
    <w:p>
      <w:r>
        <w:rPr>
          <w:b/>
          <w:color w:val="1F4E79"/>
        </w:rPr>
        <w:t xml:space="preserve">32. Locus and Triangle: </w:t>
      </w:r>
      <w:r>
        <w:t>The locus of points equidistant from two parallel lines consists of:</w:t>
      </w:r>
    </w:p>
    <w:p>
      <w:pPr>
        <w:spacing w:after="20"/>
        <w:ind w:left="288"/>
      </w:pPr>
      <w:r>
        <w:t>A) One of the lines</w:t>
      </w:r>
    </w:p>
    <w:p>
      <w:pPr>
        <w:spacing w:after="20"/>
        <w:ind w:left="288"/>
      </w:pPr>
      <w:r>
        <w:t>B) A line parallel to both midway between them</w:t>
      </w:r>
    </w:p>
    <w:p>
      <w:pPr>
        <w:spacing w:after="20"/>
        <w:ind w:left="288"/>
      </w:pPr>
      <w:r>
        <w:t>C) A circle</w:t>
      </w:r>
    </w:p>
    <w:p>
      <w:pPr>
        <w:spacing w:after="20"/>
        <w:ind w:left="288"/>
      </w:pPr>
      <w:r>
        <w:t>D) Their intersection point</w:t>
      </w:r>
    </w:p>
    <w:p>
      <w:r>
        <w:rPr>
          <w:b/>
          <w:color w:val="1F4E79"/>
        </w:rPr>
        <w:t xml:space="preserve">33. Locus and Triangle: </w:t>
      </w:r>
      <w:r>
        <w:t>If two parallel lines are 12 cm apart, the locus equidistant from them is a line at what distance from each?</w:t>
      </w:r>
    </w:p>
    <w:p>
      <w:pPr>
        <w:spacing w:after="20"/>
        <w:ind w:left="288"/>
      </w:pPr>
      <w:r>
        <w:t>A) 3 cm</w:t>
      </w:r>
    </w:p>
    <w:p>
      <w:pPr>
        <w:spacing w:after="20"/>
        <w:ind w:left="288"/>
      </w:pPr>
      <w:r>
        <w:t>B) 4 cm</w:t>
      </w:r>
    </w:p>
    <w:p>
      <w:pPr>
        <w:spacing w:after="20"/>
        <w:ind w:left="288"/>
      </w:pPr>
      <w:r>
        <w:t>C) 6 cm</w:t>
      </w:r>
    </w:p>
    <w:p>
      <w:pPr>
        <w:spacing w:after="20"/>
        <w:ind w:left="288"/>
      </w:pPr>
      <w:r>
        <w:t>D) 12 cm</w:t>
      </w:r>
    </w:p>
    <w:p>
      <w:r>
        <w:rPr>
          <w:b/>
          <w:color w:val="1F4E79"/>
        </w:rPr>
        <w:t xml:space="preserve">34. Locus and Perpendicular: </w:t>
      </w:r>
      <w:r>
        <w:t>The locus of points P such that PA=PB for fixed A and B is always:</w:t>
      </w:r>
    </w:p>
    <w:p>
      <w:pPr>
        <w:spacing w:after="20"/>
        <w:ind w:left="288"/>
      </w:pPr>
      <w:r>
        <w:t>A) A line perpendicular to AB at its midpoint</w:t>
      </w:r>
    </w:p>
    <w:p>
      <w:pPr>
        <w:spacing w:after="20"/>
        <w:ind w:left="288"/>
      </w:pPr>
      <w:r>
        <w:t>B) A line parallel to AB</w:t>
      </w:r>
    </w:p>
    <w:p>
      <w:pPr>
        <w:spacing w:after="20"/>
        <w:ind w:left="288"/>
      </w:pPr>
      <w:r>
        <w:t>C) A circle with centre A</w:t>
      </w:r>
    </w:p>
    <w:p>
      <w:pPr>
        <w:spacing w:after="20"/>
        <w:ind w:left="288"/>
      </w:pPr>
      <w:r>
        <w:t>D) AB itself</w:t>
      </w:r>
    </w:p>
    <w:p>
      <w:r>
        <w:rPr>
          <w:b/>
          <w:color w:val="1F4E79"/>
        </w:rPr>
        <w:t xml:space="preserve">35. Locus and Perpendicular: </w:t>
      </w:r>
      <w:r>
        <w:t>If AB=14 cm, every point on its perpendicular bisector is at what distance from the midpoint M along AB?</w:t>
      </w:r>
    </w:p>
    <w:p>
      <w:pPr>
        <w:spacing w:after="20"/>
        <w:ind w:left="288"/>
      </w:pPr>
      <w:r>
        <w:t>A) 5 cm</w:t>
      </w:r>
    </w:p>
    <w:p>
      <w:pPr>
        <w:spacing w:after="20"/>
        <w:ind w:left="288"/>
      </w:pPr>
      <w:r>
        <w:t>B) 7 cm</w:t>
      </w:r>
    </w:p>
    <w:p>
      <w:pPr>
        <w:spacing w:after="20"/>
        <w:ind w:left="288"/>
      </w:pPr>
      <w:r>
        <w:t>C) 14 cm</w:t>
      </w:r>
    </w:p>
    <w:p>
      <w:pPr>
        <w:spacing w:after="20"/>
        <w:ind w:left="288"/>
      </w:pPr>
      <w:r>
        <w:t>D) It varies</w:t>
      </w:r>
    </w:p>
    <w:p>
      <w:r>
        <w:rPr>
          <w:b/>
          <w:color w:val="1F4E79"/>
        </w:rPr>
        <w:t xml:space="preserve">36. Construction: </w:t>
      </w:r>
      <w:r>
        <w:t>To locate a point equidistant from A and B, the most direct construction is to draw:</w:t>
      </w:r>
    </w:p>
    <w:p>
      <w:pPr>
        <w:spacing w:after="20"/>
        <w:ind w:left="288"/>
      </w:pPr>
      <w:r>
        <w:t>A) The perpendicular bisector of AB</w:t>
      </w:r>
    </w:p>
    <w:p>
      <w:pPr>
        <w:spacing w:after="20"/>
        <w:ind w:left="288"/>
      </w:pPr>
      <w:r>
        <w:t>B) A parallel to AB</w:t>
      </w:r>
    </w:p>
    <w:p>
      <w:pPr>
        <w:spacing w:after="20"/>
        <w:ind w:left="288"/>
      </w:pPr>
      <w:r>
        <w:t>C) A circle with diameter AB only</w:t>
      </w:r>
    </w:p>
    <w:p>
      <w:pPr>
        <w:spacing w:after="20"/>
        <w:ind w:left="288"/>
      </w:pPr>
      <w:r>
        <w:t>D) The median of an unrelated triangle</w:t>
      </w:r>
    </w:p>
    <w:p>
      <w:r>
        <w:rPr>
          <w:b/>
          <w:color w:val="1F4E79"/>
        </w:rPr>
        <w:t xml:space="preserve">37. Locus and Circle: </w:t>
      </w:r>
      <w:r>
        <w:t>If P moves so that OP≤r for fixed O, the locus is:</w:t>
      </w:r>
    </w:p>
    <w:p>
      <w:pPr>
        <w:spacing w:after="20"/>
        <w:ind w:left="288"/>
      </w:pPr>
      <w:r>
        <w:t>A) Circumference of radius r</w:t>
      </w:r>
    </w:p>
    <w:p>
      <w:pPr>
        <w:spacing w:after="20"/>
        <w:ind w:left="288"/>
      </w:pPr>
      <w:r>
        <w:t>B) Closed disc of radius r</w:t>
      </w:r>
    </w:p>
    <w:p>
      <w:pPr>
        <w:spacing w:after="20"/>
        <w:ind w:left="288"/>
      </w:pPr>
      <w:r>
        <w:t>C) Exterior of circle</w:t>
      </w:r>
    </w:p>
    <w:p>
      <w:pPr>
        <w:spacing w:after="20"/>
        <w:ind w:left="288"/>
      </w:pPr>
      <w:r>
        <w:t>D) A diameter</w:t>
      </w:r>
    </w:p>
    <w:p>
      <w:r>
        <w:rPr>
          <w:b/>
          <w:color w:val="1F4E79"/>
        </w:rPr>
        <w:t xml:space="preserve">38. Locus and Circle: </w:t>
      </w:r>
      <w:r>
        <w:t>If P moves so that OP&gt;r, the locus is:</w:t>
      </w:r>
    </w:p>
    <w:p>
      <w:pPr>
        <w:spacing w:after="20"/>
        <w:ind w:left="288"/>
      </w:pPr>
      <w:r>
        <w:t>A) The interior of the circle</w:t>
      </w:r>
    </w:p>
    <w:p>
      <w:pPr>
        <w:spacing w:after="20"/>
        <w:ind w:left="288"/>
      </w:pPr>
      <w:r>
        <w:t>B) The circle only</w:t>
      </w:r>
    </w:p>
    <w:p>
      <w:pPr>
        <w:spacing w:after="20"/>
        <w:ind w:left="288"/>
      </w:pPr>
      <w:r>
        <w:t>C) The exterior of the circle of radius r</w:t>
      </w:r>
    </w:p>
    <w:p>
      <w:pPr>
        <w:spacing w:after="20"/>
        <w:ind w:left="288"/>
      </w:pPr>
      <w:r>
        <w:t>D) The centre</w:t>
      </w:r>
    </w:p>
    <w:p>
      <w:r>
        <w:rPr>
          <w:b/>
          <w:color w:val="1F4E79"/>
        </w:rPr>
        <w:t xml:space="preserve">39. Coordinate Locus: </w:t>
      </w:r>
      <w:r>
        <w:t>The locus represented by x²+y²=25 is:</w:t>
      </w:r>
    </w:p>
    <w:p>
      <w:pPr>
        <w:spacing w:after="20"/>
        <w:ind w:left="288"/>
      </w:pPr>
      <w:r>
        <w:t>A) A circle centred at origin with radius 5</w:t>
      </w:r>
    </w:p>
    <w:p>
      <w:pPr>
        <w:spacing w:after="20"/>
        <w:ind w:left="288"/>
      </w:pPr>
      <w:r>
        <w:t>B) A circle centred at (5,0)</w:t>
      </w:r>
    </w:p>
    <w:p>
      <w:pPr>
        <w:spacing w:after="20"/>
        <w:ind w:left="288"/>
      </w:pPr>
      <w:r>
        <w:t>C) A line</w:t>
      </w:r>
    </w:p>
    <w:p>
      <w:pPr>
        <w:spacing w:after="20"/>
        <w:ind w:left="288"/>
      </w:pPr>
      <w:r>
        <w:t>D) A parabola</w:t>
      </w:r>
    </w:p>
    <w:p>
      <w:r>
        <w:rPr>
          <w:b/>
          <w:color w:val="1F4E79"/>
        </w:rPr>
        <w:t xml:space="preserve">40. Coordinate Locus: </w:t>
      </w:r>
      <w:r>
        <w:t>The locus represented by (x−3)²+(y+2)²=16 is a circle with centre:</w:t>
      </w:r>
    </w:p>
    <w:p>
      <w:pPr>
        <w:spacing w:after="20"/>
        <w:ind w:left="288"/>
      </w:pPr>
      <w:r>
        <w:t>A) (3,2)</w:t>
      </w:r>
    </w:p>
    <w:p>
      <w:pPr>
        <w:spacing w:after="20"/>
        <w:ind w:left="288"/>
      </w:pPr>
      <w:r>
        <w:t>B) (−3,2)</w:t>
      </w:r>
    </w:p>
    <w:p>
      <w:pPr>
        <w:spacing w:after="20"/>
        <w:ind w:left="288"/>
      </w:pPr>
      <w:r>
        <w:t>C) (3,−2)</w:t>
      </w:r>
    </w:p>
    <w:p>
      <w:pPr>
        <w:spacing w:after="20"/>
        <w:ind w:left="288"/>
      </w:pPr>
      <w:r>
        <w:t>D) (−3,−2)</w:t>
      </w:r>
    </w:p>
    <w:p>
      <w:r>
        <w:rPr>
          <w:b/>
          <w:color w:val="1F4E79"/>
        </w:rPr>
        <w:t xml:space="preserve">41. Coordinate Locus: </w:t>
      </w:r>
      <w:r>
        <w:t>The radius of (x−4)²+(y−1)²=49 is:</w:t>
      </w:r>
    </w:p>
    <w:p>
      <w:pPr>
        <w:spacing w:after="20"/>
        <w:ind w:left="288"/>
      </w:pPr>
      <w:r>
        <w:t>A) 5</w:t>
      </w:r>
    </w:p>
    <w:p>
      <w:pPr>
        <w:spacing w:after="20"/>
        <w:ind w:left="288"/>
      </w:pPr>
      <w:r>
        <w:t>B) 6</w:t>
      </w:r>
    </w:p>
    <w:p>
      <w:pPr>
        <w:spacing w:after="20"/>
        <w:ind w:left="288"/>
      </w:pPr>
      <w:r>
        <w:t>C) 7</w:t>
      </w:r>
    </w:p>
    <w:p>
      <w:pPr>
        <w:spacing w:after="20"/>
        <w:ind w:left="288"/>
      </w:pPr>
      <w:r>
        <w:t>D) 49</w:t>
      </w:r>
    </w:p>
    <w:p>
      <w:r>
        <w:rPr>
          <w:b/>
          <w:color w:val="1F4E79"/>
        </w:rPr>
        <w:t xml:space="preserve">42. Coordinate Locus: </w:t>
      </w:r>
      <w:r>
        <w:t>The equation x²+y²−6x+8y=0 represents a circle whose centre is:</w:t>
      </w:r>
    </w:p>
    <w:p>
      <w:pPr>
        <w:spacing w:after="20"/>
        <w:ind w:left="288"/>
      </w:pPr>
      <w:r>
        <w:t>A) (3,−4)</w:t>
      </w:r>
    </w:p>
    <w:p>
      <w:pPr>
        <w:spacing w:after="20"/>
        <w:ind w:left="288"/>
      </w:pPr>
      <w:r>
        <w:t>B) (−3,4)</w:t>
      </w:r>
    </w:p>
    <w:p>
      <w:pPr>
        <w:spacing w:after="20"/>
        <w:ind w:left="288"/>
      </w:pPr>
      <w:r>
        <w:t>C) (6,−8)</w:t>
      </w:r>
    </w:p>
    <w:p>
      <w:pPr>
        <w:spacing w:after="20"/>
        <w:ind w:left="288"/>
      </w:pPr>
      <w:r>
        <w:t>D) (−6,8)</w:t>
      </w:r>
    </w:p>
    <w:p>
      <w:r>
        <w:rPr>
          <w:b/>
          <w:color w:val="1F4E79"/>
        </w:rPr>
        <w:t xml:space="preserve">43. Coordinate Locus: </w:t>
      </w:r>
      <w:r>
        <w:t>The locus of points equidistant from the origin and the point (4,0) has equation:</w:t>
      </w:r>
    </w:p>
    <w:p>
      <w:pPr>
        <w:spacing w:after="20"/>
        <w:ind w:left="288"/>
      </w:pPr>
      <w:r>
        <w:t>A) x=2</w:t>
      </w:r>
    </w:p>
    <w:p>
      <w:pPr>
        <w:spacing w:after="20"/>
        <w:ind w:left="288"/>
      </w:pPr>
      <w:r>
        <w:t>B) y=2</w:t>
      </w:r>
    </w:p>
    <w:p>
      <w:pPr>
        <w:spacing w:after="20"/>
        <w:ind w:left="288"/>
      </w:pPr>
      <w:r>
        <w:t>C) x=4</w:t>
      </w:r>
    </w:p>
    <w:p>
      <w:pPr>
        <w:spacing w:after="20"/>
        <w:ind w:left="288"/>
      </w:pPr>
      <w:r>
        <w:t>D) y=4</w:t>
      </w:r>
    </w:p>
    <w:p>
      <w:r>
        <w:rPr>
          <w:b/>
          <w:color w:val="1F4E79"/>
        </w:rPr>
        <w:t xml:space="preserve">44. Coordinate Locus: </w:t>
      </w:r>
      <w:r>
        <w:t>The locus of points equidistant from (2,3) and (6,3) is:</w:t>
      </w:r>
    </w:p>
    <w:p>
      <w:pPr>
        <w:spacing w:after="20"/>
        <w:ind w:left="288"/>
      </w:pPr>
      <w:r>
        <w:t>A) x=4</w:t>
      </w:r>
    </w:p>
    <w:p>
      <w:pPr>
        <w:spacing w:after="20"/>
        <w:ind w:left="288"/>
      </w:pPr>
      <w:r>
        <w:t>B) y=3</w:t>
      </w:r>
    </w:p>
    <w:p>
      <w:pPr>
        <w:spacing w:after="20"/>
        <w:ind w:left="288"/>
      </w:pPr>
      <w:r>
        <w:t>C) x=2</w:t>
      </w:r>
    </w:p>
    <w:p>
      <w:pPr>
        <w:spacing w:after="20"/>
        <w:ind w:left="288"/>
      </w:pPr>
      <w:r>
        <w:t>D) y=4</w:t>
      </w:r>
    </w:p>
    <w:p>
      <w:r>
        <w:rPr>
          <w:b/>
          <w:color w:val="1F4E79"/>
        </w:rPr>
        <w:t xml:space="preserve">45. Coordinate Locus: </w:t>
      </w:r>
      <w:r>
        <w:t>The locus of a point whose distance from the origin is 3 is represented by:</w:t>
      </w:r>
    </w:p>
    <w:p>
      <w:pPr>
        <w:spacing w:after="20"/>
        <w:ind w:left="288"/>
      </w:pPr>
      <w:r>
        <w:t>A) x+y=3</w:t>
      </w:r>
    </w:p>
    <w:p>
      <w:pPr>
        <w:spacing w:after="20"/>
        <w:ind w:left="288"/>
      </w:pPr>
      <w:r>
        <w:t>B) x²+y²=3</w:t>
      </w:r>
    </w:p>
    <w:p>
      <w:pPr>
        <w:spacing w:after="20"/>
        <w:ind w:left="288"/>
      </w:pPr>
      <w:r>
        <w:t>C) x²+y²=9</w:t>
      </w:r>
    </w:p>
    <w:p>
      <w:pPr>
        <w:spacing w:after="20"/>
        <w:ind w:left="288"/>
      </w:pPr>
      <w:r>
        <w:t>D) x²−y²=9</w:t>
      </w:r>
    </w:p>
    <w:p>
      <w:r>
        <w:rPr>
          <w:b/>
          <w:color w:val="1F4E79"/>
        </w:rPr>
        <w:t xml:space="preserve">46. Advanced Locus: </w:t>
      </w:r>
      <w:r>
        <w:t>The locus of a point whose distances from two fixed points have a constant sum greater than the distance between them is:</w:t>
      </w:r>
    </w:p>
    <w:p>
      <w:pPr>
        <w:spacing w:after="20"/>
        <w:ind w:left="288"/>
      </w:pPr>
      <w:r>
        <w:t>A) Ellipse</w:t>
      </w:r>
    </w:p>
    <w:p>
      <w:pPr>
        <w:spacing w:after="20"/>
        <w:ind w:left="288"/>
      </w:pPr>
      <w:r>
        <w:t>B) Parabola</w:t>
      </w:r>
    </w:p>
    <w:p>
      <w:pPr>
        <w:spacing w:after="20"/>
        <w:ind w:left="288"/>
      </w:pPr>
      <w:r>
        <w:t>C) Hyperbola</w:t>
      </w:r>
    </w:p>
    <w:p>
      <w:pPr>
        <w:spacing w:after="20"/>
        <w:ind w:left="288"/>
      </w:pPr>
      <w:r>
        <w:t>D) Circle</w:t>
      </w:r>
    </w:p>
    <w:p>
      <w:r>
        <w:rPr>
          <w:b/>
          <w:color w:val="1F4E79"/>
        </w:rPr>
        <w:t xml:space="preserve">47. Advanced Locus: </w:t>
      </w:r>
      <w:r>
        <w:t>The locus of a point whose absolute difference of distances from two fixed points is constant and less than the distance between them is:</w:t>
      </w:r>
    </w:p>
    <w:p>
      <w:pPr>
        <w:spacing w:after="20"/>
        <w:ind w:left="288"/>
      </w:pPr>
      <w:r>
        <w:t>A) Ellipse</w:t>
      </w:r>
    </w:p>
    <w:p>
      <w:pPr>
        <w:spacing w:after="20"/>
        <w:ind w:left="288"/>
      </w:pPr>
      <w:r>
        <w:t>B) Parabola</w:t>
      </w:r>
    </w:p>
    <w:p>
      <w:pPr>
        <w:spacing w:after="20"/>
        <w:ind w:left="288"/>
      </w:pPr>
      <w:r>
        <w:t>C) Hyperbola</w:t>
      </w:r>
    </w:p>
    <w:p>
      <w:pPr>
        <w:spacing w:after="20"/>
        <w:ind w:left="288"/>
      </w:pPr>
      <w:r>
        <w:t>D) Circle</w:t>
      </w:r>
    </w:p>
    <w:p>
      <w:r>
        <w:rPr>
          <w:b/>
          <w:color w:val="1F4E79"/>
        </w:rPr>
        <w:t xml:space="preserve">48. Advanced Locus: </w:t>
      </w:r>
      <w:r>
        <w:t>If a point P is equidistant from two perpendicular lines, it must lie on:</w:t>
      </w:r>
    </w:p>
    <w:p>
      <w:pPr>
        <w:spacing w:after="20"/>
        <w:ind w:left="288"/>
      </w:pPr>
      <w:r>
        <w:t>A) Only one line</w:t>
      </w:r>
    </w:p>
    <w:p>
      <w:pPr>
        <w:spacing w:after="20"/>
        <w:ind w:left="288"/>
      </w:pPr>
      <w:r>
        <w:t>B) Both angle bisectors of the two lines</w:t>
      </w:r>
    </w:p>
    <w:p>
      <w:pPr>
        <w:spacing w:after="20"/>
        <w:ind w:left="288"/>
      </w:pPr>
      <w:r>
        <w:t>C) Their intersection only</w:t>
      </w:r>
    </w:p>
    <w:p>
      <w:pPr>
        <w:spacing w:after="20"/>
        <w:ind w:left="288"/>
      </w:pPr>
      <w:r>
        <w:t>D) A circle</w:t>
      </w:r>
    </w:p>
    <w:p>
      <w:r>
        <w:rPr>
          <w:b/>
          <w:color w:val="1F4E79"/>
        </w:rPr>
        <w:t xml:space="preserve">49. Advanced Locus: </w:t>
      </w:r>
      <w:r>
        <w:t>The locus of the centres of all circles tangent to a fixed straight line at a fixed distance r from it is:</w:t>
      </w:r>
    </w:p>
    <w:p>
      <w:pPr>
        <w:spacing w:after="20"/>
        <w:ind w:left="288"/>
      </w:pPr>
      <w:r>
        <w:t>A) Two lines parallel to the fixed line</w:t>
      </w:r>
    </w:p>
    <w:p>
      <w:pPr>
        <w:spacing w:after="20"/>
        <w:ind w:left="288"/>
      </w:pPr>
      <w:r>
        <w:t>B) A circle</w:t>
      </w:r>
    </w:p>
    <w:p>
      <w:pPr>
        <w:spacing w:after="20"/>
        <w:ind w:left="288"/>
      </w:pPr>
      <w:r>
        <w:t>C) The fixed line only</w:t>
      </w:r>
    </w:p>
    <w:p>
      <w:pPr>
        <w:spacing w:after="20"/>
        <w:ind w:left="288"/>
      </w:pPr>
      <w:r>
        <w:t>D) A perpendicular line</w:t>
      </w:r>
    </w:p>
    <w:p>
      <w:r>
        <w:rPr>
          <w:b/>
          <w:color w:val="1F4E79"/>
        </w:rPr>
        <w:t xml:space="preserve">50. Advanced Locus: </w:t>
      </w:r>
      <w:r>
        <w:t>Two fixed points A and B are 10 cm apart. A point P satisfies PA=PB. The locus is:</w:t>
      </w:r>
    </w:p>
    <w:p>
      <w:pPr>
        <w:spacing w:after="20"/>
        <w:ind w:left="288"/>
      </w:pPr>
      <w:r>
        <w:t>A) A circle of radius 10 cm</w:t>
      </w:r>
    </w:p>
    <w:p>
      <w:pPr>
        <w:spacing w:after="20"/>
        <w:ind w:left="288"/>
      </w:pPr>
      <w:r>
        <w:t>B) The perpendicular bisector of AB</w:t>
      </w:r>
    </w:p>
    <w:p>
      <w:pPr>
        <w:spacing w:after="20"/>
        <w:ind w:left="288"/>
      </w:pPr>
      <w:r>
        <w:t>C) A line parallel to AB at 5 cm</w:t>
      </w:r>
    </w:p>
    <w:p>
      <w:pPr>
        <w:spacing w:after="20"/>
        <w:ind w:left="288"/>
      </w:pPr>
      <w:r>
        <w:t>D) The segment AB</w:t>
      </w:r>
    </w:p>
    <w:p>
      <w:pPr>
        <w:spacing w:before="160" w:after="80"/>
      </w:pPr>
      <w:r>
        <w:rPr>
          <w:b/>
          <w:color w:val="ED7D31"/>
          <w:sz w:val="30"/>
        </w:rPr>
        <w:t>SECTION II — 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Q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Ans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Q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Ans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Q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Ans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Q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Ans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Q</w:t>
            </w:r>
          </w:p>
        </w:tc>
        <w:tc>
          <w:tcPr>
            <w:tcW w:type="dxa" w:w="1037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Ans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11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21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31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41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12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22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32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42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13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23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33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43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14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24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34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44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5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15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25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35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45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6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16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26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36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46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7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17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27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37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47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8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18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28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38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48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9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19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29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39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49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10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20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30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40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C</w:t>
            </w:r>
          </w:p>
        </w:tc>
        <w:tc>
          <w:tcPr>
            <w:tcW w:type="dxa" w:w="1037"/>
            <w:vAlign w:val="center"/>
          </w:tcPr>
          <w:p>
            <w:r/>
            <w:r>
              <w:rPr>
                <w:b w:val="0"/>
                <w:color w:val="000000"/>
                <w:sz w:val="18"/>
              </w:rPr>
              <w:t>50</w:t>
            </w:r>
          </w:p>
        </w:tc>
        <w:tc>
          <w:tcPr>
            <w:tcW w:type="dxa" w:w="1037"/>
            <w:vAlign w:val="center"/>
            <w:shd w:fill="EAF2F8"/>
          </w:tcPr>
          <w:p>
            <w:r/>
            <w:r>
              <w:rPr>
                <w:b/>
                <w:color w:val="000000"/>
                <w:sz w:val="18"/>
              </w:rPr>
              <w:t>B</w:t>
            </w:r>
          </w:p>
        </w:tc>
      </w:tr>
    </w:tbl>
    <w:p>
      <w:pPr>
        <w:spacing w:before="160" w:after="80"/>
      </w:pPr>
      <w:r>
        <w:rPr>
          <w:b/>
          <w:color w:val="ED7D31"/>
          <w:sz w:val="30"/>
        </w:rPr>
        <w:t>SECTION III — DETAILED STEP-BY-STEP SOLUTIONS</w:t>
      </w:r>
    </w:p>
    <w:p>
      <w:r>
        <w:rPr>
          <w:b/>
          <w:color w:val="1F4E79"/>
          <w:sz w:val="22"/>
        </w:rPr>
        <w:t>Question 1 — Answer: B</w:t>
      </w:r>
    </w:p>
    <w:p>
      <w:pPr>
        <w:spacing w:after="100"/>
        <w:ind w:left="216"/>
      </w:pPr>
      <w:r>
        <w:t>Let the fixed point be O and the fixed distance be r. Every point P satisfying OP=r lies on a circle with centre O and radius r.</w:t>
      </w:r>
    </w:p>
    <w:p>
      <w:r>
        <w:rPr>
          <w:b/>
          <w:color w:val="1F4E79"/>
          <w:sz w:val="22"/>
        </w:rPr>
        <w:t>Question 2 — Answer: B</w:t>
      </w:r>
    </w:p>
    <w:p>
      <w:pPr>
        <w:spacing w:after="100"/>
        <w:ind w:left="216"/>
      </w:pPr>
      <w:r>
        <w:t>A circle is the locus of points at a constant distance from a fixed point. The fixed point is the centre.</w:t>
      </w:r>
    </w:p>
    <w:p>
      <w:r>
        <w:rPr>
          <w:b/>
          <w:color w:val="1F4E79"/>
          <w:sz w:val="22"/>
        </w:rPr>
        <w:t>Question 3 — Answer: C</w:t>
      </w:r>
    </w:p>
    <w:p>
      <w:pPr>
        <w:spacing w:after="100"/>
        <w:ind w:left="216"/>
      </w:pPr>
      <w:r>
        <w:t>If A and B are fixed points and PA=PB, P lies on the perpendicular bisector of AB. Every point on that perpendicular bisector is equidistant from A and B.</w:t>
      </w:r>
    </w:p>
    <w:p>
      <w:r>
        <w:rPr>
          <w:b/>
          <w:color w:val="1F4E79"/>
          <w:sz w:val="22"/>
        </w:rPr>
        <w:t>Question 4 — Answer: C</w:t>
      </w:r>
    </w:p>
    <w:p>
      <w:pPr>
        <w:spacing w:after="100"/>
        <w:ind w:left="216"/>
      </w:pPr>
      <w:r>
        <w:t>A point equidistant from two intersecting lines lies on an angle bisector. There are two angle bisectors: internal and external.</w:t>
      </w:r>
    </w:p>
    <w:p>
      <w:r>
        <w:rPr>
          <w:b/>
          <w:color w:val="1F4E79"/>
          <w:sz w:val="22"/>
        </w:rPr>
        <w:t>Question 5 — Answer: B</w:t>
      </w:r>
    </w:p>
    <w:p>
      <w:pPr>
        <w:spacing w:after="100"/>
        <w:ind w:left="216"/>
      </w:pPr>
      <w:r>
        <w:t>Points at a fixed perpendicular distance d from a line lie on two lines parallel to the original line, one on each side, at distance d.</w:t>
      </w:r>
    </w:p>
    <w:p>
      <w:r>
        <w:rPr>
          <w:b/>
          <w:color w:val="1F4E79"/>
          <w:sz w:val="22"/>
        </w:rPr>
        <w:t>Question 6 — Answer: B</w:t>
      </w:r>
    </w:p>
    <w:p>
      <w:pPr>
        <w:spacing w:after="100"/>
        <w:ind w:left="216"/>
      </w:pPr>
      <w:r>
        <w:t>The centre O of a circle through A and B satisfies OA=OB. Hence O lies on the perpendicular bisector of AB.</w:t>
      </w:r>
    </w:p>
    <w:p>
      <w:r>
        <w:rPr>
          <w:b/>
          <w:color w:val="1F4E79"/>
          <w:sz w:val="22"/>
        </w:rPr>
        <w:t>Question 7 — Answer: A</w:t>
      </w:r>
    </w:p>
    <w:p>
      <w:pPr>
        <w:spacing w:after="100"/>
        <w:ind w:left="216"/>
      </w:pPr>
      <w:r>
        <w:t>PA=r is constant. Therefore all possible positions of P form a circle of radius r centred at A.</w:t>
      </w:r>
    </w:p>
    <w:p>
      <w:r>
        <w:rPr>
          <w:b/>
          <w:color w:val="1F4E79"/>
          <w:sz w:val="22"/>
        </w:rPr>
        <w:t>Question 8 — Answer: C</w:t>
      </w:r>
    </w:p>
    <w:p>
      <w:pPr>
        <w:spacing w:after="100"/>
        <w:ind w:left="216"/>
      </w:pPr>
      <w:r>
        <w:t>Since PA=PB, PA−PB=0 for every position of P on the locus.</w:t>
      </w:r>
    </w:p>
    <w:p>
      <w:r>
        <w:rPr>
          <w:b/>
          <w:color w:val="1F4E79"/>
          <w:sz w:val="22"/>
        </w:rPr>
        <w:t>Question 9 — Answer: B</w:t>
      </w:r>
    </w:p>
    <w:p>
      <w:pPr>
        <w:spacing w:after="100"/>
        <w:ind w:left="216"/>
      </w:pPr>
      <w:r>
        <w:t>Choose equal radii greater than half of AB so that the arcs intersect at two points. Joining those points gives the perpendicular bisector.</w:t>
      </w:r>
    </w:p>
    <w:p>
      <w:r>
        <w:rPr>
          <w:b/>
          <w:color w:val="1F4E79"/>
          <w:sz w:val="22"/>
        </w:rPr>
        <w:t>Question 10 — Answer: C</w:t>
      </w:r>
    </w:p>
    <w:p>
      <w:pPr>
        <w:spacing w:after="100"/>
        <w:ind w:left="216"/>
      </w:pPr>
      <w:r>
        <w:t>By definition, it cuts the segment into two equal parts at an angle of 90°.</w:t>
      </w:r>
    </w:p>
    <w:p>
      <w:r>
        <w:rPr>
          <w:b/>
          <w:color w:val="1F4E79"/>
          <w:sz w:val="22"/>
        </w:rPr>
        <w:t>Question 11 — Answer: B</w:t>
      </w:r>
    </w:p>
    <w:p>
      <w:pPr>
        <w:spacing w:after="100"/>
        <w:ind w:left="216"/>
      </w:pPr>
      <w:r>
        <w:t>A perpendicular bisector divides AB into two equal parts. AM=AB/2=5 cm.</w:t>
      </w:r>
    </w:p>
    <w:p>
      <w:r>
        <w:rPr>
          <w:b/>
          <w:color w:val="1F4E79"/>
          <w:sz w:val="22"/>
        </w:rPr>
        <w:t>Question 12 — Answer: A</w:t>
      </w:r>
    </w:p>
    <w:p>
      <w:pPr>
        <w:spacing w:after="100"/>
        <w:ind w:left="216"/>
      </w:pPr>
      <w:r>
        <w:t>Every point on the circle is exactly 7 cm from O, so the circle is the locus.</w:t>
      </w:r>
    </w:p>
    <w:p>
      <w:r>
        <w:rPr>
          <w:b/>
          <w:color w:val="1F4E79"/>
          <w:sz w:val="22"/>
        </w:rPr>
        <w:t>Question 13 — Answer: C</w:t>
      </w:r>
    </w:p>
    <w:p>
      <w:pPr>
        <w:spacing w:after="100"/>
        <w:ind w:left="216"/>
      </w:pPr>
      <w:r>
        <w:t>The condition OP≤5 includes all points inside the circle and points on its boundary.</w:t>
      </w:r>
    </w:p>
    <w:p>
      <w:r>
        <w:rPr>
          <w:b/>
          <w:color w:val="1F4E79"/>
          <w:sz w:val="22"/>
        </w:rPr>
        <w:t>Question 14 — Answer: B</w:t>
      </w:r>
    </w:p>
    <w:p>
      <w:pPr>
        <w:spacing w:after="100"/>
        <w:ind w:left="216"/>
      </w:pPr>
      <w:r>
        <w:t>There are two sides of the fixed line. Points at perpendicular distance 5 cm form two parallel lines.</w:t>
      </w:r>
    </w:p>
    <w:p>
      <w:r>
        <w:rPr>
          <w:b/>
          <w:color w:val="1F4E79"/>
          <w:sz w:val="22"/>
        </w:rPr>
        <w:t>Question 15 — Answer: B</w:t>
      </w:r>
    </w:p>
    <w:p>
      <w:pPr>
        <w:spacing w:after="100"/>
        <w:ind w:left="216"/>
      </w:pPr>
      <w:r>
        <w:t>Condition OP&lt;4 selects all points strictly inside the circle of radius 4 cm.</w:t>
      </w:r>
    </w:p>
    <w:p>
      <w:r>
        <w:rPr>
          <w:b/>
          <w:color w:val="1F4E79"/>
          <w:sz w:val="22"/>
        </w:rPr>
        <w:t>Question 16 — Answer: B</w:t>
      </w:r>
    </w:p>
    <w:p>
      <w:pPr>
        <w:spacing w:after="100"/>
        <w:ind w:left="216"/>
      </w:pPr>
      <w:r>
        <w:t>By triangle inequality, PA+PB≥AB, with equality only when P lies on the segment AB. Hence the locus is AB itself.</w:t>
      </w:r>
    </w:p>
    <w:p>
      <w:r>
        <w:rPr>
          <w:b/>
          <w:color w:val="1F4E79"/>
          <w:sz w:val="22"/>
        </w:rPr>
        <w:t>Question 17 — Answer: B</w:t>
      </w:r>
    </w:p>
    <w:p>
      <w:pPr>
        <w:spacing w:after="100"/>
        <w:ind w:left="216"/>
      </w:pPr>
      <w:r>
        <w:t>An ellipse is the locus of a point whose sum of distances from two fixed points (foci) is constant and greater than the distance between them.</w:t>
      </w:r>
    </w:p>
    <w:p>
      <w:r>
        <w:rPr>
          <w:b/>
          <w:color w:val="1F4E79"/>
          <w:sz w:val="22"/>
        </w:rPr>
        <w:t>Question 18 — Answer: B</w:t>
      </w:r>
    </w:p>
    <w:p>
      <w:pPr>
        <w:spacing w:after="100"/>
        <w:ind w:left="216"/>
      </w:pPr>
      <w:r>
        <w:t>A hyperbola is the locus for which the absolute difference of distances from two fixed foci is constant and less than the distance between them.</w:t>
      </w:r>
    </w:p>
    <w:p>
      <w:r>
        <w:rPr>
          <w:b/>
          <w:color w:val="1F4E79"/>
          <w:sz w:val="22"/>
        </w:rPr>
        <w:t>Question 19 — Answer: C</w:t>
      </w:r>
    </w:p>
    <w:p>
      <w:pPr>
        <w:spacing w:after="100"/>
        <w:ind w:left="216"/>
      </w:pPr>
      <w:r>
        <w:t>A parabola is defined as the locus of a point equidistant from a fixed point (focus) and a fixed line (directrix).</w:t>
      </w:r>
    </w:p>
    <w:p>
      <w:r>
        <w:rPr>
          <w:b/>
          <w:color w:val="1F4E79"/>
          <w:sz w:val="22"/>
        </w:rPr>
        <w:t>Question 20 — Answer: B</w:t>
      </w:r>
    </w:p>
    <w:p>
      <w:pPr>
        <w:spacing w:after="100"/>
        <w:ind w:left="216"/>
      </w:pPr>
      <w:r>
        <w:t>The fixed point is the focus. The fixed line is the directrix.</w:t>
      </w:r>
    </w:p>
    <w:p>
      <w:r>
        <w:rPr>
          <w:b/>
          <w:color w:val="1F4E79"/>
          <w:sz w:val="22"/>
        </w:rPr>
        <w:t>Question 21 — Answer: C</w:t>
      </w:r>
    </w:p>
    <w:p>
      <w:pPr>
        <w:spacing w:after="100"/>
        <w:ind w:left="216"/>
      </w:pPr>
      <w:r>
        <w:t>The fixed line from which distances are measured is the directrix.</w:t>
      </w:r>
    </w:p>
    <w:p>
      <w:r>
        <w:rPr>
          <w:b/>
          <w:color w:val="1F4E79"/>
          <w:sz w:val="22"/>
        </w:rPr>
        <w:t>Question 22 — Answer: B</w:t>
      </w:r>
    </w:p>
    <w:p>
      <w:pPr>
        <w:spacing w:after="100"/>
        <w:ind w:left="216"/>
      </w:pPr>
      <w:r>
        <w:t>The conic definition with eccentricity e=1 gives a parabola.</w:t>
      </w:r>
    </w:p>
    <w:p>
      <w:r>
        <w:rPr>
          <w:b/>
          <w:color w:val="1F4E79"/>
          <w:sz w:val="22"/>
        </w:rPr>
        <w:t>Question 23 — Answer: B</w:t>
      </w:r>
    </w:p>
    <w:p>
      <w:pPr>
        <w:spacing w:after="100"/>
        <w:ind w:left="216"/>
      </w:pPr>
      <w:r>
        <w:t>By Thales' theorem, an angle subtended by a diameter is 90°. Thus points on the circle with AB as diameter subtend a right angle at AB.</w:t>
      </w:r>
    </w:p>
    <w:p>
      <w:r>
        <w:rPr>
          <w:b/>
          <w:color w:val="1F4E79"/>
          <w:sz w:val="22"/>
        </w:rPr>
        <w:t>Question 24 — Answer: A</w:t>
      </w:r>
    </w:p>
    <w:p>
      <w:pPr>
        <w:spacing w:after="100"/>
        <w:ind w:left="216"/>
      </w:pPr>
      <w:r>
        <w:t>Thales' theorem directly gives the result: P lies on the circle having AB as diameter.</w:t>
      </w:r>
    </w:p>
    <w:p>
      <w:r>
        <w:rPr>
          <w:b/>
          <w:color w:val="1F4E79"/>
          <w:sz w:val="22"/>
        </w:rPr>
        <w:t>Question 25 — Answer: B</w:t>
      </w:r>
    </w:p>
    <w:p>
      <w:pPr>
        <w:spacing w:after="100"/>
        <w:ind w:left="216"/>
      </w:pPr>
      <w:r>
        <w:t>For a fixed chord AB and a fixed angle α, the corresponding points lie on suitable arcs of circles passing through A and B.</w:t>
      </w:r>
    </w:p>
    <w:p>
      <w:r>
        <w:rPr>
          <w:b/>
          <w:color w:val="1F4E79"/>
          <w:sz w:val="22"/>
        </w:rPr>
        <w:t>Question 26 — Answer: B</w:t>
      </w:r>
    </w:p>
    <w:p>
      <w:pPr>
        <w:spacing w:after="100"/>
        <w:ind w:left="216"/>
      </w:pPr>
      <w:r>
        <w:t>Points equidistant from two intersecting lines AB and AC lie on their angle bisectors. Inside the triangle, this is the internal angle bisector of A.</w:t>
      </w:r>
    </w:p>
    <w:p>
      <w:r>
        <w:rPr>
          <w:b/>
          <w:color w:val="1F4E79"/>
          <w:sz w:val="22"/>
        </w:rPr>
        <w:t>Question 27 — Answer: A</w:t>
      </w:r>
    </w:p>
    <w:p>
      <w:pPr>
        <w:spacing w:after="100"/>
        <w:ind w:left="216"/>
      </w:pPr>
      <w:r>
        <w:t>AB and BC intersect at B. Points equidistant from these lines lie on their angle bisectors; inside the angle, it is the internal bisector of B.</w:t>
      </w:r>
    </w:p>
    <w:p>
      <w:r>
        <w:rPr>
          <w:b/>
          <w:color w:val="1F4E79"/>
          <w:sz w:val="22"/>
        </w:rPr>
        <w:t>Question 28 — Answer: C</w:t>
      </w:r>
    </w:p>
    <w:p>
      <w:pPr>
        <w:spacing w:after="100"/>
        <w:ind w:left="216"/>
      </w:pPr>
      <w:r>
        <w:t>The internal angle bisectors of the three angles meet at the incenter, which is equidistant from all three sides.</w:t>
      </w:r>
    </w:p>
    <w:p>
      <w:r>
        <w:rPr>
          <w:b/>
          <w:color w:val="1F4E79"/>
          <w:sz w:val="22"/>
        </w:rPr>
        <w:t>Question 29 — Answer: B</w:t>
      </w:r>
    </w:p>
    <w:p>
      <w:pPr>
        <w:spacing w:after="100"/>
        <w:ind w:left="216"/>
      </w:pPr>
      <w:r>
        <w:t>Equidistance from A and B means PA=PB, which is precisely the perpendicular bisector of AB.</w:t>
      </w:r>
    </w:p>
    <w:p>
      <w:r>
        <w:rPr>
          <w:b/>
          <w:color w:val="1F4E79"/>
          <w:sz w:val="22"/>
        </w:rPr>
        <w:t>Question 30 — Answer: C</w:t>
      </w:r>
    </w:p>
    <w:p>
      <w:pPr>
        <w:spacing w:after="100"/>
        <w:ind w:left="216"/>
      </w:pPr>
      <w:r>
        <w:t>The circumcenter is the intersection of perpendicular bisectors and is equidistant from all three vertices.</w:t>
      </w:r>
    </w:p>
    <w:p>
      <w:r>
        <w:rPr>
          <w:b/>
          <w:color w:val="1F4E79"/>
          <w:sz w:val="22"/>
        </w:rPr>
        <w:t>Question 31 — Answer: B</w:t>
      </w:r>
    </w:p>
    <w:p>
      <w:pPr>
        <w:spacing w:after="100"/>
        <w:ind w:left="216"/>
      </w:pPr>
      <w:r>
        <w:t>The incenter lies on the angle bisectors and has equal perpendicular distances from all three sides.</w:t>
      </w:r>
    </w:p>
    <w:p>
      <w:r>
        <w:rPr>
          <w:b/>
          <w:color w:val="1F4E79"/>
          <w:sz w:val="22"/>
        </w:rPr>
        <w:t>Question 32 — Answer: B</w:t>
      </w:r>
    </w:p>
    <w:p>
      <w:pPr>
        <w:spacing w:after="100"/>
        <w:ind w:left="216"/>
      </w:pPr>
      <w:r>
        <w:t>The points with equal perpendicular distances from two parallel lines lie on the unique parallel line halfway between them.</w:t>
      </w:r>
    </w:p>
    <w:p>
      <w:r>
        <w:rPr>
          <w:b/>
          <w:color w:val="1F4E79"/>
          <w:sz w:val="22"/>
        </w:rPr>
        <w:t>Question 33 — Answer: C</w:t>
      </w:r>
    </w:p>
    <w:p>
      <w:pPr>
        <w:spacing w:after="100"/>
        <w:ind w:left="216"/>
      </w:pPr>
      <w:r>
        <w:t>The midway line divides the 12 cm separation equally. Distance from each = 12/2 = 6 cm.</w:t>
      </w:r>
    </w:p>
    <w:p>
      <w:r>
        <w:rPr>
          <w:b/>
          <w:color w:val="1F4E79"/>
          <w:sz w:val="22"/>
        </w:rPr>
        <w:t>Question 34 — Answer: A</w:t>
      </w:r>
    </w:p>
    <w:p>
      <w:pPr>
        <w:spacing w:after="100"/>
        <w:ind w:left="216"/>
      </w:pPr>
      <w:r>
        <w:t>The set of all points equidistant from A and B is the perpendicular bisector of AB, which is perpendicular to AB at its midpoint.</w:t>
      </w:r>
    </w:p>
    <w:p>
      <w:r>
        <w:rPr>
          <w:b/>
          <w:color w:val="1F4E79"/>
          <w:sz w:val="22"/>
        </w:rPr>
        <w:t>Question 35 — Answer: B</w:t>
      </w:r>
    </w:p>
    <w:p>
      <w:pPr>
        <w:spacing w:after="100"/>
        <w:ind w:left="216"/>
      </w:pPr>
      <w:r>
        <w:t>M is the midpoint, so AM=MB=14/2=7 cm.</w:t>
      </w:r>
    </w:p>
    <w:p>
      <w:r>
        <w:rPr>
          <w:b/>
          <w:color w:val="1F4E79"/>
          <w:sz w:val="22"/>
        </w:rPr>
        <w:t>Question 36 — Answer: A</w:t>
      </w:r>
    </w:p>
    <w:p>
      <w:pPr>
        <w:spacing w:after="100"/>
        <w:ind w:left="216"/>
      </w:pPr>
      <w:r>
        <w:t>Any point on the perpendicular bisector has equal distances from A and B.</w:t>
      </w:r>
    </w:p>
    <w:p>
      <w:r>
        <w:rPr>
          <w:b/>
          <w:color w:val="1F4E79"/>
          <w:sz w:val="22"/>
        </w:rPr>
        <w:t>Question 37 — Answer: B</w:t>
      </w:r>
    </w:p>
    <w:p>
      <w:pPr>
        <w:spacing w:after="100"/>
        <w:ind w:left="216"/>
      </w:pPr>
      <w:r>
        <w:t>The inequality includes every point whose distance from O is at most r, giving the closed circular region.</w:t>
      </w:r>
    </w:p>
    <w:p>
      <w:r>
        <w:rPr>
          <w:b/>
          <w:color w:val="1F4E79"/>
          <w:sz w:val="22"/>
        </w:rPr>
        <w:t>Question 38 — Answer: C</w:t>
      </w:r>
    </w:p>
    <w:p>
      <w:pPr>
        <w:spacing w:after="100"/>
        <w:ind w:left="216"/>
      </w:pPr>
      <w:r>
        <w:t>All points whose distance from O exceeds r lie outside the circle.</w:t>
      </w:r>
    </w:p>
    <w:p>
      <w:r>
        <w:rPr>
          <w:b/>
          <w:color w:val="1F4E79"/>
          <w:sz w:val="22"/>
        </w:rPr>
        <w:t>Question 39 — Answer: A</w:t>
      </w:r>
    </w:p>
    <w:p>
      <w:pPr>
        <w:spacing w:after="100"/>
        <w:ind w:left="216"/>
      </w:pPr>
      <w:r>
        <w:t>Comparing x²+y²=r² gives r²=25, so r=5 and centre is (0,0).</w:t>
      </w:r>
    </w:p>
    <w:p>
      <w:r>
        <w:rPr>
          <w:b/>
          <w:color w:val="1F4E79"/>
          <w:sz w:val="22"/>
        </w:rPr>
        <w:t>Question 40 — Answer: C</w:t>
      </w:r>
    </w:p>
    <w:p>
      <w:pPr>
        <w:spacing w:after="100"/>
        <w:ind w:left="216"/>
      </w:pPr>
      <w:r>
        <w:t>Standard form is (x−h)²+(y−k)²=r². Here h=3 and k=−2, so centre=(3,−2).</w:t>
      </w:r>
    </w:p>
    <w:p>
      <w:r>
        <w:rPr>
          <w:b/>
          <w:color w:val="1F4E79"/>
          <w:sz w:val="22"/>
        </w:rPr>
        <w:t>Question 41 — Answer: C</w:t>
      </w:r>
    </w:p>
    <w:p>
      <w:pPr>
        <w:spacing w:after="100"/>
        <w:ind w:left="216"/>
      </w:pPr>
      <w:r>
        <w:t>r²=49, hence r=7.</w:t>
      </w:r>
    </w:p>
    <w:p>
      <w:r>
        <w:rPr>
          <w:b/>
          <w:color w:val="1F4E79"/>
          <w:sz w:val="22"/>
        </w:rPr>
        <w:t>Question 42 — Answer: A</w:t>
      </w:r>
    </w:p>
    <w:p>
      <w:pPr>
        <w:spacing w:after="100"/>
        <w:ind w:left="216"/>
      </w:pPr>
      <w:r>
        <w:t>Complete squares: (x−3)²−9+(y+4)²−16=0, so (x−3)²+(y+4)²=25. Centre=(3,−4).</w:t>
      </w:r>
    </w:p>
    <w:p>
      <w:r>
        <w:rPr>
          <w:b/>
          <w:color w:val="1F4E79"/>
          <w:sz w:val="22"/>
        </w:rPr>
        <w:t>Question 43 — Answer: A</w:t>
      </w:r>
    </w:p>
    <w:p>
      <w:pPr>
        <w:spacing w:after="100"/>
        <w:ind w:left="216"/>
      </w:pPr>
      <w:r>
        <w:t>Let P(x,y). Equidistance gives x²+y²=(x−4)²+y². Simplifying: 8x=16, so x=2.</w:t>
      </w:r>
    </w:p>
    <w:p>
      <w:r>
        <w:rPr>
          <w:b/>
          <w:color w:val="1F4E79"/>
          <w:sz w:val="22"/>
        </w:rPr>
        <w:t>Question 44 — Answer: A</w:t>
      </w:r>
    </w:p>
    <w:p>
      <w:pPr>
        <w:spacing w:after="100"/>
        <w:ind w:left="216"/>
      </w:pPr>
      <w:r>
        <w:t>The points have the same y-coordinate, so their segment is horizontal. Its perpendicular bisector is the vertical line x=4.</w:t>
      </w:r>
    </w:p>
    <w:p>
      <w:r>
        <w:rPr>
          <w:b/>
          <w:color w:val="1F4E79"/>
          <w:sz w:val="22"/>
        </w:rPr>
        <w:t>Question 45 — Answer: C</w:t>
      </w:r>
    </w:p>
    <w:p>
      <w:pPr>
        <w:spacing w:after="100"/>
        <w:ind w:left="216"/>
      </w:pPr>
      <w:r>
        <w:t>Distance from origin =3 gives √(x²+y²)=3. Squaring gives x²+y²=9.</w:t>
      </w:r>
    </w:p>
    <w:p>
      <w:r>
        <w:rPr>
          <w:b/>
          <w:color w:val="1F4E79"/>
          <w:sz w:val="22"/>
        </w:rPr>
        <w:t>Question 46 — Answer: A</w:t>
      </w:r>
    </w:p>
    <w:p>
      <w:pPr>
        <w:spacing w:after="100"/>
        <w:ind w:left="216"/>
      </w:pPr>
      <w:r>
        <w:t>This is the standard geometric definition of an ellipse. The two fixed points are its foci.</w:t>
      </w:r>
    </w:p>
    <w:p>
      <w:r>
        <w:rPr>
          <w:b/>
          <w:color w:val="1F4E79"/>
          <w:sz w:val="22"/>
        </w:rPr>
        <w:t>Question 47 — Answer: C</w:t>
      </w:r>
    </w:p>
    <w:p>
      <w:pPr>
        <w:spacing w:after="100"/>
        <w:ind w:left="216"/>
      </w:pPr>
      <w:r>
        <w:t>This is the standard definition of a hyperbola. The fixed points are its foci.</w:t>
      </w:r>
    </w:p>
    <w:p>
      <w:r>
        <w:rPr>
          <w:b/>
          <w:color w:val="1F4E79"/>
          <w:sz w:val="22"/>
        </w:rPr>
        <w:t>Question 48 — Answer: B</w:t>
      </w:r>
    </w:p>
    <w:p>
      <w:pPr>
        <w:spacing w:after="100"/>
        <w:ind w:left="216"/>
      </w:pPr>
      <w:r>
        <w:t>For any two intersecting lines, the locus of points equidistant from them is the pair of angle bisectors, including the internal and external bisectors.</w:t>
      </w:r>
    </w:p>
    <w:p>
      <w:r>
        <w:rPr>
          <w:b/>
          <w:color w:val="1F4E79"/>
          <w:sz w:val="22"/>
        </w:rPr>
        <w:t>Question 49 — Answer: A</w:t>
      </w:r>
    </w:p>
    <w:p>
      <w:pPr>
        <w:spacing w:after="100"/>
        <w:ind w:left="216"/>
      </w:pPr>
      <w:r>
        <w:t>If the circle radius is fixed at r, its centre must remain at perpendicular distance r from the fixed line. Thus the centres lie on two parallel lines.</w:t>
      </w:r>
    </w:p>
    <w:p>
      <w:r>
        <w:rPr>
          <w:b/>
          <w:color w:val="1F4E79"/>
          <w:sz w:val="22"/>
        </w:rPr>
        <w:t>Question 50 — Answer: B</w:t>
      </w:r>
    </w:p>
    <w:p>
      <w:pPr>
        <w:spacing w:after="100"/>
        <w:ind w:left="216"/>
      </w:pPr>
      <w:r>
        <w:t>Equal distances PA=PB define the perpendicular bisector of AB. Since AB=10 cm, the bisector passes through its midpoint, 5 cm from either endpoint.</w:t>
      </w:r>
    </w:p>
    <w:p>
      <w:pPr>
        <w:spacing w:before="160" w:after="80"/>
      </w:pPr>
      <w:r>
        <w:rPr>
          <w:b/>
          <w:color w:val="ED7D31"/>
          <w:sz w:val="30"/>
        </w:rPr>
        <w:t>SECTION IV — QUICK REVISION CHECKLIST</w:t>
      </w:r>
    </w:p>
    <w:p>
      <w:r>
        <w:t>• Always translate the condition in the question into a distance statement.</w:t>
      </w:r>
    </w:p>
    <w:p>
      <w:r>
        <w:t>• Fixed distance from a point gives a circle.</w:t>
      </w:r>
    </w:p>
    <w:p>
      <w:r>
        <w:t>• Equal distance from two points gives a perpendicular bisector.</w:t>
      </w:r>
    </w:p>
    <w:p>
      <w:r>
        <w:t>• Equal distance from two intersecting lines gives angle bisectors.</w:t>
      </w:r>
    </w:p>
    <w:p>
      <w:r>
        <w:t>• Fixed distance from a line gives parallel line(s).</w:t>
      </w:r>
    </w:p>
    <w:p>
      <w:r>
        <w:t>• Use Thales' theorem when a fixed segment subtends 90°.</w:t>
      </w:r>
    </w:p>
    <w:p>
      <w:r>
        <w:t>• Ellipse: sum of distances from two foci is constant.</w:t>
      </w:r>
    </w:p>
    <w:p>
      <w:r>
        <w:t>• Hyperbola: absolute difference of distances from two foci is constant.</w:t>
      </w:r>
    </w:p>
    <w:p>
      <w:r>
        <w:t>• Parabola: distance from focus equals perpendicular distance from directrix.</w:t>
      </w:r>
    </w:p>
    <w:p>
      <w:r>
        <w:t>• For coordinate loci, write the distance condition and square it.</w:t>
      </w:r>
    </w:p>
    <w:p>
      <w:r>
        <w:t>• Intersect multiple locus conditions to find the final possible positions.</w:t>
      </w:r>
    </w:p>
    <w:p>
      <w:pPr>
        <w:spacing w:before="160" w:after="80"/>
      </w:pPr>
      <w:r>
        <w:rPr>
          <w:b/>
          <w:color w:val="ED7D31"/>
          <w:sz w:val="30"/>
        </w:rPr>
        <w:t>SECTION V — IMPORTANT CONSTRUCTION RESULTS</w:t>
      </w:r>
    </w:p>
    <w:p>
      <w:r>
        <w:t>• Perpendicular bisector of AB: every point on it is equidistant from A and B.</w:t>
      </w:r>
    </w:p>
    <w:p>
      <w:r>
        <w:t>• Angle bisector: every point on it is equidistant from the two sides of the angle.</w:t>
      </w:r>
    </w:p>
    <w:p>
      <w:r>
        <w:t>• Circle with AB as diameter: every point on the circle subtends a right angle at AB.</w:t>
      </w:r>
    </w:p>
    <w:p>
      <w:r>
        <w:t>• Mid-parallel between two parallel lines: every point on it is equidistant from both lines.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CDS Mathematics Practice Worksheet — Loci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