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9"/>
          <w:sz w:val="48"/>
        </w:rPr>
        <w:t>Chapter 5: Plane Geometry &amp; Loci</w:t>
      </w:r>
    </w:p>
    <w:p>
      <w:pPr>
        <w:jc w:val="center"/>
      </w:pPr>
      <w:r>
        <w:rPr>
          <w:i/>
          <w:color w:val="595959"/>
          <w:sz w:val="22"/>
        </w:rPr>
        <w:t>Chapter 6 — Loci | Detailed Notes &amp; Solved Examples</w:t>
      </w:r>
    </w:p>
    <w:p>
      <w:pPr>
        <w:spacing w:before="160" w:after="80"/>
      </w:pPr>
      <w:r>
        <w:rPr>
          <w:b/>
          <w:color w:val="1F4E79"/>
          <w:sz w:val="30"/>
        </w:rPr>
        <w:t>1. What Is a Locus?</w:t>
      </w:r>
    </w:p>
    <w:p>
      <w:pPr>
        <w:spacing w:after="60"/>
      </w:pPr>
      <w:r>
        <w:t>In geometry, a locus is the set of all points that satisfy a particular condition. In simple words, it tells us where a point can be located when it has to follow a fixed rule.</w:t>
      </w:r>
    </w:p>
    <w:p>
      <w:pPr>
        <w:spacing w:after="60"/>
      </w:pPr>
      <w:r>
        <w:t>For example, all points that are exactly 5 cm from a fixed point lie on a circle of radius 5 cm.</w:t>
      </w:r>
    </w:p>
    <w:p>
      <w:pPr>
        <w:jc w:val="center"/>
      </w:pPr>
      <w:r>
        <w:rPr>
          <w:b/>
          <w:color w:val="C05014"/>
          <w:sz w:val="24"/>
        </w:rPr>
        <w:t>Locus = Set of all points satisfying a given condition</w:t>
      </w:r>
    </w:p>
    <w:p>
      <w:pPr>
        <w:spacing w:before="160" w:after="80"/>
      </w:pPr>
      <w:r>
        <w:rPr>
          <w:b/>
          <w:color w:val="1F4E79"/>
          <w:sz w:val="30"/>
        </w:rPr>
        <w:t>2. Why Do We Study Loci?</w:t>
      </w:r>
    </w:p>
    <w:p>
      <w:pPr>
        <w:spacing w:after="60"/>
      </w:pPr>
      <w:r>
        <w:t>Loci are useful when a problem describes a moving point and gives a condition that the point must always satisfy.</w:t>
      </w:r>
    </w:p>
    <w:p>
      <w:pPr>
        <w:spacing w:after="60"/>
      </w:pPr>
      <w:r>
        <w:t>Instead of checking one point at a time, we find the complete path followed by the point. That path is the locus.</w:t>
      </w:r>
    </w:p>
    <w:p>
      <w:pPr>
        <w:spacing w:before="160" w:after="80"/>
      </w:pPr>
      <w:r>
        <w:rPr>
          <w:b/>
          <w:color w:val="1F4E79"/>
          <w:sz w:val="30"/>
        </w:rPr>
        <w:t>3. Fixed Point and Moving Point</w:t>
      </w:r>
    </w:p>
    <w:p>
      <w:pPr>
        <w:spacing w:after="60"/>
      </w:pPr>
      <w:r>
        <w:t>A fixed point remains in one position. A moving point can change its position, but it must continue to satisfy the condition given in the question.</w:t>
      </w:r>
    </w:p>
    <w:p>
      <w:pPr>
        <w:spacing w:after="60"/>
      </w:pPr>
      <w:r>
        <w:t>For example, if point P must always remain 4 cm from fixed point O, P can move around O, but its distance from O must remain 4 cm.</w:t>
      </w:r>
    </w:p>
    <w:p>
      <w:pPr>
        <w:spacing w:before="160" w:after="80"/>
      </w:pPr>
      <w:r>
        <w:rPr>
          <w:b/>
          <w:color w:val="1F4E79"/>
          <w:sz w:val="30"/>
        </w:rPr>
        <w:t>4. Locus of a Point at a Fixed Distance from a Fixed Point</w:t>
      </w:r>
    </w:p>
    <w:p>
      <w:pPr>
        <w:spacing w:after="60"/>
      </w:pPr>
      <w:r>
        <w:t>Suppose a point P moves so that its distance from a fixed point O is always r. Every possible position of P is at distance r from O.</w:t>
      </w:r>
    </w:p>
    <w:p>
      <w:pPr>
        <w:jc w:val="center"/>
      </w:pPr>
      <w:r>
        <w:rPr>
          <w:b/>
          <w:color w:val="C05014"/>
          <w:sz w:val="24"/>
        </w:rPr>
        <w:t>OP = r</w:t>
      </w:r>
    </w:p>
    <w:p>
      <w:pPr>
        <w:spacing w:after="60"/>
      </w:pPr>
      <w:r>
        <w:t>The locus of P is therefore a circle with centre O and radius r.</w:t>
      </w:r>
    </w:p>
    <w:p>
      <w:pPr>
        <w:spacing w:before="160" w:after="80"/>
      </w:pPr>
      <w:r>
        <w:rPr>
          <w:b/>
          <w:color w:val="1F4E79"/>
          <w:sz w:val="30"/>
        </w:rPr>
        <w:t>5. Example of a Fixed-Distance Locus</w:t>
      </w:r>
    </w:p>
    <w:p>
      <w:pPr>
        <w:spacing w:after="60"/>
      </w:pPr>
      <w:r>
        <w:t>A point is required to remain 6 cm from a fixed point O. The point may move in every direction, but its distance from O must always be 6 cm.</w:t>
      </w:r>
    </w:p>
    <w:p>
      <w:pPr>
        <w:jc w:val="center"/>
      </w:pPr>
      <w:r>
        <w:rPr>
          <w:b/>
          <w:color w:val="C05014"/>
          <w:sz w:val="24"/>
        </w:rPr>
        <w:t>Locus = Circle with centre O and radius 6 cm</w:t>
      </w:r>
    </w:p>
    <w:p>
      <w:pPr>
        <w:spacing w:before="160" w:after="80"/>
      </w:pPr>
      <w:r>
        <w:rPr>
          <w:b/>
          <w:color w:val="1F4E79"/>
          <w:sz w:val="30"/>
        </w:rPr>
        <w:t>6. Locus of Points Equidistant from Two Fixed Points</w:t>
      </w:r>
    </w:p>
    <w:p>
      <w:pPr>
        <w:spacing w:after="60"/>
      </w:pPr>
      <w:r>
        <w:t>Suppose A and B are two fixed points. We want to find all points P such that PA = PB.</w:t>
      </w:r>
    </w:p>
    <w:p>
      <w:pPr>
        <w:spacing w:after="60"/>
      </w:pPr>
      <w:r>
        <w:t>The locus of all points equidistant from A and B is the perpendicular bisector of AB.</w:t>
      </w:r>
    </w:p>
    <w:p>
      <w:pPr>
        <w:jc w:val="center"/>
      </w:pPr>
      <w:r>
        <w:rPr>
          <w:b/>
          <w:color w:val="C05014"/>
          <w:sz w:val="24"/>
        </w:rPr>
        <w:t>PA = PB → Perpendicular bisector of AB</w:t>
      </w:r>
    </w:p>
    <w:p>
      <w:pPr>
        <w:spacing w:after="60"/>
      </w:pPr>
      <w:r>
        <w:t>Every point on the perpendicular bisector is equally distant from A and B.</w:t>
      </w:r>
    </w:p>
    <w:p>
      <w:pPr>
        <w:spacing w:before="160" w:after="80"/>
      </w:pPr>
      <w:r>
        <w:rPr>
          <w:b/>
          <w:color w:val="1F4E79"/>
          <w:sz w:val="30"/>
        </w:rPr>
        <w:t>7. Why Is the Perpendicular Bisector the Locus?</w:t>
      </w:r>
    </w:p>
    <w:p>
      <w:pPr>
        <w:spacing w:after="60"/>
      </w:pPr>
      <w:r>
        <w:t>Take the midpoint M of AB and draw a line through M perpendicular to AB. Any point P on this perpendicular line forms two right triangles, PAM and PBM.</w:t>
      </w:r>
    </w:p>
    <w:p>
      <w:pPr>
        <w:spacing w:after="60"/>
      </w:pPr>
      <w:r>
        <w:t>Since AM = MB, PM is common, and both angles at M are right angles, the two triangles are congruent. Therefore PA = PB.</w:t>
      </w:r>
    </w:p>
    <w:p>
      <w:pPr>
        <w:spacing w:after="60"/>
      </w:pPr>
      <w:r>
        <w:t>The same idea works in reverse: any point that is equally distant from A and B must lie on the perpendicular bisector of AB.</w:t>
      </w:r>
    </w:p>
    <w:p>
      <w:pPr>
        <w:spacing w:before="160" w:after="80"/>
      </w:pPr>
      <w:r>
        <w:rPr>
          <w:b/>
          <w:color w:val="1F4E79"/>
          <w:sz w:val="30"/>
        </w:rPr>
        <w:t>8. Locus of Points Equidistant from Two Intersecting Lines</w:t>
      </w:r>
    </w:p>
    <w:p>
      <w:pPr>
        <w:spacing w:after="60"/>
      </w:pPr>
      <w:r>
        <w:t>Suppose two lines intersect at point O. The points that are equally distant from both lines lie on the angle bisectors of the angles formed by the two lines.</w:t>
      </w:r>
    </w:p>
    <w:p>
      <w:pPr>
        <w:jc w:val="center"/>
      </w:pPr>
      <w:r>
        <w:rPr>
          <w:b/>
          <w:color w:val="C05014"/>
          <w:sz w:val="24"/>
        </w:rPr>
        <w:t>Equal distance from two intersecting lines → Angle bisectors</w:t>
      </w:r>
    </w:p>
    <w:p>
      <w:pPr>
        <w:spacing w:after="60"/>
      </w:pPr>
      <w:r>
        <w:t>There are two angle bisectors: the internal angle bisector and the perpendicular angle bisector of the other pair of angles.</w:t>
      </w:r>
    </w:p>
    <w:p>
      <w:pPr>
        <w:spacing w:before="160" w:after="80"/>
      </w:pPr>
      <w:r>
        <w:rPr>
          <w:b/>
          <w:color w:val="1F4E79"/>
          <w:sz w:val="30"/>
        </w:rPr>
        <w:t>9. Meaning of Equal Distance from a Line</w:t>
      </w:r>
    </w:p>
    <w:p>
      <w:pPr>
        <w:spacing w:after="60"/>
      </w:pPr>
      <w:r>
        <w:t>The distance of a point from a line means the shortest distance from the point to that line. This distance is measured along a perpendicular.</w:t>
      </w:r>
    </w:p>
    <w:p>
      <w:pPr>
        <w:jc w:val="center"/>
      </w:pPr>
      <w:r>
        <w:rPr>
          <w:b/>
          <w:color w:val="C05014"/>
          <w:sz w:val="24"/>
        </w:rPr>
        <w:t>Distance from a point to a line = Perpendicular distance</w:t>
      </w:r>
    </w:p>
    <w:p>
      <w:pPr>
        <w:spacing w:before="160" w:after="80"/>
      </w:pPr>
      <w:r>
        <w:rPr>
          <w:b/>
          <w:color w:val="1F4E79"/>
          <w:sz w:val="30"/>
        </w:rPr>
        <w:t>10. Locus of Points at a Fixed Distance from a Line</w:t>
      </w:r>
    </w:p>
    <w:p>
      <w:pPr>
        <w:spacing w:after="60"/>
      </w:pPr>
      <w:r>
        <w:t>Suppose a point P must always remain at a fixed distance d from a given straight line l.</w:t>
      </w:r>
    </w:p>
    <w:p>
      <w:pPr>
        <w:spacing w:after="60"/>
      </w:pPr>
      <w:r>
        <w:t>There are two possible sides of the line. Therefore, the locus consists of two lines parallel to l, each at distance d from l.</w:t>
      </w:r>
    </w:p>
    <w:p>
      <w:pPr>
        <w:jc w:val="center"/>
      </w:pPr>
      <w:r>
        <w:rPr>
          <w:b/>
          <w:color w:val="C05014"/>
          <w:sz w:val="24"/>
        </w:rPr>
        <w:t>Fixed distance d from a line → Two parallel lines at distance d</w:t>
      </w:r>
    </w:p>
    <w:p>
      <w:pPr>
        <w:spacing w:before="160" w:after="80"/>
      </w:pPr>
      <w:r>
        <w:rPr>
          <w:b/>
          <w:color w:val="1F4E79"/>
          <w:sz w:val="30"/>
        </w:rPr>
        <w:t>11. Locus of Points Equidistant from Two Parallel Lines</w:t>
      </w:r>
    </w:p>
    <w:p>
      <w:pPr>
        <w:spacing w:after="60"/>
      </w:pPr>
      <w:r>
        <w:t>If two parallel lines are given, every point that is equally distant from both lines lies on the line midway between them.</w:t>
      </w:r>
    </w:p>
    <w:p>
      <w:pPr>
        <w:jc w:val="center"/>
      </w:pPr>
      <w:r>
        <w:rPr>
          <w:b/>
          <w:color w:val="C05014"/>
          <w:sz w:val="24"/>
        </w:rPr>
        <w:t>Equidistant from two parallel lines → Parallel line midway between them</w:t>
      </w:r>
    </w:p>
    <w:p>
      <w:pPr>
        <w:spacing w:after="60"/>
      </w:pPr>
      <w:r>
        <w:t>This middle line is parallel to both given lines.</w:t>
      </w:r>
    </w:p>
    <w:p>
      <w:pPr>
        <w:spacing w:before="160" w:after="80"/>
      </w:pPr>
      <w:r>
        <w:rPr>
          <w:b/>
          <w:color w:val="1F4E79"/>
          <w:sz w:val="30"/>
        </w:rPr>
        <w:t>12. Locus of a Point Equidistant from Two Intersecting Lines</w:t>
      </w:r>
    </w:p>
    <w:p>
      <w:pPr>
        <w:spacing w:after="60"/>
      </w:pPr>
      <w:r>
        <w:t>If two lines meet at O and a moving point P is equally distant from both lines, P lies on one of the two angle bisectors.</w:t>
      </w:r>
    </w:p>
    <w:p>
      <w:pPr>
        <w:spacing w:after="60"/>
      </w:pPr>
      <w:r>
        <w:t>This is because a point on an angle bisector has equal perpendicular distances from the two arms of the angle.</w:t>
      </w:r>
    </w:p>
    <w:p>
      <w:pPr>
        <w:spacing w:before="160" w:after="80"/>
      </w:pPr>
      <w:r>
        <w:rPr>
          <w:b/>
          <w:color w:val="1F4E79"/>
          <w:sz w:val="30"/>
        </w:rPr>
        <w:t>13. Angle Bisector as a Locus</w:t>
      </w:r>
    </w:p>
    <w:p>
      <w:pPr>
        <w:spacing w:after="60"/>
      </w:pPr>
      <w:r>
        <w:t>An angle bisector divides an angle into two equal parts. Every point on an angle bisector is equally distant from the two arms of the angle.</w:t>
      </w:r>
    </w:p>
    <w:p>
      <w:pPr>
        <w:jc w:val="center"/>
      </w:pPr>
      <w:r>
        <w:rPr>
          <w:b/>
          <w:color w:val="C05014"/>
          <w:sz w:val="24"/>
        </w:rPr>
        <w:t>Point on angle bisector → Equal perpendicular distances from the two arms</w:t>
      </w:r>
    </w:p>
    <w:p>
      <w:pPr>
        <w:spacing w:after="60"/>
      </w:pPr>
      <w:r>
        <w:t>Conversely, if a point inside an angle is equally distant from its two arms, it lies on the angle bisector.</w:t>
      </w:r>
    </w:p>
    <w:p>
      <w:pPr>
        <w:spacing w:before="160" w:after="80"/>
      </w:pPr>
      <w:r>
        <w:rPr>
          <w:b/>
          <w:color w:val="1F4E79"/>
          <w:sz w:val="30"/>
        </w:rPr>
        <w:t>14. Perpendicular Bisector as a Locus</w:t>
      </w:r>
    </w:p>
    <w:p>
      <w:pPr>
        <w:spacing w:after="60"/>
      </w:pPr>
      <w:r>
        <w:t>Every point on the perpendicular bisector of a line segment is equally distant from the two endpoints.</w:t>
      </w:r>
    </w:p>
    <w:p>
      <w:pPr>
        <w:jc w:val="center"/>
      </w:pPr>
      <w:r>
        <w:rPr>
          <w:b/>
          <w:color w:val="C05014"/>
          <w:sz w:val="24"/>
        </w:rPr>
        <w:t>Point on perpendicular bisector → Equal distances from endpoints</w:t>
      </w:r>
    </w:p>
    <w:p>
      <w:pPr>
        <w:spacing w:after="60"/>
      </w:pPr>
      <w:r>
        <w:t>Conversely, every point that is equally distant from the endpoints lies on the perpendicular bisector.</w:t>
      </w:r>
    </w:p>
    <w:p>
      <w:pPr>
        <w:spacing w:before="160" w:after="80"/>
      </w:pPr>
      <w:r>
        <w:rPr>
          <w:b/>
          <w:color w:val="1F4E79"/>
          <w:sz w:val="30"/>
        </w:rPr>
        <w:t>15. Locus in Construction Problems</w:t>
      </w:r>
    </w:p>
    <w:p>
      <w:pPr>
        <w:spacing w:after="60"/>
      </w:pPr>
      <w:r>
        <w:t>Locus ideas are often used in geometric constructions. The usual method is to draw the locus for each condition and find where the required loci meet.</w:t>
      </w:r>
    </w:p>
    <w:p>
      <w:pPr>
        <w:spacing w:after="60"/>
      </w:pPr>
      <w:r>
        <w:t>The intersection of two loci gives the point or points satisfying both conditions.</w:t>
      </w:r>
    </w:p>
    <w:p>
      <w:pPr>
        <w:spacing w:before="160" w:after="80"/>
      </w:pPr>
      <w:r>
        <w:rPr>
          <w:b/>
          <w:color w:val="1F4E79"/>
          <w:sz w:val="30"/>
        </w:rPr>
        <w:t>16. Common Locus Constructions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1F4E79"/>
          </w:tcPr>
          <w:p>
            <w:pPr>
              <w:jc w:val="center"/>
            </w:pPr>
            <w:r>
              <w:rPr>
                <w:b/>
                <w:color w:val="FFFFFF"/>
              </w:rPr>
              <w:t>Condition</w:t>
            </w:r>
          </w:p>
        </w:tc>
        <w:tc>
          <w:tcPr>
            <w:tcW w:type="dxa" w:w="3456"/>
            <w:shd w:fill="1F4E79"/>
          </w:tcPr>
          <w:p>
            <w:pPr>
              <w:jc w:val="center"/>
            </w:pPr>
            <w:r>
              <w:rPr>
                <w:b/>
                <w:color w:val="FFFFFF"/>
              </w:rPr>
              <w:t>Locus</w:t>
            </w:r>
          </w:p>
        </w:tc>
        <w:tc>
          <w:tcPr>
            <w:tcW w:type="dxa" w:w="3456"/>
            <w:shd w:fill="1F4E79"/>
          </w:tcPr>
          <w:p>
            <w:pPr>
              <w:jc w:val="center"/>
            </w:pPr>
            <w:r>
              <w:rPr>
                <w:b/>
                <w:color w:val="FFFFFF"/>
              </w:rPr>
              <w:t>Reason</w:t>
            </w:r>
          </w:p>
        </w:tc>
      </w:tr>
      <w:tr>
        <w:tc>
          <w:tcPr>
            <w:tcW w:type="dxa" w:w="3456"/>
            <w:shd w:fill="EAF2F8"/>
          </w:tcPr>
          <w:p>
            <w:r>
              <w:t>Fixed distance from a point</w:t>
            </w:r>
          </w:p>
        </w:tc>
        <w:tc>
          <w:tcPr>
            <w:tcW w:type="dxa" w:w="3456"/>
            <w:shd w:fill="FFFFFF"/>
          </w:tcPr>
          <w:p>
            <w:r>
              <w:t>Circle</w:t>
            </w:r>
          </w:p>
        </w:tc>
        <w:tc>
          <w:tcPr>
            <w:tcW w:type="dxa" w:w="3456"/>
            <w:shd w:fill="FFFFFF"/>
          </w:tcPr>
          <w:p>
            <w:r>
              <w:t>All points have the same radius</w:t>
            </w:r>
          </w:p>
        </w:tc>
      </w:tr>
      <w:tr>
        <w:tc>
          <w:tcPr>
            <w:tcW w:type="dxa" w:w="3456"/>
            <w:shd w:fill="EAF2F8"/>
          </w:tcPr>
          <w:p>
            <w:r>
              <w:t>Equal distance from two points</w:t>
            </w:r>
          </w:p>
        </w:tc>
        <w:tc>
          <w:tcPr>
            <w:tcW w:type="dxa" w:w="3456"/>
            <w:shd w:fill="FFFFFF"/>
          </w:tcPr>
          <w:p>
            <w:r>
              <w:t>Perpendicular bisector</w:t>
            </w:r>
          </w:p>
        </w:tc>
        <w:tc>
          <w:tcPr>
            <w:tcW w:type="dxa" w:w="3456"/>
            <w:shd w:fill="FFFFFF"/>
          </w:tcPr>
          <w:p>
            <w:r>
              <w:t>Distances to both endpoints are equal</w:t>
            </w:r>
          </w:p>
        </w:tc>
      </w:tr>
      <w:tr>
        <w:tc>
          <w:tcPr>
            <w:tcW w:type="dxa" w:w="3456"/>
            <w:shd w:fill="EAF2F8"/>
          </w:tcPr>
          <w:p>
            <w:r>
              <w:t>Equal distance from two intersecting lines</w:t>
            </w:r>
          </w:p>
        </w:tc>
        <w:tc>
          <w:tcPr>
            <w:tcW w:type="dxa" w:w="3456"/>
            <w:shd w:fill="FFFFFF"/>
          </w:tcPr>
          <w:p>
            <w:r>
              <w:t>Angle bisectors</w:t>
            </w:r>
          </w:p>
        </w:tc>
        <w:tc>
          <w:tcPr>
            <w:tcW w:type="dxa" w:w="3456"/>
            <w:shd w:fill="FFFFFF"/>
          </w:tcPr>
          <w:p>
            <w:r>
              <w:t>Perpendicular distances to both lines are equal</w:t>
            </w:r>
          </w:p>
        </w:tc>
      </w:tr>
      <w:tr>
        <w:tc>
          <w:tcPr>
            <w:tcW w:type="dxa" w:w="3456"/>
            <w:shd w:fill="EAF2F8"/>
          </w:tcPr>
          <w:p>
            <w:r>
              <w:t>Fixed distance from a line</w:t>
            </w:r>
          </w:p>
        </w:tc>
        <w:tc>
          <w:tcPr>
            <w:tcW w:type="dxa" w:w="3456"/>
            <w:shd w:fill="FFFFFF"/>
          </w:tcPr>
          <w:p>
            <w:r>
              <w:t>Two parallel lines</w:t>
            </w:r>
          </w:p>
        </w:tc>
        <w:tc>
          <w:tcPr>
            <w:tcW w:type="dxa" w:w="3456"/>
            <w:shd w:fill="FFFFFF"/>
          </w:tcPr>
          <w:p>
            <w:r>
              <w:t>Both are at the required distance</w:t>
            </w:r>
          </w:p>
        </w:tc>
      </w:tr>
      <w:tr>
        <w:tc>
          <w:tcPr>
            <w:tcW w:type="dxa" w:w="3456"/>
            <w:shd w:fill="EAF2F8"/>
          </w:tcPr>
          <w:p>
            <w:r>
              <w:t>Equal distance from two parallel lines</w:t>
            </w:r>
          </w:p>
        </w:tc>
        <w:tc>
          <w:tcPr>
            <w:tcW w:type="dxa" w:w="3456"/>
            <w:shd w:fill="FFFFFF"/>
          </w:tcPr>
          <w:p>
            <w:r>
              <w:t>Middle parallel line</w:t>
            </w:r>
          </w:p>
        </w:tc>
        <w:tc>
          <w:tcPr>
            <w:tcW w:type="dxa" w:w="3456"/>
            <w:shd w:fill="FFFFFF"/>
          </w:tcPr>
          <w:p>
            <w:r>
              <w:t>Distances to both lines are equal</w:t>
            </w:r>
          </w:p>
        </w:tc>
      </w:tr>
    </w:tbl>
    <w:p>
      <w:pPr>
        <w:spacing w:before="160" w:after="80"/>
      </w:pPr>
      <w:r>
        <w:rPr>
          <w:b/>
          <w:color w:val="1F4E79"/>
          <w:sz w:val="30"/>
        </w:rPr>
        <w:t>17. Detailed Solved Examples</w:t>
      </w:r>
    </w:p>
    <w:p>
      <w:pPr>
        <w:spacing w:before="140"/>
      </w:pPr>
      <w:r>
        <w:rPr>
          <w:b/>
          <w:color w:val="1F4E79"/>
          <w:sz w:val="26"/>
        </w:rPr>
        <w:t>Example 1</w:t>
      </w:r>
    </w:p>
    <w:p>
      <w:r>
        <w:rPr>
          <w:b/>
        </w:rPr>
        <w:t>A point P is always 5 cm from a fixed point O. What is the locus of P?</w:t>
      </w:r>
    </w:p>
    <w:p>
      <w:pPr>
        <w:spacing w:after="40"/>
        <w:ind w:left="259"/>
      </w:pPr>
      <w:r>
        <w:t>The distance OP remains fixed at 5 cm.</w:t>
      </w:r>
    </w:p>
    <w:p>
      <w:pPr>
        <w:spacing w:after="40"/>
        <w:ind w:left="259"/>
      </w:pPr>
      <w:r>
        <w:t>All points at a fixed distance from O form a circle.</w:t>
      </w:r>
    </w:p>
    <w:p>
      <w:pPr>
        <w:spacing w:after="40"/>
        <w:ind w:left="259"/>
      </w:pPr>
      <w:r>
        <w:t>Therefore the locus is a circle centred at O with radius 5 cm.</w:t>
      </w:r>
    </w:p>
    <w:p>
      <w:pPr>
        <w:ind w:left="259"/>
      </w:pPr>
      <w:r>
        <w:rPr>
          <w:b/>
          <w:color w:val="006633"/>
        </w:rPr>
        <w:t>Answer: Circle with centre O and radius 5 cm</w:t>
      </w:r>
    </w:p>
    <w:p>
      <w:pPr>
        <w:spacing w:before="140"/>
      </w:pPr>
      <w:r>
        <w:rPr>
          <w:b/>
          <w:color w:val="1F4E79"/>
          <w:sz w:val="26"/>
        </w:rPr>
        <w:t>Example 2</w:t>
      </w:r>
    </w:p>
    <w:p>
      <w:r>
        <w:rPr>
          <w:b/>
        </w:rPr>
        <w:t>A point P is equidistant from two fixed points A and B. What is its locus?</w:t>
      </w:r>
    </w:p>
    <w:p>
      <w:pPr>
        <w:spacing w:after="40"/>
        <w:ind w:left="259"/>
      </w:pPr>
      <w:r>
        <w:t>The condition is PA = PB.</w:t>
      </w:r>
    </w:p>
    <w:p>
      <w:pPr>
        <w:spacing w:after="40"/>
        <w:ind w:left="259"/>
      </w:pPr>
      <w:r>
        <w:t>The locus of points equidistant from A and B is the perpendicular bisector of AB.</w:t>
      </w:r>
    </w:p>
    <w:p>
      <w:pPr>
        <w:ind w:left="259"/>
      </w:pPr>
      <w:r>
        <w:rPr>
          <w:b/>
          <w:color w:val="006633"/>
        </w:rPr>
        <w:t>Answer: Perpendicular bisector of AB</w:t>
      </w:r>
    </w:p>
    <w:p>
      <w:pPr>
        <w:spacing w:before="140"/>
      </w:pPr>
      <w:r>
        <w:rPr>
          <w:b/>
          <w:color w:val="1F4E79"/>
          <w:sz w:val="26"/>
        </w:rPr>
        <w:t>Example 3</w:t>
      </w:r>
    </w:p>
    <w:p>
      <w:r>
        <w:rPr>
          <w:b/>
        </w:rPr>
        <w:t>A point P is 8 cm from a fixed point O. Find the shape of its locus.</w:t>
      </w:r>
    </w:p>
    <w:p>
      <w:pPr>
        <w:spacing w:after="40"/>
        <w:ind w:left="259"/>
      </w:pPr>
      <w:r>
        <w:t>The distance OP is constant.</w:t>
      </w:r>
    </w:p>
    <w:p>
      <w:pPr>
        <w:spacing w:after="40"/>
        <w:ind w:left="259"/>
      </w:pPr>
      <w:r>
        <w:t>A constant distance from a fixed point produces a circle.</w:t>
      </w:r>
    </w:p>
    <w:p>
      <w:pPr>
        <w:ind w:left="259"/>
      </w:pPr>
      <w:r>
        <w:rPr>
          <w:b/>
          <w:color w:val="006633"/>
        </w:rPr>
        <w:t>Answer: Circle of radius 8 cm centred at O</w:t>
      </w:r>
    </w:p>
    <w:p>
      <w:pPr>
        <w:spacing w:before="140"/>
      </w:pPr>
      <w:r>
        <w:rPr>
          <w:b/>
          <w:color w:val="1F4E79"/>
          <w:sz w:val="26"/>
        </w:rPr>
        <w:t>Example 4</w:t>
      </w:r>
    </w:p>
    <w:p>
      <w:r>
        <w:rPr>
          <w:b/>
        </w:rPr>
        <w:t>Points A and B are 12 cm apart. A point P is equidistant from A and B. Where can P lie?</w:t>
      </w:r>
    </w:p>
    <w:p>
      <w:pPr>
        <w:spacing w:after="40"/>
        <w:ind w:left="259"/>
      </w:pPr>
      <w:r>
        <w:t>Since PA = PB, P must be equidistant from A and B.</w:t>
      </w:r>
    </w:p>
    <w:p>
      <w:pPr>
        <w:spacing w:after="40"/>
        <w:ind w:left="259"/>
      </w:pPr>
      <w:r>
        <w:t>The locus is the perpendicular bisector of AB.</w:t>
      </w:r>
    </w:p>
    <w:p>
      <w:pPr>
        <w:spacing w:after="40"/>
        <w:ind w:left="259"/>
      </w:pPr>
      <w:r>
        <w:t>The perpendicular bisector passes through the midpoint of AB, which is 6 cm from either endpoint.</w:t>
      </w:r>
    </w:p>
    <w:p>
      <w:pPr>
        <w:ind w:left="259"/>
      </w:pPr>
      <w:r>
        <w:rPr>
          <w:b/>
          <w:color w:val="006633"/>
        </w:rPr>
        <w:t>Answer: Perpendicular bisector of AB</w:t>
      </w:r>
    </w:p>
    <w:p>
      <w:pPr>
        <w:spacing w:before="140"/>
      </w:pPr>
      <w:r>
        <w:rPr>
          <w:b/>
          <w:color w:val="1F4E79"/>
          <w:sz w:val="26"/>
        </w:rPr>
        <w:t>Example 5</w:t>
      </w:r>
    </w:p>
    <w:p>
      <w:r>
        <w:rPr>
          <w:b/>
        </w:rPr>
        <w:t>A point P must remain 3 cm from a straight line l. What is the locus?</w:t>
      </w:r>
    </w:p>
    <w:p>
      <w:pPr>
        <w:spacing w:after="40"/>
        <w:ind w:left="259"/>
      </w:pPr>
      <w:r>
        <w:t>P can lie on either side of l.</w:t>
      </w:r>
    </w:p>
    <w:p>
      <w:pPr>
        <w:spacing w:after="40"/>
        <w:ind w:left="259"/>
      </w:pPr>
      <w:r>
        <w:t>At a fixed perpendicular distance of 3 cm, the locus on each side is a line parallel to l.</w:t>
      </w:r>
    </w:p>
    <w:p>
      <w:pPr>
        <w:spacing w:after="40"/>
        <w:ind w:left="259"/>
      </w:pPr>
      <w:r>
        <w:t>Therefore there are two parallel lines, each 3 cm from l.</w:t>
      </w:r>
    </w:p>
    <w:p>
      <w:pPr>
        <w:ind w:left="259"/>
      </w:pPr>
      <w:r>
        <w:rPr>
          <w:b/>
          <w:color w:val="006633"/>
        </w:rPr>
        <w:t>Answer: Two lines parallel to l, each 3 cm away</w:t>
      </w:r>
    </w:p>
    <w:p>
      <w:pPr>
        <w:spacing w:before="140"/>
      </w:pPr>
      <w:r>
        <w:rPr>
          <w:b/>
          <w:color w:val="1F4E79"/>
          <w:sz w:val="26"/>
        </w:rPr>
        <w:t>Example 6</w:t>
      </w:r>
    </w:p>
    <w:p>
      <w:r>
        <w:rPr>
          <w:b/>
        </w:rPr>
        <w:t>Two parallel lines are 10 cm apart. Find the locus of points equidistant from both lines.</w:t>
      </w:r>
    </w:p>
    <w:p>
      <w:pPr>
        <w:spacing w:after="40"/>
        <w:ind w:left="259"/>
      </w:pPr>
      <w:r>
        <w:t>The midpoint between the two parallel lines is 5 cm from each line.</w:t>
      </w:r>
    </w:p>
    <w:p>
      <w:pPr>
        <w:spacing w:after="40"/>
        <w:ind w:left="259"/>
      </w:pPr>
      <w:r>
        <w:t>All such points form a line parallel to both given lines.</w:t>
      </w:r>
    </w:p>
    <w:p>
      <w:pPr>
        <w:ind w:left="259"/>
      </w:pPr>
      <w:r>
        <w:rPr>
          <w:b/>
          <w:color w:val="006633"/>
        </w:rPr>
        <w:t>Answer: The parallel line midway between them, 5 cm from each</w:t>
      </w:r>
    </w:p>
    <w:p>
      <w:pPr>
        <w:spacing w:before="140"/>
      </w:pPr>
      <w:r>
        <w:rPr>
          <w:b/>
          <w:color w:val="1F4E79"/>
          <w:sz w:val="26"/>
        </w:rPr>
        <w:t>Example 7</w:t>
      </w:r>
    </w:p>
    <w:p>
      <w:r>
        <w:rPr>
          <w:b/>
        </w:rPr>
        <w:t>Two lines intersect at O. A point P is equally distant from both lines. What is the locus of P?</w:t>
      </w:r>
    </w:p>
    <w:p>
      <w:pPr>
        <w:spacing w:after="40"/>
        <w:ind w:left="259"/>
      </w:pPr>
      <w:r>
        <w:t>A point equally distant from two intersecting lines lies on an angle bisector.</w:t>
      </w:r>
    </w:p>
    <w:p>
      <w:pPr>
        <w:spacing w:after="40"/>
        <w:ind w:left="259"/>
      </w:pPr>
      <w:r>
        <w:t>There are two angle bisectors corresponding to the two pairs of vertically opposite angles.</w:t>
      </w:r>
    </w:p>
    <w:p>
      <w:pPr>
        <w:ind w:left="259"/>
      </w:pPr>
      <w:r>
        <w:rPr>
          <w:b/>
          <w:color w:val="006633"/>
        </w:rPr>
        <w:t>Answer: The two angle bisectors of the intersecting lines</w:t>
      </w:r>
    </w:p>
    <w:p>
      <w:pPr>
        <w:spacing w:before="140"/>
      </w:pPr>
      <w:r>
        <w:rPr>
          <w:b/>
          <w:color w:val="1F4E79"/>
          <w:sz w:val="26"/>
        </w:rPr>
        <w:t>Example 8</w:t>
      </w:r>
    </w:p>
    <w:p>
      <w:r>
        <w:rPr>
          <w:b/>
        </w:rPr>
        <w:t>A point P is inside an angle and its perpendicular distances from the two arms are equal. Where does P lie?</w:t>
      </w:r>
    </w:p>
    <w:p>
      <w:pPr>
        <w:spacing w:after="40"/>
        <w:ind w:left="259"/>
      </w:pPr>
      <w:r>
        <w:t>A point inside an angle that is equally distant from its two arms lies on the angle bisector.</w:t>
      </w:r>
    </w:p>
    <w:p>
      <w:pPr>
        <w:spacing w:after="40"/>
        <w:ind w:left="259"/>
      </w:pPr>
      <w:r>
        <w:t>Therefore P lies on the angle bisector of the angle.</w:t>
      </w:r>
    </w:p>
    <w:p>
      <w:pPr>
        <w:ind w:left="259"/>
      </w:pPr>
      <w:r>
        <w:rPr>
          <w:b/>
          <w:color w:val="006633"/>
        </w:rPr>
        <w:t>Answer: Angle bisector</w:t>
      </w:r>
    </w:p>
    <w:p>
      <w:pPr>
        <w:spacing w:before="140"/>
      </w:pPr>
      <w:r>
        <w:rPr>
          <w:b/>
          <w:color w:val="1F4E79"/>
          <w:sz w:val="26"/>
        </w:rPr>
        <w:t>Example 9</w:t>
      </w:r>
    </w:p>
    <w:p>
      <w:r>
        <w:rPr>
          <w:b/>
        </w:rPr>
        <w:t>A point P is on the perpendicular bisector of AB. If PA = 7 cm, find PB.</w:t>
      </w:r>
    </w:p>
    <w:p>
      <w:pPr>
        <w:spacing w:after="40"/>
        <w:ind w:left="259"/>
      </w:pPr>
      <w:r>
        <w:t>Every point on the perpendicular bisector is equidistant from A and B.</w:t>
      </w:r>
    </w:p>
    <w:p>
      <w:pPr>
        <w:spacing w:after="40"/>
        <w:ind w:left="259"/>
      </w:pPr>
      <w:r>
        <w:t>Therefore PA = PB.</w:t>
      </w:r>
    </w:p>
    <w:p>
      <w:pPr>
        <w:spacing w:after="40"/>
        <w:ind w:left="259"/>
      </w:pPr>
      <w:r>
        <w:t>Since PA = 7 cm, PB = 7 cm.</w:t>
      </w:r>
    </w:p>
    <w:p>
      <w:pPr>
        <w:ind w:left="259"/>
      </w:pPr>
      <w:r>
        <w:rPr>
          <w:b/>
          <w:color w:val="006633"/>
        </w:rPr>
        <w:t>Answer: 7 cm</w:t>
      </w:r>
    </w:p>
    <w:p>
      <w:pPr>
        <w:spacing w:before="140"/>
      </w:pPr>
      <w:r>
        <w:rPr>
          <w:b/>
          <w:color w:val="1F4E79"/>
          <w:sz w:val="26"/>
        </w:rPr>
        <w:t>Example 10</w:t>
      </w:r>
    </w:p>
    <w:p>
      <w:r>
        <w:rPr>
          <w:b/>
        </w:rPr>
        <w:t>A circle has centre O and radius 10 cm. A point P lies on the circle. What can be said about OP?</w:t>
      </w:r>
    </w:p>
    <w:p>
      <w:pPr>
        <w:spacing w:after="40"/>
        <w:ind w:left="259"/>
      </w:pPr>
      <w:r>
        <w:t>Every point on a circle is at the same distance from the centre.</w:t>
      </w:r>
    </w:p>
    <w:p>
      <w:pPr>
        <w:spacing w:after="40"/>
        <w:ind w:left="259"/>
      </w:pPr>
      <w:r>
        <w:t>The distance equals the radius.</w:t>
      </w:r>
    </w:p>
    <w:p>
      <w:pPr>
        <w:ind w:left="259"/>
      </w:pPr>
      <w:r>
        <w:rPr>
          <w:b/>
          <w:color w:val="006633"/>
        </w:rPr>
        <w:t>Answer: OP = 10 cm</w:t>
      </w:r>
    </w:p>
    <w:p>
      <w:pPr>
        <w:spacing w:before="140"/>
      </w:pPr>
      <w:r>
        <w:rPr>
          <w:b/>
          <w:color w:val="1F4E79"/>
          <w:sz w:val="26"/>
        </w:rPr>
        <w:t>Example 11</w:t>
      </w:r>
    </w:p>
    <w:p>
      <w:r>
        <w:rPr>
          <w:b/>
        </w:rPr>
        <w:t>A point P must be 4 cm from a fixed point A and 6 cm from another fixed point B. How can the possible positions of P be found?</w:t>
      </w:r>
    </w:p>
    <w:p>
      <w:pPr>
        <w:spacing w:after="40"/>
        <w:ind w:left="259"/>
      </w:pPr>
      <w:r>
        <w:t>The locus of points 4 cm from A is a circle centred at A with radius 4 cm.</w:t>
      </w:r>
    </w:p>
    <w:p>
      <w:pPr>
        <w:spacing w:after="40"/>
        <w:ind w:left="259"/>
      </w:pPr>
      <w:r>
        <w:t>The locus of points 6 cm from B is a circle centred at B with radius 6 cm.</w:t>
      </w:r>
    </w:p>
    <w:p>
      <w:pPr>
        <w:spacing w:after="40"/>
        <w:ind w:left="259"/>
      </w:pPr>
      <w:r>
        <w:t>The required point or points are the intersections of these two circles.</w:t>
      </w:r>
    </w:p>
    <w:p>
      <w:pPr>
        <w:ind w:left="259"/>
      </w:pPr>
      <w:r>
        <w:rPr>
          <w:b/>
          <w:color w:val="006633"/>
        </w:rPr>
        <w:t>Answer: Intersection point(s) of the two circles</w:t>
      </w:r>
    </w:p>
    <w:p>
      <w:pPr>
        <w:spacing w:before="140"/>
      </w:pPr>
      <w:r>
        <w:rPr>
          <w:b/>
          <w:color w:val="1F4E79"/>
          <w:sz w:val="26"/>
        </w:rPr>
        <w:t>Example 12</w:t>
      </w:r>
    </w:p>
    <w:p>
      <w:r>
        <w:rPr>
          <w:b/>
        </w:rPr>
        <w:t>A point P must be equidistant from A and B and also 5 cm from A. How can its position be constructed?</w:t>
      </w:r>
    </w:p>
    <w:p>
      <w:pPr>
        <w:spacing w:after="40"/>
        <w:ind w:left="259"/>
      </w:pPr>
      <w:r>
        <w:t>PA = PB means P lies on the perpendicular bisector of AB.</w:t>
      </w:r>
    </w:p>
    <w:p>
      <w:pPr>
        <w:spacing w:after="40"/>
        <w:ind w:left="259"/>
      </w:pPr>
      <w:r>
        <w:t>PA = 5 cm means P lies on the circle centred at A with radius 5 cm.</w:t>
      </w:r>
    </w:p>
    <w:p>
      <w:pPr>
        <w:spacing w:after="40"/>
        <w:ind w:left="259"/>
      </w:pPr>
      <w:r>
        <w:t>The required position(s) are the intersection(s) of these two loci.</w:t>
      </w:r>
    </w:p>
    <w:p>
      <w:pPr>
        <w:ind w:left="259"/>
      </w:pPr>
      <w:r>
        <w:rPr>
          <w:b/>
          <w:color w:val="006633"/>
        </w:rPr>
        <w:t>Answer: Intersection of the perpendicular bisector of AB and the circle centred at A with radius 5 cm</w:t>
      </w:r>
    </w:p>
    <w:p>
      <w:pPr>
        <w:spacing w:before="140"/>
      </w:pPr>
      <w:r>
        <w:rPr>
          <w:b/>
          <w:color w:val="1F4E79"/>
          <w:sz w:val="26"/>
        </w:rPr>
        <w:t>Example 13</w:t>
      </w:r>
    </w:p>
    <w:p>
      <w:r>
        <w:rPr>
          <w:b/>
        </w:rPr>
        <w:t>A point is required to be at a fixed distance of 2 cm from a line l and equidistant from two fixed points A and B. Describe the construction.</w:t>
      </w:r>
    </w:p>
    <w:p>
      <w:pPr>
        <w:spacing w:after="40"/>
        <w:ind w:left="259"/>
      </w:pPr>
      <w:r>
        <w:t>Draw the two lines parallel to l at a perpendicular distance of 2 cm.</w:t>
      </w:r>
    </w:p>
    <w:p>
      <w:pPr>
        <w:spacing w:after="40"/>
        <w:ind w:left="259"/>
      </w:pPr>
      <w:r>
        <w:t>Draw the perpendicular bisector of AB.</w:t>
      </w:r>
    </w:p>
    <w:p>
      <w:pPr>
        <w:spacing w:after="40"/>
        <w:ind w:left="259"/>
      </w:pPr>
      <w:r>
        <w:t>The required point(s) are where the perpendicular bisector intersects either parallel line.</w:t>
      </w:r>
    </w:p>
    <w:p>
      <w:pPr>
        <w:ind w:left="259"/>
      </w:pPr>
      <w:r>
        <w:rPr>
          <w:b/>
          <w:color w:val="006633"/>
        </w:rPr>
        <w:t>Answer: Intersection(s) of the three relevant loci</w:t>
      </w:r>
    </w:p>
    <w:p>
      <w:pPr>
        <w:spacing w:before="140"/>
      </w:pPr>
      <w:r>
        <w:rPr>
          <w:b/>
          <w:color w:val="1F4E79"/>
          <w:sz w:val="26"/>
        </w:rPr>
        <w:t>Example 14</w:t>
      </w:r>
    </w:p>
    <w:p>
      <w:r>
        <w:rPr>
          <w:b/>
        </w:rPr>
        <w:t>Two lines form an angle of 60°. A point P is equally distant from both lines. What is the angle bisector involved?</w:t>
      </w:r>
    </w:p>
    <w:p>
      <w:pPr>
        <w:spacing w:after="40"/>
        <w:ind w:left="259"/>
      </w:pPr>
      <w:r>
        <w:t>Equal distance from two intersecting lines means P lies on an angle bisector.</w:t>
      </w:r>
    </w:p>
    <w:p>
      <w:pPr>
        <w:spacing w:after="40"/>
        <w:ind w:left="259"/>
      </w:pPr>
      <w:r>
        <w:t>For the 60° angle, its internal angle bisector divides it into two equal angles.</w:t>
      </w:r>
    </w:p>
    <w:p>
      <w:pPr>
        <w:spacing w:after="40"/>
        <w:ind w:left="259"/>
      </w:pPr>
      <w:r>
        <w:t>Each part is 30°.</w:t>
      </w:r>
    </w:p>
    <w:p>
      <w:pPr>
        <w:ind w:left="259"/>
      </w:pPr>
      <w:r>
        <w:rPr>
          <w:b/>
          <w:color w:val="006633"/>
        </w:rPr>
        <w:t>Answer: Internal angle bisector; each angle = 30°</w:t>
      </w:r>
    </w:p>
    <w:p>
      <w:pPr>
        <w:spacing w:before="140"/>
      </w:pPr>
      <w:r>
        <w:rPr>
          <w:b/>
          <w:color w:val="1F4E79"/>
          <w:sz w:val="26"/>
        </w:rPr>
        <w:t>Example 15</w:t>
      </w:r>
    </w:p>
    <w:p>
      <w:r>
        <w:rPr>
          <w:b/>
        </w:rPr>
        <w:t>A point P is equally distant from the endpoints A and B of a 20 cm segment. If P lies on the perpendicular bisector, what is the distance from the midpoint M to A and B?</w:t>
      </w:r>
    </w:p>
    <w:p>
      <w:pPr>
        <w:spacing w:after="40"/>
        <w:ind w:left="259"/>
      </w:pPr>
      <w:r>
        <w:t>The perpendicular bisector passes through the midpoint M.</w:t>
      </w:r>
    </w:p>
    <w:p>
      <w:pPr>
        <w:spacing w:after="40"/>
        <w:ind w:left="259"/>
      </w:pPr>
      <w:r>
        <w:t>Since AB = 20 cm, AM = MB = 10 cm.</w:t>
      </w:r>
    </w:p>
    <w:p>
      <w:pPr>
        <w:ind w:left="259"/>
      </w:pPr>
      <w:r>
        <w:rPr>
          <w:b/>
          <w:color w:val="006633"/>
        </w:rPr>
        <w:t>Answer: AM = MB = 10 cm</w:t>
      </w:r>
    </w:p>
    <w:p>
      <w:pPr>
        <w:spacing w:before="140"/>
      </w:pPr>
      <w:r>
        <w:rPr>
          <w:b/>
          <w:color w:val="1F4E79"/>
          <w:sz w:val="26"/>
        </w:rPr>
        <w:t>Example 16</w:t>
      </w:r>
    </w:p>
    <w:p>
      <w:r>
        <w:rPr>
          <w:b/>
        </w:rPr>
        <w:t>A point P is at equal perpendicular distances from two intersecting lines. What theorem identifies its locus?</w:t>
      </w:r>
    </w:p>
    <w:p>
      <w:pPr>
        <w:spacing w:after="40"/>
        <w:ind w:left="259"/>
      </w:pPr>
      <w:r>
        <w:t>The locus of points equidistant from two intersecting lines is their angle bisectors.</w:t>
      </w:r>
    </w:p>
    <w:p>
      <w:pPr>
        <w:spacing w:after="40"/>
        <w:ind w:left="259"/>
      </w:pPr>
      <w:r>
        <w:t>Therefore the required theorem is the angle-bisector locus property.</w:t>
      </w:r>
    </w:p>
    <w:p>
      <w:pPr>
        <w:ind w:left="259"/>
      </w:pPr>
      <w:r>
        <w:rPr>
          <w:b/>
          <w:color w:val="006633"/>
        </w:rPr>
        <w:t>Answer: Angle-bisector locus property</w:t>
      </w:r>
    </w:p>
    <w:p>
      <w:pPr>
        <w:spacing w:before="160" w:after="80"/>
      </w:pPr>
      <w:r>
        <w:rPr>
          <w:b/>
          <w:color w:val="1F4E79"/>
          <w:sz w:val="30"/>
        </w:rPr>
        <w:t>18. How to Recognise a Locus Question</w:t>
      </w:r>
    </w:p>
    <w:p>
      <w:pPr>
        <w:spacing w:after="60"/>
      </w:pPr>
      <w:r>
        <w:t>Look for words such as 'fixed distance', 'equidistant', 'same distance', 'moving point', 'from a line', 'from two points' or 'from two intersecting lines'. These phrases usually tell you which locus to use.</w:t>
      </w:r>
    </w:p>
    <w:p>
      <w:pPr>
        <w:spacing w:after="60"/>
      </w:pPr>
      <w:r>
        <w:t>• Fixed distance from a point → circle.</w:t>
      </w:r>
    </w:p>
    <w:p>
      <w:pPr>
        <w:spacing w:after="60"/>
      </w:pPr>
      <w:r>
        <w:t>• Equal distance from two points → perpendicular bisector.</w:t>
      </w:r>
    </w:p>
    <w:p>
      <w:pPr>
        <w:spacing w:after="60"/>
      </w:pPr>
      <w:r>
        <w:t>• Equal distance from two intersecting lines → angle bisectors.</w:t>
      </w:r>
    </w:p>
    <w:p>
      <w:pPr>
        <w:spacing w:after="60"/>
      </w:pPr>
      <w:r>
        <w:t>• Fixed distance from a line → two parallel lines.</w:t>
      </w:r>
    </w:p>
    <w:p>
      <w:pPr>
        <w:spacing w:after="60"/>
      </w:pPr>
      <w:r>
        <w:t>• Equal distance from two parallel lines → middle parallel line.</w:t>
      </w:r>
    </w:p>
    <w:p>
      <w:pPr>
        <w:spacing w:before="160" w:after="80"/>
      </w:pPr>
      <w:r>
        <w:rPr>
          <w:b/>
          <w:color w:val="1F4E79"/>
          <w:sz w:val="30"/>
        </w:rPr>
        <w:t>19. Locus and Construction</w:t>
      </w:r>
    </w:p>
    <w:p>
      <w:pPr>
        <w:spacing w:after="60"/>
      </w:pPr>
      <w:r>
        <w:t>When a construction problem gives two or more conditions, draw the locus corresponding to each condition. The point where the loci meet satisfies both conditions.</w:t>
      </w:r>
    </w:p>
    <w:p>
      <w:pPr>
        <w:spacing w:after="60"/>
      </w:pPr>
      <w:r>
        <w:t>There may be two possible intersection points. The question or diagram will determine which one is required.</w:t>
      </w:r>
    </w:p>
    <w:p>
      <w:pPr>
        <w:spacing w:before="160" w:after="80"/>
      </w:pPr>
      <w:r>
        <w:rPr>
          <w:b/>
          <w:color w:val="1F4E79"/>
          <w:sz w:val="30"/>
        </w:rPr>
        <w:t>20. Common Mistakes</w:t>
      </w:r>
    </w:p>
    <w:p>
      <w:pPr>
        <w:spacing w:after="60"/>
      </w:pPr>
      <w:r>
        <w:t>• Do not confuse a locus with a single point. A locus is generally a complete set or path of possible points.</w:t>
      </w:r>
    </w:p>
    <w:p>
      <w:pPr>
        <w:spacing w:after="60"/>
      </w:pPr>
      <w:r>
        <w:t>• Distance from a point to a line is measured perpendicularly, not along a slanting segment.</w:t>
      </w:r>
    </w:p>
    <w:p>
      <w:pPr>
        <w:spacing w:after="60"/>
      </w:pPr>
      <w:r>
        <w:t>• Equidistant from two points gives a perpendicular bisector, not a circle.</w:t>
      </w:r>
    </w:p>
    <w:p>
      <w:pPr>
        <w:spacing w:after="60"/>
      </w:pPr>
      <w:r>
        <w:t>• Equidistant from two intersecting lines gives angle bisectors, not a perpendicular bisector.</w:t>
      </w:r>
    </w:p>
    <w:p>
      <w:pPr>
        <w:spacing w:after="60"/>
      </w:pPr>
      <w:r>
        <w:t>• Remember that a fixed distance from a line gives two parallel loci, one on each side.</w:t>
      </w:r>
    </w:p>
    <w:p>
      <w:pPr>
        <w:spacing w:after="60"/>
      </w:pPr>
      <w:r>
        <w:t>• In construction questions, use the intersection of the required loci to locate the final point.</w:t>
      </w:r>
    </w:p>
    <w:p>
      <w:pPr>
        <w:spacing w:before="160" w:after="80"/>
      </w:pPr>
      <w:r>
        <w:rPr>
          <w:b/>
          <w:color w:val="1F4E79"/>
          <w:sz w:val="30"/>
        </w:rPr>
        <w:t>21. Quick Revision Table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C55A11"/>
          </w:tcPr>
          <w:p>
            <w:pPr>
              <w:jc w:val="center"/>
            </w:pPr>
            <w:r>
              <w:rPr>
                <w:b/>
                <w:color w:val="FFFFFF"/>
              </w:rPr>
              <w:t>Condition</w:t>
            </w:r>
          </w:p>
        </w:tc>
        <w:tc>
          <w:tcPr>
            <w:tcW w:type="dxa" w:w="5184"/>
            <w:shd w:fill="C55A11"/>
          </w:tcPr>
          <w:p>
            <w:pPr>
              <w:jc w:val="center"/>
            </w:pPr>
            <w:r>
              <w:rPr>
                <w:b/>
                <w:color w:val="FFFFFF"/>
              </w:rPr>
              <w:t>Locus</w:t>
            </w:r>
          </w:p>
        </w:tc>
      </w:tr>
      <w:tr>
        <w:tc>
          <w:tcPr>
            <w:tcW w:type="dxa" w:w="5184"/>
            <w:shd w:fill="EAF2F8"/>
          </w:tcPr>
          <w:p>
            <w:r>
              <w:rPr>
                <w:b/>
              </w:rPr>
              <w:t>Point at fixed distance from a fixed point</w:t>
            </w:r>
          </w:p>
        </w:tc>
        <w:tc>
          <w:tcPr>
            <w:tcW w:type="dxa" w:w="5184"/>
          </w:tcPr>
          <w:p>
            <w:r>
              <w:t>Circle</w:t>
            </w:r>
          </w:p>
        </w:tc>
      </w:tr>
      <w:tr>
        <w:tc>
          <w:tcPr>
            <w:tcW w:type="dxa" w:w="5184"/>
            <w:shd w:fill="EAF2F8"/>
          </w:tcPr>
          <w:p>
            <w:r>
              <w:rPr>
                <w:b/>
              </w:rPr>
              <w:t>Point equidistant from two fixed points</w:t>
            </w:r>
          </w:p>
        </w:tc>
        <w:tc>
          <w:tcPr>
            <w:tcW w:type="dxa" w:w="5184"/>
          </w:tcPr>
          <w:p>
            <w:r>
              <w:t>Perpendicular bisector</w:t>
            </w:r>
          </w:p>
        </w:tc>
      </w:tr>
      <w:tr>
        <w:tc>
          <w:tcPr>
            <w:tcW w:type="dxa" w:w="5184"/>
            <w:shd w:fill="EAF2F8"/>
          </w:tcPr>
          <w:p>
            <w:r>
              <w:rPr>
                <w:b/>
              </w:rPr>
              <w:t>Point equidistant from two intersecting lines</w:t>
            </w:r>
          </w:p>
        </w:tc>
        <w:tc>
          <w:tcPr>
            <w:tcW w:type="dxa" w:w="5184"/>
          </w:tcPr>
          <w:p>
            <w:r>
              <w:t>Angle bisectors</w:t>
            </w:r>
          </w:p>
        </w:tc>
      </w:tr>
      <w:tr>
        <w:tc>
          <w:tcPr>
            <w:tcW w:type="dxa" w:w="5184"/>
            <w:shd w:fill="EAF2F8"/>
          </w:tcPr>
          <w:p>
            <w:r>
              <w:rPr>
                <w:b/>
              </w:rPr>
              <w:t>Point at fixed distance from a line</w:t>
            </w:r>
          </w:p>
        </w:tc>
        <w:tc>
          <w:tcPr>
            <w:tcW w:type="dxa" w:w="5184"/>
          </w:tcPr>
          <w:p>
            <w:r>
              <w:t>Two parallel lines</w:t>
            </w:r>
          </w:p>
        </w:tc>
      </w:tr>
      <w:tr>
        <w:tc>
          <w:tcPr>
            <w:tcW w:type="dxa" w:w="5184"/>
            <w:shd w:fill="EAF2F8"/>
          </w:tcPr>
          <w:p>
            <w:r>
              <w:rPr>
                <w:b/>
              </w:rPr>
              <w:t>Point equidistant from two parallel lines</w:t>
            </w:r>
          </w:p>
        </w:tc>
        <w:tc>
          <w:tcPr>
            <w:tcW w:type="dxa" w:w="5184"/>
          </w:tcPr>
          <w:p>
            <w:r>
              <w:t>Middle parallel line</w:t>
            </w:r>
          </w:p>
        </w:tc>
      </w:tr>
      <w:tr>
        <w:tc>
          <w:tcPr>
            <w:tcW w:type="dxa" w:w="5184"/>
            <w:shd w:fill="EAF2F8"/>
          </w:tcPr>
          <w:p>
            <w:r>
              <w:rPr>
                <w:b/>
              </w:rPr>
              <w:t>Point on perpendicular bisector</w:t>
            </w:r>
          </w:p>
        </w:tc>
        <w:tc>
          <w:tcPr>
            <w:tcW w:type="dxa" w:w="5184"/>
          </w:tcPr>
          <w:p>
            <w:r>
              <w:t>Equal distance from two endpoints</w:t>
            </w:r>
          </w:p>
        </w:tc>
      </w:tr>
      <w:tr>
        <w:tc>
          <w:tcPr>
            <w:tcW w:type="dxa" w:w="5184"/>
            <w:shd w:fill="EAF2F8"/>
          </w:tcPr>
          <w:p>
            <w:r>
              <w:rPr>
                <w:b/>
              </w:rPr>
              <w:t>Point on angle bisector</w:t>
            </w:r>
          </w:p>
        </w:tc>
        <w:tc>
          <w:tcPr>
            <w:tcW w:type="dxa" w:w="5184"/>
          </w:tcPr>
          <w:p>
            <w:r>
              <w:t>Equal perpendicular distances from two arms</w:t>
            </w:r>
          </w:p>
        </w:tc>
      </w:tr>
    </w:tbl>
    <w:p>
      <w:pPr>
        <w:spacing w:before="160" w:after="80"/>
      </w:pPr>
      <w:r>
        <w:rPr>
          <w:b/>
          <w:color w:val="1F4E79"/>
          <w:sz w:val="30"/>
        </w:rPr>
        <w:t>22. Final Formula &amp; Concept Sheet</w:t>
      </w:r>
    </w:p>
    <w:p>
      <w:pPr>
        <w:jc w:val="center"/>
      </w:pPr>
      <w:r>
        <w:rPr>
          <w:b/>
          <w:color w:val="C05014"/>
          <w:sz w:val="24"/>
        </w:rPr>
        <w:t>Fixed distance from point → Circle</w:t>
      </w:r>
    </w:p>
    <w:p>
      <w:pPr>
        <w:jc w:val="center"/>
      </w:pPr>
      <w:r>
        <w:rPr>
          <w:b/>
          <w:color w:val="C05014"/>
          <w:sz w:val="24"/>
        </w:rPr>
        <w:t>Equidistant from two points → Perpendicular bisector</w:t>
      </w:r>
    </w:p>
    <w:p>
      <w:pPr>
        <w:jc w:val="center"/>
      </w:pPr>
      <w:r>
        <w:rPr>
          <w:b/>
          <w:color w:val="C05014"/>
          <w:sz w:val="24"/>
        </w:rPr>
        <w:t>Equidistant from two intersecting lines → Angle bisectors</w:t>
      </w:r>
    </w:p>
    <w:p>
      <w:pPr>
        <w:jc w:val="center"/>
      </w:pPr>
      <w:r>
        <w:rPr>
          <w:b/>
          <w:color w:val="C05014"/>
          <w:sz w:val="24"/>
        </w:rPr>
        <w:t>Fixed distance from line → Two parallel lines</w:t>
      </w:r>
    </w:p>
    <w:p>
      <w:pPr>
        <w:jc w:val="center"/>
      </w:pPr>
      <w:r>
        <w:rPr>
          <w:b/>
          <w:color w:val="C05014"/>
          <w:sz w:val="24"/>
        </w:rPr>
        <w:t>Equidistant from two parallel lines → Middle parallel line</w:t>
      </w:r>
    </w:p>
    <w:p>
      <w:pPr>
        <w:jc w:val="center"/>
      </w:pPr>
      <w:r>
        <w:rPr>
          <w:b/>
          <w:color w:val="C05014"/>
          <w:sz w:val="24"/>
        </w:rPr>
        <w:t>Point on perpendicular bisector → Equal distances from endpoints</w:t>
      </w:r>
    </w:p>
    <w:p>
      <w:pPr>
        <w:jc w:val="center"/>
      </w:pPr>
      <w:r>
        <w:rPr>
          <w:b/>
          <w:color w:val="C05014"/>
          <w:sz w:val="24"/>
        </w:rPr>
        <w:t>Point on angle bisector → Equal perpendicular distances from arms</w:t>
      </w:r>
    </w:p>
    <w:p>
      <w:pPr>
        <w:spacing w:after="60"/>
      </w:pPr>
      <w:r>
        <w:t>The main idea of loci is simple: start with the condition given in the question and identify the geometric path that satisfies that condition. Once that path is known, construction and problem-solving become much easier.</w:t>
      </w:r>
    </w:p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>Plane Geometry &amp; Loci – Loci | Study Notes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1E1E1E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